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complete-research-edition"/>
    <w:p>
      <w:pPr>
        <w:pStyle w:val="Heading1"/>
        <w:pageBreakBefore w:val="0"/>
      </w:pPr>
      <w:r>
        <w:t xml:space="preserve">Complete Research Edition</w:t>
      </w:r>
    </w:p>
    <w:bookmarkStart w:id="21" w:name="mathematics-of-sound"/>
    <w:p>
      <w:pPr>
        <w:pStyle w:val="Heading2"/>
      </w:pPr>
      <w:r>
        <w:t xml:space="preserve">Mathematics of Sound</w:t>
      </w:r>
    </w:p>
    <w:p>
      <w:pPr>
        <w:pStyle w:val="FirstParagraph"/>
      </w:pPr>
      <w:r>
        <w:rPr>
          <w:bCs/>
          <w:b/>
        </w:rPr>
        <w:t xml:space="preserve">CliDeck Research Notes · Bass Plus · Version 1.0 · 18 October 2026</w:t>
      </w:r>
    </w:p>
    <w:p>
      <w:pPr>
        <w:pStyle w:val="BodyText"/>
      </w:pPr>
      <w:r>
        <w:t xml:space="preserve">This edition collects the illustrated report, its companion articles, the full mathematical appendix, and an English catalogue of ninety exploratory approaches. The downloadable archive also contains the original research files, exact checks, figure data, and website publication instructions.</w:t>
      </w:r>
    </w:p>
    <w:bookmarkStart w:id="20" w:name="guide-to-this-edition"/>
    <w:p>
      <w:pPr>
        <w:pStyle w:val="Heading3"/>
      </w:pPr>
      <w:r>
        <w:t xml:space="preserve">Guide to this edition</w:t>
      </w:r>
    </w:p>
    <w:p>
      <w:pPr>
        <w:numPr>
          <w:ilvl w:val="0"/>
          <w:numId w:val="1001"/>
        </w:numPr>
        <w:pStyle w:val="Compact"/>
      </w:pPr>
      <w:r>
        <w:rPr>
          <w:bCs/>
          <w:b/>
        </w:rPr>
        <w:t xml:space="preserve">Main report:</w:t>
      </w:r>
      <w:r>
        <w:t xml:space="preserve"> </w:t>
      </w:r>
      <w:r>
        <w:t xml:space="preserve">The Mathematics of Sound and the Search for Negative Peaks, with eight figures.</w:t>
      </w:r>
    </w:p>
    <w:p>
      <w:pPr>
        <w:numPr>
          <w:ilvl w:val="0"/>
          <w:numId w:val="1001"/>
        </w:numPr>
        <w:pStyle w:val="Compact"/>
      </w:pPr>
      <w:r>
        <w:rPr>
          <w:bCs/>
          <w:b/>
        </w:rPr>
        <w:t xml:space="preserve">Companion articles:</w:t>
      </w:r>
      <w:r>
        <w:t xml:space="preserve"> </w:t>
      </w:r>
      <w:r>
        <w:t xml:space="preserve">Sampling and Hidden Peaks; Waves and Lattice Particles; Certified Minimum Estimates; The Limits of Wave Analogies.</w:t>
      </w:r>
    </w:p>
    <w:p>
      <w:pPr>
        <w:numPr>
          <w:ilvl w:val="0"/>
          <w:numId w:val="1001"/>
        </w:numPr>
        <w:pStyle w:val="Compact"/>
      </w:pPr>
      <w:r>
        <w:rPr>
          <w:bCs/>
          <w:b/>
        </w:rPr>
        <w:t xml:space="preserve">Mathematical appendix:</w:t>
      </w:r>
      <w:r>
        <w:t xml:space="preserve"> </w:t>
      </w:r>
      <w:r>
        <w:t xml:space="preserve">Fourteen sections with proofs, explicit constants, exact examples, and limitations.</w:t>
      </w:r>
    </w:p>
    <w:p>
      <w:pPr>
        <w:numPr>
          <w:ilvl w:val="0"/>
          <w:numId w:val="1001"/>
        </w:numPr>
        <w:pStyle w:val="Compact"/>
      </w:pPr>
      <w:r>
        <w:rPr>
          <w:bCs/>
          <w:b/>
        </w:rPr>
        <w:t xml:space="preserve">Research catalogue:</w:t>
      </w:r>
      <w:r>
        <w:t xml:space="preserve"> </w:t>
      </w:r>
      <w:r>
        <w:t xml:space="preserve">Ninety numbered approaches, plus the earlier unnumbered groundwork.</w:t>
      </w:r>
    </w:p>
    <w:p>
      <w:pPr>
        <w:numPr>
          <w:ilvl w:val="0"/>
          <w:numId w:val="1001"/>
        </w:numPr>
        <w:pStyle w:val="Compact"/>
      </w:pPr>
      <w:r>
        <w:rPr>
          <w:bCs/>
          <w:b/>
        </w:rPr>
        <w:t xml:space="preserve">References:</w:t>
      </w:r>
      <w:r>
        <w:t xml:space="preserve"> </w:t>
      </w:r>
      <w:r>
        <w:t xml:space="preserve">Authors, publications, identifiers, and contributions.</w:t>
      </w:r>
    </w:p>
    <w:p>
      <w:pPr>
        <w:numPr>
          <w:ilvl w:val="0"/>
          <w:numId w:val="1001"/>
        </w:numPr>
        <w:pStyle w:val="Compact"/>
      </w:pPr>
      <w:r>
        <w:rPr>
          <w:bCs/>
          <w:b/>
        </w:rPr>
        <w:t xml:space="preserve">Evidence notes:</w:t>
      </w:r>
      <w:r>
        <w:t xml:space="preserve"> </w:t>
      </w:r>
      <w:r>
        <w:t xml:space="preserve">Reproducibility, provenance, and publication status.</w:t>
      </w:r>
    </w:p>
    <w:p>
      <w:pPr>
        <w:pStyle w:val="FirstParagraph"/>
      </w:pPr>
      <w:r>
        <w:rPr>
          <w:bCs/>
          <w:b/>
        </w:rPr>
        <w:t xml:space="preserve">Reading conventions.</w:t>
      </w:r>
      <w:r>
        <w:t xml:space="preserve"> </w:t>
      </w:r>
      <w:r>
        <w:t xml:space="preserve">A proved statement, a finite computation, a numerical illustration, and an unresolved hypothesis are labelled separately. Ceiling brackets denote rounding up to the nearest integer; floor brackets denote rounding down. Equation labels from the mathematical appendix are preserved below their equations. Tables in the web sources appear as labeled records in this reading edition.</w:t>
      </w:r>
    </w:p>
    <w:p>
      <w:pPr>
        <w:pStyle w:val="BodyText"/>
      </w:pPr>
      <w:r>
        <w:rPr>
          <w:bCs/>
          <w:b/>
        </w:rPr>
        <w:t xml:space="preserve">Scientific status.</w:t>
      </w:r>
      <w:r>
        <w:t xml:space="preserve"> </w:t>
      </w:r>
      <w:r>
        <w:t xml:space="preserve">This report neither proves nor disproves Chowla’s square-root conjecture. Lasserre’s hierarchy and the Slot–Laurent filtering methods are established prior art. The particular specialization is supplied with proofs, without a claim of priority. The work has not received external peer review or formal proof-assistant verification.</w:t>
      </w:r>
    </w:p>
    <w:p>
      <w:pPr>
        <w:pStyle w:val="BodyText"/>
      </w:pPr>
      <w:r>
        <w:t xml:space="preserve">The historical record is supplied for traceability. Reconstructions of approaches 41–50 are explicitly identified, and the missing earlier approach-42 certificates are not presented as recovered evidence. The current curated texts state the corrections that take precedence over older notes.</w:t>
      </w:r>
    </w:p>
    <w:bookmarkEnd w:id="20"/>
    <w:bookmarkEnd w:id="21"/>
    <w:bookmarkEnd w:id="22"/>
    <w:bookmarkStart w:id="61" w:name="Xce2294bf3d57444578bb99eff0cf2b02d1891da"/>
    <w:p>
      <w:pPr>
        <w:pStyle w:val="Heading1"/>
        <w:pageBreakBefore/>
      </w:pPr>
      <w:r>
        <w:t xml:space="preserve">The Mathematics of Sound and the Search for Negative Peaks</w:t>
      </w:r>
    </w:p>
    <w:p>
      <w:pPr>
        <w:pStyle w:val="FirstParagraph"/>
      </w:pPr>
      <w:r>
        <w:rPr>
          <w:bCs/>
          <w:b/>
        </w:rPr>
        <w:t xml:space="preserve">CliDeck Research Notes · Bass Plus · 18 October 2026</w:t>
      </w:r>
    </w:p>
    <w:bookmarkStart w:id="23" w:name="abstract"/>
    <w:p>
      <w:pPr>
        <w:pStyle w:val="Heading2"/>
      </w:pPr>
      <w:r>
        <w:t xml:space="preserve">Abstract</w:t>
      </w:r>
    </w:p>
    <w:p>
      <w:pPr>
        <w:pStyle w:val="FirstParagraph"/>
      </w:pPr>
      <w:r>
        <w:t xml:space="preserve">How far below its average must a collection of synchronized waves fall? This question leads from a simple model of sound to Chowla’s cosine problem, a difficult question about sums of distinct integer frequencies. This report brings together a sequence of ninety exploratory approaches, their mathematical checks, and their limitations. It develops exact examples, a spectral interpretation, a counterexample to minimum detection by a natural sampling grid, and an explicit approximation bound whose sufficient polynomial degree depends on the number of frequencies and the requested error, but not on the largest frequency. The approximation method belongs to Lasserre’s established pushforward measure hierarchy; its Chebyshev filtering mechanism is closely related to work of Slot and Laurent. We claim neither a solution of Chowla’s conjecture nor priority for this general method. The useful outcome is a reproducible account of what can be proved, what finite computations show, and which tempting extensions fail. Eight figures connect the analysis to phase locking, sampling, weighted amplitudes, spectral bands, and finite searches.</w:t>
      </w:r>
    </w:p>
    <w:bookmarkEnd w:id="23"/>
    <w:bookmarkStart w:id="24" w:name="the-question-behind-the-waves"/>
    <w:p>
      <w:pPr>
        <w:pStyle w:val="Heading2"/>
      </w:pPr>
      <w:r>
        <w:t xml:space="preserve">1. The question behind the waves</w:t>
      </w:r>
    </w:p>
    <w:p>
      <w:pPr>
        <w:pStyle w:val="FirstParagraph"/>
        <w:keepLines/>
      </w:pPr>
      <w:r>
        <w:t xml:space="preserve">Take a finite set of distinct positive integers</w:t>
      </w:r>
      <w:r>
        <w:t xml:space="preserve"> </w:t>
      </w:r>
      <m:oMath>
        <m:r>
          <m:t>A</m:t>
        </m:r>
      </m:oMath>
      <w:r>
        <w:t xml:space="preserve">, and let</w:t>
      </w:r>
      <w:r>
        <w:t xml:space="preserve"> </w:t>
      </w:r>
      <m:oMath>
        <m:r>
          <m:t>N</m:t>
        </m:r>
        <m:r>
          <m:rPr>
            <m:sty m:val="p"/>
          </m:rPr>
          <m:t>=</m:t>
        </m:r>
        <m:d>
          <m:dPr>
            <m:begChr m:val="|"/>
            <m:sepChr m:val=""/>
            <m:endChr m:val="|"/>
            <m:grow/>
          </m:dPr>
          <m:e>
            <m:r>
              <m:t>A</m:t>
            </m:r>
          </m:e>
        </m:d>
      </m:oMath>
      <w:r>
        <w:t xml:space="preserve">. We study the real function</w:t>
      </w:r>
    </w:p>
    <w:p>
      <w:pPr>
        <w:pStyle w:val="BodyText"/>
        <w:keepLines/>
      </w:pPr>
      <m:oMathPara>
        <m:oMathParaPr>
          <m:jc m:val="center"/>
        </m:oMathParaPr>
        <m:oMath>
          <m:sSub>
            <m:e>
              <m:r>
                <m:t>f</m:t>
              </m:r>
            </m:e>
            <m:sub>
              <m:r>
                <m:t>A</m:t>
              </m:r>
            </m:sub>
          </m:sSub>
          <m:d>
            <m:dPr>
              <m:begChr m:val="("/>
              <m:sepChr m:val=""/>
              <m:endChr m:val=")"/>
              <m:grow/>
            </m:dPr>
            <m:e>
              <m:r>
                <m:t>x</m:t>
              </m:r>
            </m:e>
          </m:d>
          <m:r>
            <m:rPr>
              <m:sty m:val="p"/>
            </m:rPr>
            <m:t>=</m:t>
          </m:r>
          <m:nary>
            <m:naryPr>
              <m:chr m:val="∑"/>
              <m:limLoc m:val="undOvr"/>
              <m:subHide m:val="off"/>
              <m:supHide m:val="on"/>
            </m:naryPr>
            <m:sub>
              <m:r>
                <m:t>a</m:t>
              </m:r>
              <m:r>
                <m:rPr>
                  <m:sty m:val="p"/>
                </m:rPr>
                <m:t>∈</m:t>
              </m:r>
              <m:r>
                <m:t>A</m:t>
              </m:r>
            </m:sub>
            <m:sup>
              <m:r>
                <m:t>​</m:t>
              </m:r>
            </m:sup>
            <m:e>
              <m:r>
                <m:rPr>
                  <m:sty m:val="p"/>
                </m:rPr>
                <m:t>cos</m:t>
              </m:r>
            </m:e>
          </m:nary>
          <m:d>
            <m:dPr>
              <m:begChr m:val="("/>
              <m:sepChr m:val=""/>
              <m:endChr m:val=")"/>
              <m:grow/>
            </m:dPr>
            <m:e>
              <m:r>
                <m:t>a</m:t>
              </m:r>
              <m:r>
                <m:t>x</m:t>
              </m:r>
            </m:e>
          </m:d>
          <m:r>
            <m:rPr>
              <m:sty m:val="p"/>
            </m:rPr>
            <m:t>,</m:t>
          </m:r>
          <m:r>
            <m:t>  </m:t>
          </m:r>
          <m:r>
            <m:t>x</m:t>
          </m:r>
          <m:r>
            <m:rPr>
              <m:sty m:val="p"/>
            </m:rPr>
            <m:t>∈</m:t>
          </m:r>
          <m:d>
            <m:dPr>
              <m:begChr m:val="["/>
              <m:sepChr m:val=""/>
              <m:endChr m:val="]"/>
              <m:grow/>
            </m:dPr>
            <m:e>
              <m:r>
                <m:t>0</m:t>
              </m:r>
              <m:r>
                <m:rPr>
                  <m:sty m:val="p"/>
                </m:rPr>
                <m:t>,</m:t>
              </m:r>
              <m:r>
                <m:t>2</m:t>
              </m:r>
              <m:r>
                <m:t>π</m:t>
              </m:r>
            </m:e>
          </m:d>
          <m:r>
            <m:rPr>
              <m:sty m:val="p"/>
            </m:rPr>
            <m:t>.</m:t>
          </m:r>
        </m:oMath>
      </m:oMathPara>
    </w:p>
    <w:p>
      <w:pPr>
        <w:pStyle w:val="FirstParagraph"/>
        <w:keepLines/>
      </w:pPr>
      <w:r>
        <w:t xml:space="preserve">Every component has amplitude one. Every initial phase is zero. There is one common variable</w:t>
      </w:r>
      <w:r>
        <w:t xml:space="preserve"> </w:t>
      </w:r>
      <m:oMath>
        <m:r>
          <m:t>x</m:t>
        </m:r>
      </m:oMath>
      <w:r>
        <w:t xml:space="preserve">: the components cannot choose their phases independently. Define the depth of the most negative excursion by</w:t>
      </w:r>
    </w:p>
    <w:p>
      <w:pPr>
        <w:pStyle w:val="BodyText"/>
        <w:keepLines/>
      </w:pPr>
      <m:oMathPara>
        <m:oMathParaPr>
          <m:jc m:val="center"/>
        </m:oMathParaPr>
        <m:oMath>
          <m:r>
            <m:t>K</m:t>
          </m:r>
          <m:d>
            <m:dPr>
              <m:begChr m:val="("/>
              <m:sepChr m:val=""/>
              <m:endChr m:val=")"/>
              <m:grow/>
            </m:dPr>
            <m:e>
              <m:r>
                <m:t>A</m:t>
              </m:r>
            </m:e>
          </m:d>
          <m:r>
            <m:rPr>
              <m:sty m:val="p"/>
            </m:rPr>
            <m:t>=</m:t>
          </m:r>
          <m:r>
            <m:rPr>
              <m:sty m:val="p"/>
            </m:rPr>
            <m:t>−</m:t>
          </m:r>
          <m:limLow>
            <m:e>
              <m:r>
                <m:rPr>
                  <m:sty m:val="p"/>
                </m:rPr>
                <m:t>min</m:t>
              </m:r>
            </m:e>
            <m:lim>
              <m:r>
                <m:t>x</m:t>
              </m:r>
              <m:r>
                <m:rPr>
                  <m:sty m:val="p"/>
                </m:rPr>
                <m:t>∈</m:t>
              </m:r>
              <m:d>
                <m:dPr>
                  <m:begChr m:val="["/>
                  <m:sepChr m:val=""/>
                  <m:endChr m:val="]"/>
                  <m:grow/>
                </m:dPr>
                <m:e>
                  <m:r>
                    <m:t>0</m:t>
                  </m:r>
                  <m:r>
                    <m:rPr>
                      <m:sty m:val="p"/>
                    </m:rPr>
                    <m:t>,</m:t>
                  </m:r>
                  <m:r>
                    <m:t>2</m:t>
                  </m:r>
                  <m:r>
                    <m:t>π</m:t>
                  </m:r>
                </m:e>
              </m:d>
            </m:lim>
          </m:limLow>
          <m:sSub>
            <m:e>
              <m:r>
                <m:t>f</m:t>
              </m:r>
            </m:e>
            <m:sub>
              <m:r>
                <m:t>A</m:t>
              </m:r>
            </m:sub>
          </m:sSub>
          <m:d>
            <m:dPr>
              <m:begChr m:val="("/>
              <m:sepChr m:val=""/>
              <m:endChr m:val=")"/>
              <m:grow/>
            </m:dPr>
            <m:e>
              <m:r>
                <m:t>x</m:t>
              </m:r>
            </m:e>
          </m:d>
          <m:r>
            <m:rPr>
              <m:sty m:val="p"/>
            </m:rPr>
            <m:t>.</m:t>
          </m:r>
        </m:oMath>
      </m:oMathPara>
    </w:p>
    <w:p>
      <w:pPr>
        <w:pStyle w:val="FirstParagraph"/>
        <w:keepLines/>
      </w:pPr>
      <w:r>
        <w:t xml:space="preserve">Chowla’s question asks whether there is an absolute constant</w:t>
      </w:r>
      <w:r>
        <w:t xml:space="preserve"> </w:t>
      </w:r>
      <m:oMath>
        <m:r>
          <m:t>c</m:t>
        </m:r>
        <m:r>
          <m:rPr>
            <m:sty m:val="p"/>
          </m:rPr>
          <m:t>&gt;</m:t>
        </m:r>
        <m:r>
          <m:t>0</m:t>
        </m:r>
      </m:oMath>
      <w:r>
        <w:t xml:space="preserve"> </w:t>
      </w:r>
      <w:r>
        <w:t xml:space="preserve">such that</w:t>
      </w:r>
    </w:p>
    <w:p>
      <w:pPr>
        <w:pStyle w:val="BodyText"/>
        <w:keepLines/>
      </w:pPr>
      <m:oMathPara>
        <m:oMathParaPr>
          <m:jc m:val="center"/>
        </m:oMathParaPr>
        <m:oMath>
          <m:r>
            <m:t>K</m:t>
          </m:r>
          <m:d>
            <m:dPr>
              <m:begChr m:val="("/>
              <m:sepChr m:val=""/>
              <m:endChr m:val=")"/>
              <m:grow/>
            </m:dPr>
            <m:e>
              <m:r>
                <m:t>A</m:t>
              </m:r>
            </m:e>
          </m:d>
          <m:r>
            <m:rPr>
              <m:sty m:val="p"/>
            </m:rPr>
            <m:t>≥</m:t>
          </m:r>
          <m:r>
            <m:t>c</m:t>
          </m:r>
          <m:rad>
            <m:radPr>
              <m:degHide m:val="on"/>
            </m:radPr>
            <m:deg/>
            <m:e>
              <m:r>
                <m:t>N</m:t>
              </m:r>
            </m:e>
          </m:rad>
        </m:oMath>
      </m:oMathPara>
    </w:p>
    <w:p>
      <w:pPr>
        <w:pStyle w:val="FirstParagraph"/>
        <w:keepLines/>
      </w:pPr>
      <w:r>
        <w:t xml:space="preserve">for every such set</w:t>
      </w:r>
      <w:r>
        <w:t xml:space="preserve"> </w:t>
      </w:r>
      <m:oMath>
        <m:r>
          <m:t>A</m:t>
        </m:r>
      </m:oMath>
      <w:r>
        <w:t xml:space="preserve">. The constant would have to work for consecutive frequencies, sparse frequencies, sets with strong arithmetic relations, and arbitrarily large frequency values. There is no upper bound on</w:t>
      </w:r>
      <w:r>
        <w:t xml:space="preserve"> </w:t>
      </w:r>
      <m:oMath>
        <m:r>
          <m:rPr>
            <m:sty m:val="p"/>
          </m:rPr>
          <m:t>max</m:t>
        </m:r>
        <m:r>
          <m:t>A</m:t>
        </m:r>
      </m:oMath>
      <w:r>
        <w:t xml:space="preserve"> </w:t>
      </w:r>
      <w:r>
        <w:t xml:space="preserve">in the question. Recent papers make substantial progress on weaker polynomial lower bounds, but the sources consulted for this report continue to distinguish that progress from the square-root target.</w:t>
      </w:r>
      <w:r>
        <w:t xml:space="preserve"> </w:t>
      </w:r>
      <w:hyperlink w:anchor="jmtz2025">
        <w:r>
          <w:rPr>
            <w:rStyle w:val="Hyperlink"/>
          </w:rPr>
          <w:t xml:space="preserve">[JMTZ2025]</w:t>
        </w:r>
      </w:hyperlink>
      <w:r>
        <w:t xml:space="preserve"> </w:t>
      </w:r>
      <w:hyperlink w:anchor="bedert2026">
        <w:r>
          <w:rPr>
            <w:rStyle w:val="Hyperlink"/>
          </w:rPr>
          <w:t xml:space="preserve">[Bedert2026]</w:t>
        </w:r>
      </w:hyperlink>
      <w:r>
        <w:t xml:space="preserve"> </w:t>
      </w:r>
      <w:hyperlink w:anchor="shankar2026">
        <w:r>
          <w:rPr>
            <w:rStyle w:val="Hyperlink"/>
          </w:rPr>
          <w:t xml:space="preserve">[Shankar2026]</w:t>
        </w:r>
      </w:hyperlink>
    </w:p>
    <w:p>
      <w:pPr>
        <w:pStyle w:val="BodyText"/>
        <w:keepLines/>
      </w:pPr>
      <w:r>
        <w:t xml:space="preserve">The quantifiers are the heart of the problem. Finding a large negative excursion for a particular set is valuable, but proving it for every finite set is a different task. Replacing</w:t>
      </w:r>
      <w:r>
        <w:t xml:space="preserve"> </w:t>
      </w:r>
      <m:oMath>
        <m:r>
          <m:t>c</m:t>
        </m:r>
      </m:oMath>
      <w:r>
        <w:t xml:space="preserve"> </w:t>
      </w:r>
      <w:r>
        <w:t xml:space="preserve">by the set-dependent number</w:t>
      </w:r>
      <w:r>
        <w:t xml:space="preserve"> </w:t>
      </w:r>
      <m:oMath>
        <m:r>
          <m:t>c</m:t>
        </m:r>
        <m:d>
          <m:dPr>
            <m:begChr m:val="("/>
            <m:sepChr m:val=""/>
            <m:endChr m:val=")"/>
            <m:grow/>
          </m:dPr>
          <m:e>
            <m:r>
              <m:t>A</m:t>
            </m:r>
          </m:e>
        </m:d>
        <m:r>
          <m:rPr>
            <m:sty m:val="p"/>
          </m:rPr>
          <m:t>=</m:t>
        </m:r>
        <m:r>
          <m:t>K</m:t>
        </m:r>
        <m:d>
          <m:dPr>
            <m:begChr m:val="("/>
            <m:sepChr m:val=""/>
            <m:endChr m:val=")"/>
            <m:grow/>
          </m:dPr>
          <m:e>
            <m:r>
              <m:t>A</m:t>
            </m:r>
          </m:e>
        </m:d>
        <m:r>
          <m:rPr>
            <m:sty m:val="p"/>
          </m:rPr>
          <m:t>/</m:t>
        </m:r>
        <m:rad>
          <m:radPr>
            <m:degHide m:val="on"/>
          </m:radPr>
          <m:deg/>
          <m:e>
            <m:r>
              <m:t>N</m:t>
            </m:r>
          </m:e>
        </m:rad>
      </m:oMath>
      <w:r>
        <w:t xml:space="preserve"> </w:t>
      </w:r>
      <w:r>
        <w:t xml:space="preserve">is an exact description, not a resolution: one must still prove that the infimum of this function stays positive over all sets and all sizes.</w:t>
      </w:r>
    </w:p>
    <w:p>
      <w:pPr>
        <w:pStyle w:val="BodyText"/>
        <w:keepLines/>
      </w:pPr>
      <w:r>
        <w:t xml:space="preserve">For a sound interpretation, set</w:t>
      </w:r>
      <w:r>
        <w:t xml:space="preserve"> </w:t>
      </w:r>
      <m:oMath>
        <m:r>
          <m:t>x</m:t>
        </m:r>
        <m:r>
          <m:rPr>
            <m:sty m:val="p"/>
          </m:rPr>
          <m:t>=</m:t>
        </m:r>
        <m:r>
          <m:t>2</m:t>
        </m:r>
        <m:r>
          <m:t>π</m:t>
        </m:r>
        <m:sSub>
          <m:e>
            <m:r>
              <m:t>ν</m:t>
            </m:r>
          </m:e>
          <m:sub>
            <m:r>
              <m:t>0</m:t>
            </m:r>
          </m:sub>
        </m:sSub>
        <m:r>
          <m:t>t</m:t>
        </m:r>
      </m:oMath>
      <w:r>
        <w:t xml:space="preserve">, where</w:t>
      </w:r>
      <w:r>
        <w:t xml:space="preserve"> </w:t>
      </w:r>
      <m:oMath>
        <m:sSub>
          <m:e>
            <m:r>
              <m:t>ν</m:t>
            </m:r>
          </m:e>
          <m:sub>
            <m:r>
              <m:t>0</m:t>
            </m:r>
          </m:sub>
        </m:sSub>
      </m:oMath>
      <w:r>
        <w:t xml:space="preserve"> </w:t>
      </w:r>
      <w:r>
        <w:t xml:space="preserve">is a base frequency in hertz. Then the physical frequencies are</w:t>
      </w:r>
      <w:r>
        <w:t xml:space="preserve"> </w:t>
      </w:r>
      <m:oMath>
        <m:r>
          <m:t>a</m:t>
        </m:r>
        <m:sSub>
          <m:e>
            <m:r>
              <m:t>ν</m:t>
            </m:r>
          </m:e>
          <m:sub>
            <m:r>
              <m:t>0</m:t>
            </m:r>
          </m:sub>
        </m:sSub>
      </m:oMath>
      <w:r>
        <w:t xml:space="preserve">. The mathematical model describes an ideal harmonic signal with equal amplitudes and synchronized phases. Music and equalized audio usually have unequal amplitudes, changing phases, noise, and finite observation windows. The model helps explain interference and measurement; it does not, by itself, establish a benefit of an audio product.</w:t>
      </w:r>
    </w:p>
    <w:bookmarkEnd w:id="24"/>
    <w:bookmarkStart w:id="28" w:name="what-the-coefficient-means-physically"/>
    <w:p>
      <w:pPr>
        <w:pStyle w:val="Heading2"/>
      </w:pPr>
      <w:r>
        <w:t xml:space="preserve">2. What the coefficient means physically</w:t>
      </w:r>
    </w:p>
    <w:p>
      <w:pPr>
        <w:pStyle w:val="FirstParagraph"/>
      </w:pPr>
      <w:r>
        <w:t xml:space="preserve">Use normalized averaging over a full period:</w:t>
      </w:r>
    </w:p>
    <w:p>
      <w:pPr>
        <w:pStyle w:val="BodyText"/>
        <w:keepLines/>
      </w:pPr>
      <m:oMathPara>
        <m:oMathParaPr>
          <m:jc m:val="center"/>
        </m:oMathParaPr>
        <m:oMath>
          <m:r>
            <m:rPr>
              <m:sty m:val="p"/>
              <m:scr m:val="double-struck"/>
            </m:rPr>
            <m:t>E</m:t>
          </m:r>
          <m:d>
            <m:dPr>
              <m:begChr m:val="["/>
              <m:sepChr m:val=""/>
              <m:endChr m:val="]"/>
              <m:grow/>
            </m:dPr>
            <m:e>
              <m:r>
                <m:t>g</m:t>
              </m:r>
            </m:e>
          </m:d>
          <m:r>
            <m:rPr>
              <m:sty m:val="p"/>
            </m:rPr>
            <m:t>=</m:t>
          </m:r>
          <m:f>
            <m:fPr>
              <m:type m:val="bar"/>
            </m:fPr>
            <m:num>
              <m:r>
                <m:t>1</m:t>
              </m:r>
            </m:num>
            <m:den>
              <m:r>
                <m:t>2</m:t>
              </m:r>
              <m:r>
                <m:t>π</m:t>
              </m:r>
            </m:den>
          </m:f>
          <m:nary>
            <m:naryPr>
              <m:chr m:val="∫"/>
              <m:limLoc m:val="subSup"/>
              <m:subHide m:val="off"/>
              <m:supHide m:val="off"/>
            </m:naryPr>
            <m:sub>
              <m:r>
                <m:t>0</m:t>
              </m:r>
            </m:sub>
            <m:sup>
              <m:r>
                <m:t>2</m:t>
              </m:r>
              <m:r>
                <m:t>π</m:t>
              </m:r>
            </m:sup>
            <m:e>
              <m:r>
                <m:t>g</m:t>
              </m:r>
            </m:e>
          </m:nary>
          <m:d>
            <m:dPr>
              <m:begChr m:val="("/>
              <m:sepChr m:val=""/>
              <m:endChr m:val=")"/>
              <m:grow/>
            </m:dPr>
            <m:e>
              <m:r>
                <m:t>x</m:t>
              </m:r>
            </m:e>
          </m:d>
          <m:r>
            <m:t> </m:t>
          </m:r>
          <m:r>
            <m:t>d</m:t>
          </m:r>
          <m:r>
            <m:t>x</m:t>
          </m:r>
          <m:r>
            <m:rPr>
              <m:sty m:val="p"/>
            </m:rPr>
            <m:t>.</m:t>
          </m:r>
        </m:oMath>
      </m:oMathPara>
    </w:p>
    <w:p>
      <w:pPr>
        <w:pStyle w:val="FirstParagraph"/>
        <w:keepLines/>
      </w:pPr>
      <w:r>
        <w:t xml:space="preserve">Orthogonality gives</w:t>
      </w:r>
      <w:r>
        <w:t xml:space="preserve"> </w:t>
      </w:r>
      <m:oMath>
        <m:r>
          <m:rPr>
            <m:sty m:val="p"/>
            <m:scr m:val="double-struck"/>
          </m:rPr>
          <m:t>E</m:t>
        </m:r>
        <m:d>
          <m:dPr>
            <m:begChr m:val="["/>
            <m:sepChr m:val=""/>
            <m:endChr m:val="]"/>
            <m:grow/>
          </m:dPr>
          <m:e>
            <m:sSub>
              <m:e>
                <m:r>
                  <m:t>f</m:t>
                </m:r>
              </m:e>
              <m:sub>
                <m:r>
                  <m:t>A</m:t>
                </m:r>
              </m:sub>
            </m:sSub>
          </m:e>
        </m:d>
        <m:r>
          <m:rPr>
            <m:sty m:val="p"/>
          </m:rPr>
          <m:t>=</m:t>
        </m:r>
        <m:r>
          <m:t>0</m:t>
        </m:r>
      </m:oMath>
      <w:r>
        <w:t xml:space="preserve"> </w:t>
      </w:r>
      <w:r>
        <w:t xml:space="preserve">and</w:t>
      </w:r>
      <w:r>
        <w:t xml:space="preserve"> </w:t>
      </w:r>
      <m:oMath>
        <m:r>
          <m:rPr>
            <m:sty m:val="p"/>
            <m:scr m:val="double-struck"/>
          </m:rPr>
          <m:t>E</m:t>
        </m:r>
        <m:d>
          <m:dPr>
            <m:begChr m:val="["/>
            <m:sepChr m:val=""/>
            <m:endChr m:val="]"/>
            <m:grow/>
          </m:dPr>
          <m:e>
            <m:sSubSup>
              <m:e>
                <m:r>
                  <m:t>f</m:t>
                </m:r>
              </m:e>
              <m:sub>
                <m:r>
                  <m:t>A</m:t>
                </m:r>
              </m:sub>
              <m:sup>
                <m:r>
                  <m:t>2</m:t>
                </m:r>
              </m:sup>
            </m:sSubSup>
          </m:e>
        </m:d>
        <m:r>
          <m:rPr>
            <m:sty m:val="p"/>
          </m:rPr>
          <m:t>=</m:t>
        </m:r>
        <m:r>
          <m:t>N</m:t>
        </m:r>
        <m:r>
          <m:rPr>
            <m:sty m:val="p"/>
          </m:rPr>
          <m:t>/</m:t>
        </m:r>
        <m:r>
          <m:t>2</m:t>
        </m:r>
      </m:oMath>
      <w:r>
        <w:t xml:space="preserve">. Thus the root-mean-square amplitude is</w:t>
      </w:r>
      <w:r>
        <w:t xml:space="preserve"> </w:t>
      </w:r>
      <m:oMath>
        <m:rad>
          <m:radPr>
            <m:degHide m:val="on"/>
          </m:radPr>
          <m:deg/>
          <m:e>
            <m:r>
              <m:t>N</m:t>
            </m:r>
            <m:r>
              <m:rPr>
                <m:sty m:val="p"/>
              </m:rPr>
              <m:t>/</m:t>
            </m:r>
            <m:r>
              <m:t>2</m:t>
            </m:r>
          </m:e>
        </m:rad>
      </m:oMath>
      <w:r>
        <w:t xml:space="preserve">, while</w:t>
      </w:r>
      <w:r>
        <w:t xml:space="preserve"> </w:t>
      </w:r>
      <m:oMath>
        <m:sSub>
          <m:e>
            <m:r>
              <m:t>f</m:t>
            </m:r>
          </m:e>
          <m:sub>
            <m:r>
              <m:t>A</m:t>
            </m:r>
          </m:sub>
        </m:sSub>
        <m:d>
          <m:dPr>
            <m:begChr m:val="("/>
            <m:sepChr m:val=""/>
            <m:endChr m:val=")"/>
            <m:grow/>
          </m:dPr>
          <m:e>
            <m:r>
              <m:t>0</m:t>
            </m:r>
          </m:e>
        </m:d>
        <m:r>
          <m:rPr>
            <m:sty m:val="p"/>
          </m:rPr>
          <m:t>=</m:t>
        </m:r>
        <m:r>
          <m:t>N</m:t>
        </m:r>
      </m:oMath>
      <w:r>
        <w:t xml:space="preserve">. All signals in this model have the same RMS amplitude when they have the same number of frequencies. Their negative peaks can nevertheless differ.</w:t>
      </w:r>
    </w:p>
    <w:p>
      <w:pPr>
        <w:pStyle w:val="BodyText"/>
      </w:pPr>
      <w:r>
        <w:t xml:space="preserve">For example,</w:t>
      </w:r>
    </w:p>
    <w:p>
      <w:pPr>
        <w:pStyle w:val="BodyText"/>
        <w:keepLines/>
      </w:pPr>
      <m:oMathPara>
        <m:oMathParaPr>
          <m:jc m:val="center"/>
        </m:oMathParaPr>
        <m:oMath>
          <m:r>
            <m:t>K</m:t>
          </m:r>
          <m:d>
            <m:dPr>
              <m:begChr m:val="("/>
              <m:sepChr m:val=""/>
              <m:endChr m:val=")"/>
              <m:grow/>
            </m:dPr>
            <m:e>
              <m:r>
                <m:rPr>
                  <m:sty m:val="p"/>
                </m:rPr>
                <m:t>{</m:t>
              </m:r>
              <m:r>
                <m:t>1</m:t>
              </m:r>
              <m:r>
                <m:rPr>
                  <m:sty m:val="p"/>
                </m:rPr>
                <m:t>,</m:t>
              </m:r>
              <m:r>
                <m:t>2</m:t>
              </m:r>
              <m:r>
                <m:rPr>
                  <m:sty m:val="p"/>
                </m:rPr>
                <m:t>}</m:t>
              </m:r>
            </m:e>
          </m:d>
          <m:r>
            <m:rPr>
              <m:sty m:val="p"/>
            </m:rPr>
            <m:t>=</m:t>
          </m:r>
          <m:f>
            <m:fPr>
              <m:type m:val="bar"/>
            </m:fPr>
            <m:num>
              <m:r>
                <m:t>9</m:t>
              </m:r>
            </m:num>
            <m:den>
              <m:r>
                <m:t>8</m:t>
              </m:r>
            </m:den>
          </m:f>
          <m:r>
            <m:rPr>
              <m:sty m:val="p"/>
            </m:rPr>
            <m:t>,</m:t>
          </m:r>
          <m:r>
            <m:t>  </m:t>
          </m:r>
          <m:r>
            <m:t>K</m:t>
          </m:r>
          <m:d>
            <m:dPr>
              <m:begChr m:val="("/>
              <m:sepChr m:val=""/>
              <m:endChr m:val=")"/>
              <m:grow/>
            </m:dPr>
            <m:e>
              <m:r>
                <m:rPr>
                  <m:sty m:val="p"/>
                </m:rPr>
                <m:t>{</m:t>
              </m:r>
              <m:r>
                <m:t>1</m:t>
              </m:r>
              <m:r>
                <m:rPr>
                  <m:sty m:val="p"/>
                </m:rPr>
                <m:t>,</m:t>
              </m:r>
              <m:r>
                <m:t>3</m:t>
              </m:r>
              <m:r>
                <m:rPr>
                  <m:sty m:val="p"/>
                </m:rPr>
                <m:t>}</m:t>
              </m:r>
            </m:e>
          </m:d>
          <m:r>
            <m:rPr>
              <m:sty m:val="p"/>
            </m:rPr>
            <m:t>=</m:t>
          </m:r>
          <m:r>
            <m:t>2</m:t>
          </m:r>
          <m:r>
            <m:rPr>
              <m:sty m:val="p"/>
            </m:rPr>
            <m:t>.</m:t>
          </m:r>
        </m:oMath>
      </m:oMathPara>
    </w:p>
    <w:p>
      <w:pPr>
        <w:pStyle w:val="FirstParagraph"/>
        <w:keepLines/>
      </w:pPr>
      <w:r>
        <w:t xml:space="preserve">For the first set, put</w:t>
      </w:r>
      <w:r>
        <w:t xml:space="preserve"> </w:t>
      </w:r>
      <m:oMath>
        <m:r>
          <m:t>u</m:t>
        </m:r>
        <m:r>
          <m:rPr>
            <m:sty m:val="p"/>
          </m:rPr>
          <m:t>=</m:t>
        </m:r>
        <m:r>
          <m:rPr>
            <m:sty m:val="p"/>
          </m:rPr>
          <m:t>cos</m:t>
        </m:r>
        <m:r>
          <m:t>x</m:t>
        </m:r>
      </m:oMath>
      <w:r>
        <w:t xml:space="preserve"> </w:t>
      </w:r>
      <w:r>
        <w:t xml:space="preserve">and complete the square:</w:t>
      </w:r>
    </w:p>
    <w:p>
      <w:pPr>
        <w:pStyle w:val="BodyText"/>
        <w:keepLines/>
      </w:pPr>
      <m:oMathPara>
        <m:oMathParaPr>
          <m:jc m:val="center"/>
        </m:oMathParaPr>
        <m:oMath>
          <m:r>
            <m:rPr>
              <m:sty m:val="p"/>
            </m:rPr>
            <m:t>cos</m:t>
          </m:r>
          <m:r>
            <m:t>x</m:t>
          </m:r>
          <m:r>
            <m:rPr>
              <m:sty m:val="p"/>
            </m:rPr>
            <m:t>+</m:t>
          </m:r>
          <m:r>
            <m:rPr>
              <m:sty m:val="p"/>
            </m:rPr>
            <m:t>cos</m:t>
          </m:r>
          <m:r>
            <m:t>2</m:t>
          </m:r>
          <m:r>
            <m:t>x</m:t>
          </m:r>
          <m:r>
            <m:rPr>
              <m:sty m:val="p"/>
            </m:rPr>
            <m:t>=</m:t>
          </m:r>
          <m:r>
            <m:t>2</m:t>
          </m:r>
          <m:sSup>
            <m:e>
              <m:d>
                <m:dPr>
                  <m:begChr m:val="("/>
                  <m:sepChr m:val=""/>
                  <m:endChr m:val=")"/>
                  <m:grow/>
                </m:dPr>
                <m:e>
                  <m:r>
                    <m:t>u</m:t>
                  </m:r>
                  <m:r>
                    <m:rPr>
                      <m:sty m:val="p"/>
                    </m:rPr>
                    <m:t>+</m:t>
                  </m:r>
                  <m:f>
                    <m:fPr>
                      <m:type m:val="bar"/>
                    </m:fPr>
                    <m:num>
                      <m:r>
                        <m:t>1</m:t>
                      </m:r>
                    </m:num>
                    <m:den>
                      <m:r>
                        <m:t>4</m:t>
                      </m:r>
                    </m:den>
                  </m:f>
                </m:e>
              </m:d>
            </m:e>
            <m:sup>
              <m:r>
                <m:t>2</m:t>
              </m:r>
            </m:sup>
          </m:sSup>
          <m:r>
            <m:rPr>
              <m:sty m:val="p"/>
            </m:rPr>
            <m:t>−</m:t>
          </m:r>
          <m:f>
            <m:fPr>
              <m:type m:val="bar"/>
            </m:fPr>
            <m:num>
              <m:r>
                <m:t>9</m:t>
              </m:r>
            </m:num>
            <m:den>
              <m:r>
                <m:t>8</m:t>
              </m:r>
            </m:den>
          </m:f>
          <m:r>
            <m:rPr>
              <m:sty m:val="p"/>
            </m:rPr>
            <m:t>.</m:t>
          </m:r>
        </m:oMath>
      </m:oMathPara>
    </w:p>
    <w:p>
      <w:pPr>
        <w:pStyle w:val="FirstParagraph"/>
        <w:keepLines/>
      </w:pPr>
      <w:r>
        <w:t xml:space="preserve">For the second, both cosines equal</w:t>
      </w:r>
      <w:r>
        <w:t xml:space="preserve"> </w:t>
      </w:r>
      <m:oMath>
        <m:r>
          <m:rPr>
            <m:sty m:val="p"/>
          </m:rPr>
          <m:t>−</m:t>
        </m:r>
        <m:r>
          <m:t>1</m:t>
        </m:r>
      </m:oMath>
      <w:r>
        <w:t xml:space="preserve"> </w:t>
      </w:r>
      <w:r>
        <w:t xml:space="preserve">at</w:t>
      </w:r>
      <w:r>
        <w:t xml:space="preserve"> </w:t>
      </w:r>
      <m:oMath>
        <m:r>
          <m:t>x</m:t>
        </m:r>
        <m:r>
          <m:rPr>
            <m:sty m:val="p"/>
          </m:rPr>
          <m:t>=</m:t>
        </m:r>
        <m:r>
          <m:t>π</m:t>
        </m:r>
      </m:oMath>
      <w:r>
        <w:t xml:space="preserve">. The first signal has a shallower trough despite identical RMS amplitude. The dimensionless negative crest factor is</w:t>
      </w:r>
    </w:p>
    <w:p>
      <w:pPr>
        <w:pStyle w:val="BodyText"/>
        <w:keepLines/>
      </w:pPr>
      <m:oMathPara>
        <m:oMathParaPr>
          <m:jc m:val="center"/>
        </m:oMathParaPr>
        <m:oMath>
          <m:sSub>
            <m:e>
              <m:r>
                <m:rPr>
                  <m:sty m:val="p"/>
                </m:rPr>
                <m:t>C</m:t>
              </m:r>
              <m:r>
                <m:rPr>
                  <m:sty m:val="p"/>
                </m:rPr>
                <m:t>F</m:t>
              </m:r>
            </m:e>
            <m:sub>
              <m:r>
                <m:rPr>
                  <m:sty m:val="p"/>
                </m:rPr>
                <m:t>−</m:t>
              </m:r>
            </m:sub>
          </m:sSub>
          <m:d>
            <m:dPr>
              <m:begChr m:val="("/>
              <m:sepChr m:val=""/>
              <m:endChr m:val=")"/>
              <m:grow/>
            </m:dPr>
            <m:e>
              <m:r>
                <m:t>A</m:t>
              </m:r>
            </m:e>
          </m:d>
          <m:r>
            <m:rPr>
              <m:sty m:val="p"/>
            </m:rPr>
            <m:t>=</m:t>
          </m:r>
          <m:f>
            <m:fPr>
              <m:type m:val="bar"/>
            </m:fPr>
            <m:num>
              <m:r>
                <m:t>K</m:t>
              </m:r>
              <m:d>
                <m:dPr>
                  <m:begChr m:val="("/>
                  <m:sepChr m:val=""/>
                  <m:endChr m:val=")"/>
                  <m:grow/>
                </m:dPr>
                <m:e>
                  <m:r>
                    <m:t>A</m:t>
                  </m:r>
                </m:e>
              </m:d>
            </m:num>
            <m:den>
              <m:rad>
                <m:radPr>
                  <m:degHide m:val="on"/>
                </m:radPr>
                <m:deg/>
                <m:e>
                  <m:r>
                    <m:t>N</m:t>
                  </m:r>
                  <m:r>
                    <m:rPr>
                      <m:sty m:val="p"/>
                    </m:rPr>
                    <m:t>/</m:t>
                  </m:r>
                  <m:r>
                    <m:t>2</m:t>
                  </m:r>
                </m:e>
              </m:rad>
            </m:den>
          </m:f>
          <m:r>
            <m:rPr>
              <m:sty m:val="p"/>
            </m:rPr>
            <m:t>=</m:t>
          </m:r>
          <m:rad>
            <m:radPr>
              <m:degHide m:val="on"/>
            </m:radPr>
            <m:deg/>
            <m:e>
              <m:r>
                <m:t>2</m:t>
              </m:r>
            </m:e>
          </m:rad>
          <m:r>
            <m:t> </m:t>
          </m:r>
          <m:f>
            <m:fPr>
              <m:type m:val="bar"/>
            </m:fPr>
            <m:num>
              <m:r>
                <m:t>K</m:t>
              </m:r>
              <m:d>
                <m:dPr>
                  <m:begChr m:val="("/>
                  <m:sepChr m:val=""/>
                  <m:endChr m:val=")"/>
                  <m:grow/>
                </m:dPr>
                <m:e>
                  <m:r>
                    <m:t>A</m:t>
                  </m:r>
                </m:e>
              </m:d>
            </m:num>
            <m:den>
              <m:rad>
                <m:radPr>
                  <m:degHide m:val="on"/>
                </m:radPr>
                <m:deg/>
                <m:e>
                  <m:r>
                    <m:t>N</m:t>
                  </m:r>
                </m:e>
              </m:rad>
            </m:den>
          </m:f>
          <m:r>
            <m:rPr>
              <m:sty m:val="p"/>
            </m:rPr>
            <m:t>.</m:t>
          </m:r>
        </m:oMath>
      </m:oMathPara>
    </w:p>
    <w:p>
      <w:pPr>
        <w:pStyle w:val="FirstParagraph"/>
        <w:keepLines/>
      </w:pPr>
      <w:r>
        <w:t xml:space="preserve">This explains the normalization:</w:t>
      </w:r>
      <w:r>
        <w:t xml:space="preserve"> </w:t>
      </w:r>
      <m:oMath>
        <m:r>
          <m:t>c</m:t>
        </m:r>
      </m:oMath>
      <w:r>
        <w:t xml:space="preserve"> </w:t>
      </w:r>
      <w:r>
        <w:t xml:space="preserve">would be a uniform lower bound on a normalized negative peak. It is not an energy quantum, a material constant, or a new universal constant of physics.</w:t>
      </w:r>
    </w:p>
    <w:p>
      <w:pPr>
        <w:pStyle w:val="BodyText"/>
        <w:keepNext/>
        <w:spacing w:after="80"/>
      </w:pPr>
      <w:r>
        <w:drawing>
          <wp:inline>
            <wp:extent cx="5852160" cy="2391752"/>
            <wp:effectExtent b="0" l="0" r="0" t="0"/>
            <wp:docPr descr="Phase locking and equal RMS signals" title="" id="26" name="Picture"/>
            <a:graphic>
              <a:graphicData uri="http://schemas.openxmlformats.org/drawingml/2006/picture">
                <pic:pic>
                  <pic:nvPicPr>
                    <pic:cNvPr descr="/workspace/scratch/b671bf289294/bassplus_mathematics_publication/web/assets/fig02_phase_locking.png" id="27" name="Picture"/>
                    <pic:cNvPicPr>
                      <a:picLocks noChangeArrowheads="1" noChangeAspect="1"/>
                    </pic:cNvPicPr>
                  </pic:nvPicPr>
                  <pic:blipFill>
                    <a:blip r:embed="rId25"/>
                    <a:stretch>
                      <a:fillRect/>
                    </a:stretch>
                  </pic:blipFill>
                  <pic:spPr bwMode="auto">
                    <a:xfrm>
                      <a:off x="0" y="0"/>
                      <a:ext cx="5852160" cy="2391752"/>
                    </a:xfrm>
                    <a:prstGeom prst="rect">
                      <a:avLst/>
                    </a:prstGeom>
                    <a:noFill/>
                    <a:ln w="9525">
                      <a:noFill/>
                      <a:headEnd/>
                      <a:tailEnd/>
                    </a:ln>
                  </pic:spPr>
                </pic:pic>
              </a:graphicData>
            </a:graphic>
          </wp:inline>
        </w:drawing>
      </w:r>
    </w:p>
    <w:p>
      <w:pPr>
        <w:pStyle w:val="Caption"/>
        <w:keepLines/>
        <w:spacing w:after="200"/>
      </w:pPr>
      <w:r>
        <w:rPr>
          <w:bCs/>
          <w:b/>
        </w:rPr>
        <w:t xml:space="preserve">Figure 1. Phase locking changes the attainable trough.</w:t>
      </w:r>
      <w:r>
        <w:t xml:space="preserve"> </w:t>
      </w:r>
      <w:r>
        <w:t xml:space="preserve">The two signals have equal RMS amplitude. For</w:t>
      </w:r>
      <w:r>
        <w:t xml:space="preserve"> </w:t>
      </w:r>
      <m:oMath>
        <m:r>
          <m:t>A</m:t>
        </m:r>
        <m:r>
          <m:rPr>
            <m:sty m:val="p"/>
          </m:rPr>
          <m:t>=</m:t>
        </m:r>
        <m:r>
          <m:rPr>
            <m:sty m:val="p"/>
          </m:rPr>
          <m:t>{</m:t>
        </m:r>
        <m:r>
          <m:t>1</m:t>
        </m:r>
        <m:r>
          <m:rPr>
            <m:sty m:val="p"/>
          </m:rPr>
          <m:t>,</m:t>
        </m:r>
        <m:r>
          <m:t>2</m:t>
        </m:r>
        <m:r>
          <m:rPr>
            <m:sty m:val="p"/>
          </m:rPr>
          <m:t>}</m:t>
        </m:r>
      </m:oMath>
      <w:r>
        <w:t xml:space="preserve">, the hypothetical independent-phase value</w:t>
      </w:r>
      <w:r>
        <w:t xml:space="preserve"> </w:t>
      </w:r>
      <m:oMath>
        <m:r>
          <m:rPr>
            <m:sty m:val="p"/>
          </m:rPr>
          <m:t>−</m:t>
        </m:r>
        <m:r>
          <m:t>2</m:t>
        </m:r>
      </m:oMath>
      <w:r>
        <w:t xml:space="preserve"> </w:t>
      </w:r>
      <w:r>
        <w:t xml:space="preserve">is inaccessible; the exact common-phase minimum is</w:t>
      </w:r>
      <w:r>
        <w:t xml:space="preserve"> </w:t>
      </w:r>
      <m:oMath>
        <m:r>
          <m:rPr>
            <m:sty m:val="p"/>
          </m:rPr>
          <m:t>−</m:t>
        </m:r>
        <m:r>
          <m:t>9</m:t>
        </m:r>
        <m:r>
          <m:rPr>
            <m:sty m:val="p"/>
          </m:rPr>
          <m:t>/</m:t>
        </m:r>
        <m:r>
          <m:t>8</m:t>
        </m:r>
      </m:oMath>
      <w:r>
        <w:t xml:space="preserve">. The chart keeps the hypothetical model explicitly separate from the actual signal.</w:t>
      </w:r>
    </w:p>
    <w:p>
      <w:pPr>
        <w:pStyle w:val="BodyText"/>
        <w:keepLines/>
      </w:pPr>
      <w:r>
        <w:t xml:space="preserve">If</w:t>
      </w:r>
      <w:r>
        <w:t xml:space="preserve"> </w:t>
      </w:r>
      <m:oMath>
        <m:sSub>
          <m:e>
            <m:r>
              <m:t>f</m:t>
            </m:r>
          </m:e>
          <m:sub>
            <m:r>
              <m:t>A</m:t>
            </m:r>
          </m:sub>
        </m:sSub>
      </m:oMath>
      <w:r>
        <w:t xml:space="preserve"> </w:t>
      </w:r>
      <w:r>
        <w:t xml:space="preserve">represents acoustic pressure relative to equilibrium, negative values describe rarefaction. They do not mean negative acoustic energy. In the plane progressive-wave approximation, average intensity is proportional to mean-square pressure, with proportionality determined by acoustic impedance. This physical distinction matters whenever a proposed proof replaces a signed wave amplitude by a squared magnitude.</w:t>
      </w:r>
      <w:r>
        <w:t xml:space="preserve"> </w:t>
      </w:r>
      <w:hyperlink w:anchor="bakeracoustics">
        <w:r>
          <w:rPr>
            <w:rStyle w:val="Hyperlink"/>
          </w:rPr>
          <w:t xml:space="preserve">[BakerAcoustics]</w:t>
        </w:r>
      </w:hyperlink>
    </w:p>
    <w:bookmarkEnd w:id="28"/>
    <w:bookmarkStart w:id="35" w:name="why-a-single-common-phase-is-restrictive"/>
    <w:p>
      <w:pPr>
        <w:pStyle w:val="Heading2"/>
      </w:pPr>
      <w:r>
        <w:t xml:space="preserve">3. Why a single common phase is restrictive</w:t>
      </w:r>
    </w:p>
    <w:p>
      <w:pPr>
        <w:pStyle w:val="FirstParagraph"/>
        <w:keepLines/>
      </w:pPr>
      <w:r>
        <w:t xml:space="preserve">The vector</w:t>
      </w:r>
      <w:r>
        <w:t xml:space="preserve"> </w:t>
      </w:r>
      <m:oMath>
        <m:d>
          <m:dPr>
            <m:begChr m:val="("/>
            <m:sepChr m:val=""/>
            <m:endChr m:val=")"/>
            <m:grow/>
          </m:dPr>
          <m:e>
            <m:r>
              <m:rPr>
                <m:sty m:val="p"/>
              </m:rPr>
              <m:t>cos</m:t>
            </m:r>
            <m:d>
              <m:dPr>
                <m:begChr m:val="("/>
                <m:sepChr m:val=""/>
                <m:endChr m:val=")"/>
                <m:grow/>
              </m:dPr>
              <m:e>
                <m:sSub>
                  <m:e>
                    <m:r>
                      <m:t>a</m:t>
                    </m:r>
                  </m:e>
                  <m:sub>
                    <m:r>
                      <m:t>1</m:t>
                    </m:r>
                  </m:sub>
                </m:sSub>
                <m:r>
                  <m:t>x</m:t>
                </m:r>
              </m:e>
            </m:d>
            <m:r>
              <m:rPr>
                <m:sty m:val="p"/>
              </m:rPr>
              <m:t>,</m:t>
            </m:r>
            <m:r>
              <m:rPr>
                <m:sty m:val="p"/>
              </m:rPr>
              <m:t>…</m:t>
            </m:r>
            <m:r>
              <m:rPr>
                <m:sty m:val="p"/>
              </m:rPr>
              <m:t>,</m:t>
            </m:r>
            <m:r>
              <m:rPr>
                <m:sty m:val="p"/>
              </m:rPr>
              <m:t>cos</m:t>
            </m:r>
            <m:d>
              <m:dPr>
                <m:begChr m:val="("/>
                <m:sepChr m:val=""/>
                <m:endChr m:val=")"/>
                <m:grow/>
              </m:dPr>
              <m:e>
                <m:sSub>
                  <m:e>
                    <m:r>
                      <m:t>a</m:t>
                    </m:r>
                  </m:e>
                  <m:sub>
                    <m:r>
                      <m:t>N</m:t>
                    </m:r>
                  </m:sub>
                </m:sSub>
                <m:r>
                  <m:t>x</m:t>
                </m:r>
              </m:e>
            </m:d>
          </m:e>
        </m:d>
      </m:oMath>
      <w:r>
        <w:t xml:space="preserve"> </w:t>
      </w:r>
      <w:r>
        <w:t xml:space="preserve">follows a one-parameter path. For multiple frequencies, it does not explore the entire cube</w:t>
      </w:r>
      <w:r>
        <w:t xml:space="preserve"> </w:t>
      </w:r>
      <m:oMath>
        <m:sSup>
          <m:e>
            <m:d>
              <m:dPr>
                <m:begChr m:val="["/>
                <m:sepChr m:val=""/>
                <m:endChr m:val="]"/>
                <m:grow/>
              </m:dPr>
              <m:e>
                <m:r>
                  <m:rPr>
                    <m:sty m:val="p"/>
                  </m:rPr>
                  <m:t>−</m:t>
                </m:r>
                <m:r>
                  <m:t>1</m:t>
                </m:r>
                <m:r>
                  <m:rPr>
                    <m:sty m:val="p"/>
                  </m:rPr>
                  <m:t>,</m:t>
                </m:r>
                <m:r>
                  <m:t>1</m:t>
                </m:r>
              </m:e>
            </m:d>
          </m:e>
          <m:sup>
            <m:r>
              <m:t>N</m:t>
            </m:r>
          </m:sup>
        </m:sSup>
      </m:oMath>
      <w:r>
        <w:t xml:space="preserve">. For</w:t>
      </w:r>
      <w:r>
        <w:t xml:space="preserve"> </w:t>
      </w:r>
      <m:oMath>
        <m:r>
          <m:t>A</m:t>
        </m:r>
        <m:r>
          <m:rPr>
            <m:sty m:val="p"/>
          </m:rPr>
          <m:t>=</m:t>
        </m:r>
        <m:r>
          <m:rPr>
            <m:sty m:val="p"/>
          </m:rPr>
          <m:t>{</m:t>
        </m:r>
        <m:r>
          <m:t>1</m:t>
        </m:r>
        <m:r>
          <m:rPr>
            <m:sty m:val="p"/>
          </m:rPr>
          <m:t>,</m:t>
        </m:r>
        <m:r>
          <m:t>2</m:t>
        </m:r>
        <m:r>
          <m:rPr>
            <m:sty m:val="p"/>
          </m:rPr>
          <m:t>}</m:t>
        </m:r>
      </m:oMath>
      <w:r>
        <w:t xml:space="preserve">, the relation</w:t>
      </w:r>
      <w:r>
        <w:t xml:space="preserve"> </w:t>
      </w:r>
      <m:oMath>
        <m:r>
          <m:rPr>
            <m:sty m:val="p"/>
          </m:rPr>
          <m:t>cos</m:t>
        </m:r>
        <m:r>
          <m:t>2</m:t>
        </m:r>
        <m:r>
          <m:t>x</m:t>
        </m:r>
        <m:r>
          <m:rPr>
            <m:sty m:val="p"/>
          </m:rPr>
          <m:t>=</m:t>
        </m:r>
        <m:r>
          <m:t>2</m:t>
        </m:r>
        <m:sSup>
          <m:e>
            <m:r>
              <m:rPr>
                <m:sty m:val="p"/>
              </m:rPr>
              <m:t>cos</m:t>
            </m:r>
          </m:e>
          <m:sup>
            <m:r>
              <m:t>2</m:t>
            </m:r>
          </m:sup>
        </m:sSup>
        <m:r>
          <m:t>x</m:t>
        </m:r>
        <m:r>
          <m:rPr>
            <m:sty m:val="p"/>
          </m:rPr>
          <m:t>−</m:t>
        </m:r>
        <m:r>
          <m:t>1</m:t>
        </m:r>
      </m:oMath>
      <w:r>
        <w:t xml:space="preserve"> </w:t>
      </w:r>
      <w:r>
        <w:t xml:space="preserve">prevents both coordinates from being</w:t>
      </w:r>
      <w:r>
        <w:t xml:space="preserve"> </w:t>
      </w:r>
      <m:oMath>
        <m:r>
          <m:rPr>
            <m:sty m:val="p"/>
          </m:rPr>
          <m:t>−</m:t>
        </m:r>
        <m:r>
          <m:t>1</m:t>
        </m:r>
      </m:oMath>
      <w:r>
        <w:t xml:space="preserve"> </w:t>
      </w:r>
      <w:r>
        <w:t xml:space="preserve">at once. Allowing separate phases removes that constraint and changes the problem.</w:t>
      </w:r>
    </w:p>
    <w:p>
      <w:pPr>
        <w:pStyle w:val="BodyText"/>
      </w:pPr>
      <w:r>
        <w:t xml:space="preserve">The same point becomes geometric with three frequencies. The path</w:t>
      </w:r>
    </w:p>
    <w:p>
      <w:pPr>
        <w:pStyle w:val="BodyText"/>
        <w:keepLines/>
      </w:pPr>
      <m:oMathPara>
        <m:oMathParaPr>
          <m:jc m:val="center"/>
        </m:oMathParaPr>
        <m:oMath>
          <m:r>
            <m:t>x</m:t>
          </m:r>
          <m:r>
            <m:rPr>
              <m:sty m:val="p"/>
            </m:rPr>
            <m:t>↦</m:t>
          </m:r>
          <m:d>
            <m:dPr>
              <m:begChr m:val="("/>
              <m:sepChr m:val=""/>
              <m:endChr m:val=")"/>
              <m:grow/>
            </m:dPr>
            <m:e>
              <m:r>
                <m:rPr>
                  <m:sty m:val="p"/>
                </m:rPr>
                <m:t>cos</m:t>
              </m:r>
              <m:r>
                <m:t>x</m:t>
              </m:r>
              <m:r>
                <m:rPr>
                  <m:sty m:val="p"/>
                </m:rPr>
                <m:t>,</m:t>
              </m:r>
              <m:r>
                <m:rPr>
                  <m:sty m:val="p"/>
                </m:rPr>
                <m:t>cos</m:t>
              </m:r>
              <m:r>
                <m:t>2</m:t>
              </m:r>
              <m:r>
                <m:t>x</m:t>
              </m:r>
              <m:r>
                <m:rPr>
                  <m:sty m:val="p"/>
                </m:rPr>
                <m:t>,</m:t>
              </m:r>
              <m:r>
                <m:rPr>
                  <m:sty m:val="p"/>
                </m:rPr>
                <m:t>cos</m:t>
              </m:r>
              <m:r>
                <m:t>3</m:t>
              </m:r>
              <m:r>
                <m:t>x</m:t>
              </m:r>
            </m:e>
          </m:d>
        </m:oMath>
      </m:oMathPara>
    </w:p>
    <w:p>
      <w:pPr>
        <w:pStyle w:val="FirstParagraph"/>
      </w:pPr>
      <w:r>
        <w:t xml:space="preserve">is a curve inside a cube. Colouring each point by the sum of its coordinates shows exactly which signal values this shared clock can reach. A rotation of the display changes our viewpoint, not the set of attainable states. This is why a three-dimensional figure is useful here: its geometry represents an actual constraint.</w:t>
      </w:r>
    </w:p>
    <w:p>
      <w:pPr>
        <w:pStyle w:val="BodyText"/>
        <w:keepNext/>
        <w:spacing w:after="80"/>
      </w:pPr>
      <w:r>
        <w:drawing>
          <wp:inline>
            <wp:extent cx="5852160" cy="3312543"/>
            <wp:effectExtent b="0" l="0" r="0" t="0"/>
            <wp:docPr descr="The shared-phase curve for three frequencies" title="" id="30" name="Picture"/>
            <a:graphic>
              <a:graphicData uri="http://schemas.openxmlformats.org/drawingml/2006/picture">
                <pic:pic>
                  <pic:nvPicPr>
                    <pic:cNvPr descr="/workspace/scratch/b671bf289294/bassplus_mathematics_publication/web/assets/fig06_shared_phase_orbit.png" id="31" name="Picture"/>
                    <pic:cNvPicPr>
                      <a:picLocks noChangeArrowheads="1" noChangeAspect="1"/>
                    </pic:cNvPicPr>
                  </pic:nvPicPr>
                  <pic:blipFill>
                    <a:blip r:embed="rId29"/>
                    <a:stretch>
                      <a:fillRect/>
                    </a:stretch>
                  </pic:blipFill>
                  <pic:spPr bwMode="auto">
                    <a:xfrm>
                      <a:off x="0" y="0"/>
                      <a:ext cx="5852160" cy="3312543"/>
                    </a:xfrm>
                    <a:prstGeom prst="rect">
                      <a:avLst/>
                    </a:prstGeom>
                    <a:noFill/>
                    <a:ln w="9525">
                      <a:noFill/>
                      <a:headEnd/>
                      <a:tailEnd/>
                    </a:ln>
                  </pic:spPr>
                </pic:pic>
              </a:graphicData>
            </a:graphic>
          </wp:inline>
        </w:drawing>
      </w:r>
    </w:p>
    <w:p>
      <w:pPr>
        <w:pStyle w:val="Caption"/>
        <w:keepLines/>
        <w:spacing w:after="200"/>
      </w:pPr>
      <w:r>
        <w:rPr>
          <w:bCs/>
          <w:b/>
        </w:rPr>
        <w:t xml:space="preserve">Figure 2. One clock traces a curve, not a cube.</w:t>
      </w:r>
      <w:r>
        <w:t xml:space="preserve"> </w:t>
      </w:r>
      <w:r>
        <w:t xml:space="preserve">The colour is the actual sum</w:t>
      </w:r>
      <w:r>
        <w:t xml:space="preserve"> </w:t>
      </w:r>
      <m:oMath>
        <m:r>
          <m:rPr>
            <m:sty m:val="p"/>
          </m:rPr>
          <m:t>cos</m:t>
        </m:r>
        <m:r>
          <m:t>x</m:t>
        </m:r>
        <m:r>
          <m:rPr>
            <m:sty m:val="p"/>
          </m:rPr>
          <m:t>+</m:t>
        </m:r>
        <m:r>
          <m:rPr>
            <m:sty m:val="p"/>
          </m:rPr>
          <m:t>cos</m:t>
        </m:r>
        <m:r>
          <m:t>2</m:t>
        </m:r>
        <m:r>
          <m:t>x</m:t>
        </m:r>
        <m:r>
          <m:rPr>
            <m:sty m:val="p"/>
          </m:rPr>
          <m:t>+</m:t>
        </m:r>
        <m:r>
          <m:rPr>
            <m:sty m:val="p"/>
          </m:rPr>
          <m:t>cos</m:t>
        </m:r>
        <m:r>
          <m:t>3</m:t>
        </m:r>
        <m:r>
          <m:t>x</m:t>
        </m:r>
      </m:oMath>
      <w:r>
        <w:t xml:space="preserve">. The corner</w:t>
      </w:r>
      <w:r>
        <w:t xml:space="preserve"> </w:t>
      </w:r>
      <m:oMath>
        <m:d>
          <m:dPr>
            <m:begChr m:val="("/>
            <m:sepChr m:val=""/>
            <m:endChr m:val=")"/>
            <m:grow/>
          </m:dPr>
          <m:e>
            <m:r>
              <m:rPr>
                <m:sty m:val="p"/>
              </m:rPr>
              <m:t>−</m:t>
            </m:r>
            <m:r>
              <m:t>1</m:t>
            </m:r>
            <m:r>
              <m:rPr>
                <m:sty m:val="p"/>
              </m:rPr>
              <m:t>,</m:t>
            </m:r>
            <m:r>
              <m:rPr>
                <m:sty m:val="p"/>
              </m:rPr>
              <m:t>−</m:t>
            </m:r>
            <m:r>
              <m:t>1</m:t>
            </m:r>
            <m:r>
              <m:rPr>
                <m:sty m:val="p"/>
              </m:rPr>
              <m:t>,</m:t>
            </m:r>
            <m:r>
              <m:rPr>
                <m:sty m:val="p"/>
              </m:rPr>
              <m:t>−</m:t>
            </m:r>
            <m:r>
              <m:t>1</m:t>
            </m:r>
          </m:e>
        </m:d>
      </m:oMath>
      <w:r>
        <w:t xml:space="preserve"> </w:t>
      </w:r>
      <w:r>
        <w:t xml:space="preserve">is not on the curve. Over a full period, the real cosine-coordinate curve is retraced. The figure is a classical phase model, not a visualization of a quantum state.</w:t>
      </w:r>
    </w:p>
    <w:p>
      <w:pPr>
        <w:pStyle w:val="BodyText"/>
        <w:keepLines/>
      </w:pPr>
      <w:r>
        <w:t xml:space="preserve">Multiplying every frequency by the same positive integer</w:t>
      </w:r>
      <w:r>
        <w:t xml:space="preserve"> </w:t>
      </w:r>
      <m:oMath>
        <m:r>
          <m:t>d</m:t>
        </m:r>
      </m:oMath>
      <w:r>
        <w:t xml:space="preserve"> </w:t>
      </w:r>
      <w:r>
        <w:t xml:space="preserve">has a different effect. Since</w:t>
      </w:r>
      <w:r>
        <w:t xml:space="preserve"> </w:t>
      </w:r>
      <m:oMath>
        <m:sSub>
          <m:e>
            <m:r>
              <m:t>f</m:t>
            </m:r>
          </m:e>
          <m:sub>
            <m:r>
              <m:t>d</m:t>
            </m:r>
            <m:r>
              <m:t>A</m:t>
            </m:r>
          </m:sub>
        </m:sSub>
        <m:d>
          <m:dPr>
            <m:begChr m:val="("/>
            <m:sepChr m:val=""/>
            <m:endChr m:val=")"/>
            <m:grow/>
          </m:dPr>
          <m:e>
            <m:r>
              <m:t>x</m:t>
            </m:r>
          </m:e>
        </m:d>
        <m:r>
          <m:rPr>
            <m:sty m:val="p"/>
          </m:rPr>
          <m:t>=</m:t>
        </m:r>
        <m:sSub>
          <m:e>
            <m:r>
              <m:t>f</m:t>
            </m:r>
          </m:e>
          <m:sub>
            <m:r>
              <m:t>A</m:t>
            </m:r>
          </m:sub>
        </m:sSub>
        <m:d>
          <m:dPr>
            <m:begChr m:val="("/>
            <m:sepChr m:val=""/>
            <m:endChr m:val=")"/>
            <m:grow/>
          </m:dPr>
          <m:e>
            <m:r>
              <m:t>d</m:t>
            </m:r>
            <m:r>
              <m:t>x</m:t>
            </m:r>
          </m:e>
        </m:d>
      </m:oMath>
      <w:r>
        <w:t xml:space="preserve">, it compresses the pattern in time while preserving its full-period range:</w:t>
      </w:r>
    </w:p>
    <w:p>
      <w:pPr>
        <w:pStyle w:val="BodyText"/>
        <w:keepLines/>
      </w:pPr>
      <m:oMathPara>
        <m:oMathParaPr>
          <m:jc m:val="center"/>
        </m:oMathParaPr>
        <m:oMath>
          <m:r>
            <m:t>K</m:t>
          </m:r>
          <m:d>
            <m:dPr>
              <m:begChr m:val="("/>
              <m:sepChr m:val=""/>
              <m:endChr m:val=")"/>
              <m:grow/>
            </m:dPr>
            <m:e>
              <m:r>
                <m:t>d</m:t>
              </m:r>
              <m:r>
                <m:t>A</m:t>
              </m:r>
            </m:e>
          </m:d>
          <m:r>
            <m:rPr>
              <m:sty m:val="p"/>
            </m:rPr>
            <m:t>=</m:t>
          </m:r>
          <m:r>
            <m:t>K</m:t>
          </m:r>
          <m:d>
            <m:dPr>
              <m:begChr m:val="("/>
              <m:sepChr m:val=""/>
              <m:endChr m:val=")"/>
              <m:grow/>
            </m:dPr>
            <m:e>
              <m:r>
                <m:t>A</m:t>
              </m:r>
            </m:e>
          </m:d>
          <m:r>
            <m:rPr>
              <m:sty m:val="p"/>
            </m:rPr>
            <m:t>.</m:t>
          </m:r>
        </m:oMath>
      </m:oMathPara>
    </w:p>
    <w:p>
      <w:pPr>
        <w:pStyle w:val="FirstParagraph"/>
      </w:pPr>
      <w:r>
        <w:t xml:space="preserve">A trough can become narrower in a local time window without becoming shallower. Any argument that estimates the total negative contribution from one local width must account for the increased number of repeated troughs.</w:t>
      </w:r>
    </w:p>
    <w:p>
      <w:pPr>
        <w:pStyle w:val="BodyText"/>
        <w:keepNext/>
        <w:spacing w:after="80"/>
      </w:pPr>
      <w:r>
        <w:drawing>
          <wp:inline>
            <wp:extent cx="5852160" cy="2544417"/>
            <wp:effectExtent b="0" l="0" r="0" t="0"/>
            <wp:docPr descr="Frequency dilation preserves depth" title="" id="33" name="Picture"/>
            <a:graphic>
              <a:graphicData uri="http://schemas.openxmlformats.org/drawingml/2006/picture">
                <pic:pic>
                  <pic:nvPicPr>
                    <pic:cNvPr descr="/workspace/scratch/b671bf289294/bassplus_mathematics_publication/web/assets/fig08_frequency_dilation.png" id="34" name="Picture"/>
                    <pic:cNvPicPr>
                      <a:picLocks noChangeArrowheads="1" noChangeAspect="1"/>
                    </pic:cNvPicPr>
                  </pic:nvPicPr>
                  <pic:blipFill>
                    <a:blip r:embed="rId32"/>
                    <a:stretch>
                      <a:fillRect/>
                    </a:stretch>
                  </pic:blipFill>
                  <pic:spPr bwMode="auto">
                    <a:xfrm>
                      <a:off x="0" y="0"/>
                      <a:ext cx="5852160" cy="2544417"/>
                    </a:xfrm>
                    <a:prstGeom prst="rect">
                      <a:avLst/>
                    </a:prstGeom>
                    <a:noFill/>
                    <a:ln w="9525">
                      <a:noFill/>
                      <a:headEnd/>
                      <a:tailEnd/>
                    </a:ln>
                  </pic:spPr>
                </pic:pic>
              </a:graphicData>
            </a:graphic>
          </wp:inline>
        </w:drawing>
      </w:r>
    </w:p>
    <w:p>
      <w:pPr>
        <w:pStyle w:val="Caption"/>
        <w:keepLines/>
        <w:spacing w:after="200"/>
      </w:pPr>
      <w:r>
        <w:rPr>
          <w:bCs/>
          <w:b/>
        </w:rPr>
        <w:t xml:space="preserve">Figure 3. Frequency scale and peak depth are different quantities.</w:t>
      </w:r>
      <w:r>
        <w:t xml:space="preserve"> </w:t>
      </w:r>
      <w:r>
        <w:t xml:space="preserve">The sets</w:t>
      </w:r>
      <w:r>
        <w:t xml:space="preserve"> </w:t>
      </w:r>
      <m:oMath>
        <m:r>
          <m:rPr>
            <m:sty m:val="p"/>
          </m:rPr>
          <m:t>{</m:t>
        </m:r>
        <m:r>
          <m:t>1</m:t>
        </m:r>
        <m:r>
          <m:rPr>
            <m:sty m:val="p"/>
          </m:rPr>
          <m:t>,</m:t>
        </m:r>
        <m:r>
          <m:t>2</m:t>
        </m:r>
        <m:r>
          <m:rPr>
            <m:sty m:val="p"/>
          </m:rPr>
          <m:t>}</m:t>
        </m:r>
      </m:oMath>
      <w:r>
        <w:t xml:space="preserve"> </w:t>
      </w:r>
      <w:r>
        <w:t xml:space="preserve">and</w:t>
      </w:r>
      <w:r>
        <w:t xml:space="preserve"> </w:t>
      </w:r>
      <m:oMath>
        <m:r>
          <m:rPr>
            <m:sty m:val="p"/>
          </m:rPr>
          <m:t>{</m:t>
        </m:r>
        <m:r>
          <m:t>5</m:t>
        </m:r>
        <m:r>
          <m:rPr>
            <m:sty m:val="p"/>
          </m:rPr>
          <m:t>,</m:t>
        </m:r>
        <m:r>
          <m:t>10</m:t>
        </m:r>
        <m:r>
          <m:rPr>
            <m:sty m:val="p"/>
          </m:rPr>
          <m:t>}</m:t>
        </m:r>
      </m:oMath>
      <w:r>
        <w:t xml:space="preserve"> </w:t>
      </w:r>
      <w:r>
        <w:t xml:space="preserve">both have</w:t>
      </w:r>
      <w:r>
        <w:t xml:space="preserve"> </w:t>
      </w:r>
      <m:oMath>
        <m:r>
          <m:t>K</m:t>
        </m:r>
        <m:r>
          <m:rPr>
            <m:sty m:val="p"/>
          </m:rPr>
          <m:t>=</m:t>
        </m:r>
        <m:r>
          <m:t>9</m:t>
        </m:r>
        <m:r>
          <m:rPr>
            <m:sty m:val="p"/>
          </m:rPr>
          <m:t>/</m:t>
        </m:r>
        <m:r>
          <m:t>8</m:t>
        </m:r>
      </m:oMath>
      <w:r>
        <w:t xml:space="preserve">. Dilation produces more oscillations within the same displayed interval. It does not improve the normalized negative minimum.</w:t>
      </w:r>
    </w:p>
    <w:bookmarkEnd w:id="35"/>
    <w:bookmarkStart w:id="39" w:name="a-sampling-grid-can-hide-the-trough"/>
    <w:p>
      <w:pPr>
        <w:pStyle w:val="Heading2"/>
      </w:pPr>
      <w:r>
        <w:t xml:space="preserve">4. A sampling grid can hide the trough</w:t>
      </w:r>
    </w:p>
    <w:p>
      <w:pPr>
        <w:pStyle w:val="FirstParagraph"/>
        <w:keepLines/>
      </w:pPr>
      <w:r>
        <w:t xml:space="preserve">Consider</w:t>
      </w:r>
      <w:r>
        <w:t xml:space="preserve"> </w:t>
      </w:r>
      <m:oMath>
        <m:r>
          <m:t>A</m:t>
        </m:r>
        <m:r>
          <m:rPr>
            <m:sty m:val="p"/>
          </m:rPr>
          <m:t>=</m:t>
        </m:r>
        <m:r>
          <m:rPr>
            <m:sty m:val="p"/>
          </m:rPr>
          <m:t>{</m:t>
        </m:r>
        <m:r>
          <m:t>1</m:t>
        </m:r>
        <m:r>
          <m:rPr>
            <m:sty m:val="p"/>
          </m:rPr>
          <m:t>,</m:t>
        </m:r>
        <m:r>
          <m:rPr>
            <m:sty m:val="p"/>
          </m:rPr>
          <m:t>…</m:t>
        </m:r>
        <m:r>
          <m:rPr>
            <m:sty m:val="p"/>
          </m:rPr>
          <m:t>,</m:t>
        </m:r>
        <m:r>
          <m:t>N</m:t>
        </m:r>
        <m:r>
          <m:rPr>
            <m:sty m:val="p"/>
          </m:rPr>
          <m:t>}</m:t>
        </m:r>
      </m:oMath>
      <w:r>
        <w:t xml:space="preserve"> </w:t>
      </w:r>
      <w:r>
        <w:t xml:space="preserve">and let</w:t>
      </w:r>
      <w:r>
        <w:t xml:space="preserve"> </w:t>
      </w:r>
      <m:oMath>
        <m:r>
          <m:t>q</m:t>
        </m:r>
        <m:r>
          <m:rPr>
            <m:sty m:val="p"/>
          </m:rPr>
          <m:t>=</m:t>
        </m:r>
        <m:r>
          <m:t>2</m:t>
        </m:r>
        <m:r>
          <m:t>N</m:t>
        </m:r>
        <m:r>
          <m:rPr>
            <m:sty m:val="p"/>
          </m:rPr>
          <m:t>+</m:t>
        </m:r>
        <m:r>
          <m:t>1</m:t>
        </m:r>
      </m:oMath>
      <w:r>
        <w:t xml:space="preserve">. On the equally spaced grid</w:t>
      </w:r>
      <w:r>
        <w:t xml:space="preserve"> </w:t>
      </w:r>
      <m:oMath>
        <m:sSub>
          <m:e>
            <m:r>
              <m:t>x</m:t>
            </m:r>
          </m:e>
          <m:sub>
            <m:r>
              <m:t>j</m:t>
            </m:r>
          </m:sub>
        </m:sSub>
        <m:r>
          <m:rPr>
            <m:sty m:val="p"/>
          </m:rPr>
          <m:t>=</m:t>
        </m:r>
        <m:r>
          <m:t>2</m:t>
        </m:r>
        <m:r>
          <m:t>π</m:t>
        </m:r>
        <m:r>
          <m:t>j</m:t>
        </m:r>
        <m:r>
          <m:rPr>
            <m:sty m:val="p"/>
          </m:rPr>
          <m:t>/</m:t>
        </m:r>
        <m:r>
          <m:t>q</m:t>
        </m:r>
      </m:oMath>
      <w:r>
        <w:t xml:space="preserve">, a roots-of-unity identity gives</w:t>
      </w:r>
    </w:p>
    <w:p>
      <w:pPr>
        <w:pStyle w:val="BodyText"/>
        <w:keepLines/>
      </w:pPr>
      <m:oMathPara>
        <m:oMathParaPr>
          <m:jc m:val="center"/>
        </m:oMathParaPr>
        <m:oMath>
          <m:sSub>
            <m:e>
              <m:r>
                <m:t>f</m:t>
              </m:r>
            </m:e>
            <m:sub>
              <m:r>
                <m:t>A</m:t>
              </m:r>
            </m:sub>
          </m:sSub>
          <m:d>
            <m:dPr>
              <m:begChr m:val="("/>
              <m:sepChr m:val=""/>
              <m:endChr m:val=")"/>
              <m:grow/>
            </m:dPr>
            <m:e>
              <m:sSub>
                <m:e>
                  <m:r>
                    <m:t>x</m:t>
                  </m:r>
                </m:e>
                <m:sub>
                  <m:r>
                    <m:t>0</m:t>
                  </m:r>
                </m:sub>
              </m:sSub>
            </m:e>
          </m:d>
          <m:r>
            <m:rPr>
              <m:sty m:val="p"/>
            </m:rPr>
            <m:t>=</m:t>
          </m:r>
          <m:r>
            <m:t>N</m:t>
          </m:r>
          <m:r>
            <m:rPr>
              <m:sty m:val="p"/>
            </m:rPr>
            <m:t>,</m:t>
          </m:r>
          <m:r>
            <m:t>  </m:t>
          </m:r>
          <m:sSub>
            <m:e>
              <m:r>
                <m:t>f</m:t>
              </m:r>
            </m:e>
            <m:sub>
              <m:r>
                <m:t>A</m:t>
              </m:r>
            </m:sub>
          </m:sSub>
          <m:d>
            <m:dPr>
              <m:begChr m:val="("/>
              <m:sepChr m:val=""/>
              <m:endChr m:val=")"/>
              <m:grow/>
            </m:dPr>
            <m:e>
              <m:sSub>
                <m:e>
                  <m:r>
                    <m:t>x</m:t>
                  </m:r>
                </m:e>
                <m:sub>
                  <m:r>
                    <m:t>j</m:t>
                  </m:r>
                </m:sub>
              </m:sSub>
            </m:e>
          </m:d>
          <m:r>
            <m:rPr>
              <m:sty m:val="p"/>
            </m:rPr>
            <m:t>=</m:t>
          </m:r>
          <m:r>
            <m:rPr>
              <m:sty m:val="p"/>
            </m:rPr>
            <m:t>−</m:t>
          </m:r>
          <m:f>
            <m:fPr>
              <m:type m:val="bar"/>
            </m:fPr>
            <m:num>
              <m:r>
                <m:t>1</m:t>
              </m:r>
            </m:num>
            <m:den>
              <m:r>
                <m:t>2</m:t>
              </m:r>
            </m:den>
          </m:f>
          <m:r>
            <m:t> </m:t>
          </m:r>
          <m:d>
            <m:dPr>
              <m:begChr m:val="("/>
              <m:sepChr m:val=""/>
              <m:endChr m:val=")"/>
              <m:grow/>
            </m:dPr>
            <m:e>
              <m:r>
                <m:t>1</m:t>
              </m:r>
              <m:r>
                <m:rPr>
                  <m:sty m:val="p"/>
                </m:rPr>
                <m:t>≤</m:t>
              </m:r>
              <m:r>
                <m:t>j</m:t>
              </m:r>
              <m:r>
                <m:rPr>
                  <m:sty m:val="p"/>
                </m:rPr>
                <m:t>&lt;</m:t>
              </m:r>
              <m:r>
                <m:t>q</m:t>
              </m:r>
            </m:e>
          </m:d>
          <m:r>
            <m:rPr>
              <m:sty m:val="p"/>
            </m:rPr>
            <m:t>.</m:t>
          </m:r>
        </m:oMath>
      </m:oMathPara>
    </w:p>
    <w:p>
      <w:pPr>
        <w:pStyle w:val="FirstParagraph"/>
        <w:keepLines/>
      </w:pPr>
      <w:r>
        <w:t xml:space="preserve">The grid therefore reports a negative depth of only</w:t>
      </w:r>
      <w:r>
        <w:t xml:space="preserve"> </w:t>
      </w:r>
      <m:oMath>
        <m:r>
          <m:t>1</m:t>
        </m:r>
        <m:r>
          <m:rPr>
            <m:sty m:val="p"/>
          </m:rPr>
          <m:t>/</m:t>
        </m:r>
        <m:r>
          <m:t>2</m:t>
        </m:r>
      </m:oMath>
      <w:r>
        <w:t xml:space="preserve">. It also reports the correct mean-square value:</w:t>
      </w:r>
    </w:p>
    <w:p>
      <w:pPr>
        <w:pStyle w:val="BodyText"/>
        <w:keepLines/>
      </w:pPr>
      <m:oMathPara>
        <m:oMathParaPr>
          <m:jc m:val="center"/>
        </m:oMathParaPr>
        <m:oMath>
          <m:f>
            <m:fPr>
              <m:type m:val="bar"/>
            </m:fPr>
            <m:num>
              <m:r>
                <m:t>1</m:t>
              </m:r>
            </m:num>
            <m:den>
              <m:r>
                <m:t>q</m:t>
              </m:r>
            </m:den>
          </m:f>
          <m:nary>
            <m:naryPr>
              <m:chr m:val="∑"/>
              <m:limLoc m:val="undOvr"/>
              <m:subHide m:val="off"/>
              <m:supHide m:val="off"/>
            </m:naryPr>
            <m:sub>
              <m:r>
                <m:t>j</m:t>
              </m:r>
              <m:r>
                <m:rPr>
                  <m:sty m:val="p"/>
                </m:rPr>
                <m:t>=</m:t>
              </m:r>
              <m:r>
                <m:t>0</m:t>
              </m:r>
            </m:sub>
            <m:sup>
              <m:r>
                <m:t>q</m:t>
              </m:r>
              <m:r>
                <m:rPr>
                  <m:sty m:val="p"/>
                </m:rPr>
                <m:t>−</m:t>
              </m:r>
              <m:r>
                <m:t>1</m:t>
              </m:r>
            </m:sup>
            <m:e>
              <m:sSub>
                <m:e>
                  <m:r>
                    <m:t>f</m:t>
                  </m:r>
                </m:e>
                <m:sub>
                  <m:r>
                    <m:t>A</m:t>
                  </m:r>
                </m:sub>
              </m:sSub>
            </m:e>
          </m:nary>
          <m:sSup>
            <m:e>
              <m:d>
                <m:dPr>
                  <m:begChr m:val="("/>
                  <m:sepChr m:val=""/>
                  <m:endChr m:val=")"/>
                  <m:grow/>
                </m:dPr>
                <m:e>
                  <m:sSub>
                    <m:e>
                      <m:r>
                        <m:t>x</m:t>
                      </m:r>
                    </m:e>
                    <m:sub>
                      <m:r>
                        <m:t>j</m:t>
                      </m:r>
                    </m:sub>
                  </m:sSub>
                </m:e>
              </m:d>
            </m:e>
            <m:sup>
              <m:r>
                <m:t>2</m:t>
              </m:r>
            </m:sup>
          </m:sSup>
          <m:r>
            <m:rPr>
              <m:sty m:val="p"/>
            </m:rPr>
            <m:t>=</m:t>
          </m:r>
          <m:f>
            <m:fPr>
              <m:type m:val="bar"/>
            </m:fPr>
            <m:num>
              <m:r>
                <m:t>N</m:t>
              </m:r>
            </m:num>
            <m:den>
              <m:r>
                <m:t>2</m:t>
              </m:r>
            </m:den>
          </m:f>
          <m:r>
            <m:rPr>
              <m:sty m:val="p"/>
            </m:rPr>
            <m:t>.</m:t>
          </m:r>
        </m:oMath>
      </m:oMathPara>
    </w:p>
    <w:p>
      <w:pPr>
        <w:pStyle w:val="FirstParagraph"/>
        <w:keepLines/>
      </w:pPr>
      <w:r>
        <w:t xml:space="preserve">Yet at the point between grid locations</w:t>
      </w:r>
      <w:r>
        <w:t xml:space="preserve"> </w:t>
      </w:r>
      <m:oMath>
        <m:r>
          <m:t>x</m:t>
        </m:r>
        <m:r>
          <m:rPr>
            <m:sty m:val="p"/>
          </m:rPr>
          <m:t>=</m:t>
        </m:r>
        <m:r>
          <m:t>3</m:t>
        </m:r>
        <m:r>
          <m:t>π</m:t>
        </m:r>
        <m:r>
          <m:rPr>
            <m:sty m:val="p"/>
          </m:rPr>
          <m:t>/</m:t>
        </m:r>
        <m:r>
          <m:t>q</m:t>
        </m:r>
      </m:oMath>
      <w:r>
        <w:t xml:space="preserve">, the Dirichlet-kernel identity yields</w:t>
      </w:r>
    </w:p>
    <w:p>
      <w:pPr>
        <w:pStyle w:val="BodyText"/>
        <w:keepLines/>
      </w:pPr>
      <m:oMathPara>
        <m:oMathParaPr>
          <m:jc m:val="center"/>
        </m:oMathParaPr>
        <m:oMath>
          <m:sSub>
            <m:e>
              <m:r>
                <m:t>f</m:t>
              </m:r>
            </m:e>
            <m:sub>
              <m:r>
                <m:t>A</m:t>
              </m:r>
            </m:sub>
          </m:sSub>
          <m:d>
            <m:dPr>
              <m:begChr m:val="("/>
              <m:sepChr m:val=""/>
              <m:endChr m:val=")"/>
              <m:grow/>
            </m:dPr>
            <m:e>
              <m:r>
                <m:t>3</m:t>
              </m:r>
              <m:r>
                <m:t>π</m:t>
              </m:r>
              <m:r>
                <m:rPr>
                  <m:sty m:val="p"/>
                </m:rPr>
                <m:t>/</m:t>
              </m:r>
              <m:r>
                <m:t>q</m:t>
              </m:r>
            </m:e>
          </m:d>
          <m:r>
            <m:rPr>
              <m:sty m:val="p"/>
            </m:rPr>
            <m:t>=</m:t>
          </m:r>
          <m:r>
            <m:rPr>
              <m:sty m:val="p"/>
            </m:rPr>
            <m:t>−</m:t>
          </m:r>
          <m:f>
            <m:fPr>
              <m:type m:val="bar"/>
            </m:fPr>
            <m:num>
              <m:r>
                <m:t>1</m:t>
              </m:r>
            </m:num>
            <m:den>
              <m:r>
                <m:t>2</m:t>
              </m:r>
            </m:den>
          </m:f>
          <m:r>
            <m:rPr>
              <m:sty m:val="p"/>
            </m:rPr>
            <m:t>−</m:t>
          </m:r>
          <m:f>
            <m:fPr>
              <m:type m:val="bar"/>
            </m:fPr>
            <m:num>
              <m:r>
                <m:t>1</m:t>
              </m:r>
            </m:num>
            <m:den>
              <m:r>
                <m:t>2</m:t>
              </m:r>
              <m:r>
                <m:rPr>
                  <m:sty m:val="p"/>
                </m:rPr>
                <m:t>sin</m:t>
              </m:r>
              <m:d>
                <m:dPr>
                  <m:begChr m:val="("/>
                  <m:sepChr m:val=""/>
                  <m:endChr m:val=")"/>
                  <m:grow/>
                </m:dPr>
                <m:e>
                  <m:r>
                    <m:t>3</m:t>
                  </m:r>
                  <m:r>
                    <m:t>π</m:t>
                  </m:r>
                  <m:r>
                    <m:rPr>
                      <m:sty m:val="p"/>
                    </m:rPr>
                    <m:t>/</m:t>
                  </m:r>
                  <m:d>
                    <m:dPr>
                      <m:begChr m:val="("/>
                      <m:sepChr m:val=""/>
                      <m:endChr m:val=")"/>
                      <m:grow/>
                    </m:dPr>
                    <m:e>
                      <m:r>
                        <m:t>2</m:t>
                      </m:r>
                      <m:r>
                        <m:t>q</m:t>
                      </m:r>
                    </m:e>
                  </m:d>
                </m:e>
              </m:d>
            </m:den>
          </m:f>
          <m:r>
            <m:rPr>
              <m:sty m:val="p"/>
            </m:rPr>
            <m:t>.</m:t>
          </m:r>
        </m:oMath>
      </m:oMathPara>
    </w:p>
    <w:p>
      <w:pPr>
        <w:pStyle w:val="FirstParagraph"/>
      </w:pPr>
      <w:r>
        <w:t xml:space="preserve">Consequently,</w:t>
      </w:r>
    </w:p>
    <w:p>
      <w:pPr>
        <w:pStyle w:val="BodyText"/>
        <w:keepLines/>
      </w:pPr>
      <m:oMathPara>
        <m:oMathParaPr>
          <m:jc m:val="center"/>
        </m:oMathParaPr>
        <m:oMath>
          <m:r>
            <m:t>K</m:t>
          </m:r>
          <m:d>
            <m:dPr>
              <m:begChr m:val="("/>
              <m:sepChr m:val=""/>
              <m:endChr m:val=")"/>
              <m:grow/>
            </m:dPr>
            <m:e>
              <m:r>
                <m:t>A</m:t>
              </m:r>
            </m:e>
          </m:d>
          <m:r>
            <m:rPr>
              <m:sty m:val="p"/>
            </m:rPr>
            <m:t>≥</m:t>
          </m:r>
          <m:f>
            <m:fPr>
              <m:type m:val="bar"/>
            </m:fPr>
            <m:num>
              <m:r>
                <m:t>1</m:t>
              </m:r>
            </m:num>
            <m:den>
              <m:r>
                <m:t>2</m:t>
              </m:r>
            </m:den>
          </m:f>
          <m:r>
            <m:rPr>
              <m:sty m:val="p"/>
            </m:rPr>
            <m:t>+</m:t>
          </m:r>
          <m:f>
            <m:fPr>
              <m:type m:val="bar"/>
            </m:fPr>
            <m:num>
              <m:r>
                <m:t>q</m:t>
              </m:r>
            </m:num>
            <m:den>
              <m:r>
                <m:t>3</m:t>
              </m:r>
              <m:r>
                <m:t>π</m:t>
              </m:r>
            </m:den>
          </m:f>
          <m:r>
            <m:rPr>
              <m:sty m:val="p"/>
            </m:rPr>
            <m:t>.</m:t>
          </m:r>
        </m:oMath>
      </m:oMathPara>
    </w:p>
    <w:p>
      <w:pPr>
        <w:pStyle w:val="FirstParagraph"/>
        <w:keepLines/>
      </w:pPr>
      <w:r>
        <w:t xml:space="preserve">The hidden excursion grows linearly with</w:t>
      </w:r>
      <w:r>
        <w:t xml:space="preserve"> </w:t>
      </w:r>
      <m:oMath>
        <m:r>
          <m:t>N</m:t>
        </m:r>
      </m:oMath>
      <w:r>
        <w:t xml:space="preserve">. This is an exact family of counterexamples to using the smallest raw sample as the true minimum. It is not a failure of trigonometric interpolation: the same grid contains enough information to reconstruct this finite-bandwidth trigonometric polynomial. Reconstructing a signal and simply taking the smallest of its stored samples are different operations.</w:t>
      </w:r>
    </w:p>
    <w:p>
      <w:pPr>
        <w:pStyle w:val="BodyText"/>
        <w:keepNext/>
        <w:spacing w:after="80"/>
      </w:pPr>
      <w:r>
        <w:drawing>
          <wp:inline>
            <wp:extent cx="5852160" cy="2338440"/>
            <wp:effectExtent b="0" l="0" r="0" t="0"/>
            <wp:docPr descr="A grid with an exact RMS value misses a deep trough" title="" id="37" name="Picture"/>
            <a:graphic>
              <a:graphicData uri="http://schemas.openxmlformats.org/drawingml/2006/picture">
                <pic:pic>
                  <pic:nvPicPr>
                    <pic:cNvPr descr="/workspace/scratch/b671bf289294/bassplus_mathematics_publication/web/assets/fig01_sampling_trough.png" id="38" name="Picture"/>
                    <pic:cNvPicPr>
                      <a:picLocks noChangeArrowheads="1" noChangeAspect="1"/>
                    </pic:cNvPicPr>
                  </pic:nvPicPr>
                  <pic:blipFill>
                    <a:blip r:embed="rId36"/>
                    <a:stretch>
                      <a:fillRect/>
                    </a:stretch>
                  </pic:blipFill>
                  <pic:spPr bwMode="auto">
                    <a:xfrm>
                      <a:off x="0" y="0"/>
                      <a:ext cx="5852160" cy="2338440"/>
                    </a:xfrm>
                    <a:prstGeom prst="rect">
                      <a:avLst/>
                    </a:prstGeom>
                    <a:noFill/>
                    <a:ln w="9525">
                      <a:noFill/>
                      <a:headEnd/>
                      <a:tailEnd/>
                    </a:ln>
                  </pic:spPr>
                </pic:pic>
              </a:graphicData>
            </a:graphic>
          </wp:inline>
        </w:drawing>
      </w:r>
    </w:p>
    <w:p>
      <w:pPr>
        <w:pStyle w:val="Caption"/>
        <w:keepLines/>
        <w:spacing w:after="200"/>
      </w:pPr>
      <w:r>
        <w:rPr>
          <w:bCs/>
          <w:b/>
        </w:rPr>
        <w:t xml:space="preserve">Figure 4. Correct RMS does not certify the minimum.</w:t>
      </w:r>
      <w:r>
        <w:t xml:space="preserve"> </w:t>
      </w:r>
      <w:r>
        <w:t xml:space="preserve">For</w:t>
      </w:r>
      <w:r>
        <w:t xml:space="preserve"> </w:t>
      </w:r>
      <m:oMath>
        <m:r>
          <m:t>N</m:t>
        </m:r>
        <m:r>
          <m:rPr>
            <m:sty m:val="p"/>
          </m:rPr>
          <m:t>=</m:t>
        </m:r>
        <m:r>
          <m:t>12</m:t>
        </m:r>
      </m:oMath>
      <w:r>
        <w:t xml:space="preserve"> </w:t>
      </w:r>
      <w:r>
        <w:t xml:space="preserve">and</w:t>
      </w:r>
      <w:r>
        <w:t xml:space="preserve"> </w:t>
      </w:r>
      <m:oMath>
        <m:r>
          <m:t>q</m:t>
        </m:r>
        <m:r>
          <m:rPr>
            <m:sty m:val="p"/>
          </m:rPr>
          <m:t>=</m:t>
        </m:r>
        <m:r>
          <m:t>25</m:t>
        </m:r>
      </m:oMath>
      <w:r>
        <w:t xml:space="preserve">, every nonzero sample is</w:t>
      </w:r>
      <w:r>
        <w:t xml:space="preserve"> </w:t>
      </w:r>
      <m:oMath>
        <m:r>
          <m:rPr>
            <m:sty m:val="p"/>
          </m:rPr>
          <m:t>−</m:t>
        </m:r>
        <m:r>
          <m:t>1</m:t>
        </m:r>
        <m:r>
          <m:rPr>
            <m:sty m:val="p"/>
          </m:rPr>
          <m:t>/</m:t>
        </m:r>
        <m:r>
          <m:t>2</m:t>
        </m:r>
      </m:oMath>
      <w:r>
        <w:t xml:space="preserve">, while the continuous curve passes much lower between samples. The highlighted off-grid point is an exact witness. The drawn smooth curve is an illustration, not a substitute for the identity.</w:t>
      </w:r>
    </w:p>
    <w:p>
      <w:pPr>
        <w:pStyle w:val="BodyText"/>
        <w:keepLines/>
      </w:pPr>
      <w:r>
        <w:t xml:space="preserve">A simple rigorous guard is available for a general set. For a grid with</w:t>
      </w:r>
      <w:r>
        <w:t xml:space="preserve"> </w:t>
      </w:r>
      <m:oMath>
        <m:r>
          <m:t>M</m:t>
        </m:r>
      </m:oMath>
      <w:r>
        <w:t xml:space="preserve"> </w:t>
      </w:r>
      <w:r>
        <w:t xml:space="preserve">equally spaced points, let</w:t>
      </w:r>
      <w:r>
        <w:t xml:space="preserve"> </w:t>
      </w:r>
      <m:oMath>
        <m:sSub>
          <m:e>
            <m:r>
              <m:t>K</m:t>
            </m:r>
          </m:e>
          <m:sub>
            <m:r>
              <m:t>M</m:t>
            </m:r>
          </m:sub>
        </m:sSub>
      </m:oMath>
      <w:r>
        <w:t xml:space="preserve"> </w:t>
      </w:r>
      <w:r>
        <w:t xml:space="preserve">be minus the smallest sample. The derivative bound</w:t>
      </w:r>
      <w:r>
        <w:t xml:space="preserve"> </w:t>
      </w:r>
      <m:oMath>
        <m:d>
          <m:dPr>
            <m:begChr m:val="|"/>
            <m:sepChr m:val=""/>
            <m:endChr m:val="|"/>
            <m:grow/>
          </m:dPr>
          <m:e>
            <m:sSub>
              <m:e>
                <m:r>
                  <m:t>f</m:t>
                </m:r>
              </m:e>
              <m:sub>
                <m:r>
                  <m:t>A</m:t>
                </m:r>
              </m:sub>
            </m:sSub>
            <m:r>
              <m:rPr>
                <m:sty m:val="p"/>
              </m:rPr>
              <m:t>′</m:t>
            </m:r>
          </m:e>
        </m:d>
        <m:r>
          <m:rPr>
            <m:sty m:val="p"/>
          </m:rPr>
          <m:t>≤</m:t>
        </m:r>
        <m:r>
          <m:rPr>
            <m:sty m:val="p"/>
          </m:rPr>
          <m:t>∑</m:t>
        </m:r>
        <m:r>
          <m:t>a</m:t>
        </m:r>
      </m:oMath>
      <w:r>
        <w:t xml:space="preserve"> </w:t>
      </w:r>
      <w:r>
        <w:t xml:space="preserve">gives</w:t>
      </w:r>
    </w:p>
    <w:p>
      <w:pPr>
        <w:pStyle w:val="BodyText"/>
        <w:keepLines/>
      </w:pPr>
      <m:oMathPara>
        <m:oMathParaPr>
          <m:jc m:val="center"/>
        </m:oMathParaPr>
        <m:oMath>
          <m:sSub>
            <m:e>
              <m:r>
                <m:t>K</m:t>
              </m:r>
            </m:e>
            <m:sub>
              <m:r>
                <m:t>M</m:t>
              </m:r>
            </m:sub>
          </m:sSub>
          <m:r>
            <m:rPr>
              <m:sty m:val="p"/>
            </m:rPr>
            <m:t>≤</m:t>
          </m:r>
          <m:r>
            <m:t>K</m:t>
          </m:r>
          <m:d>
            <m:dPr>
              <m:begChr m:val="("/>
              <m:sepChr m:val=""/>
              <m:endChr m:val=")"/>
              <m:grow/>
            </m:dPr>
            <m:e>
              <m:r>
                <m:t>A</m:t>
              </m:r>
            </m:e>
          </m:d>
          <m:r>
            <m:rPr>
              <m:sty m:val="p"/>
            </m:rPr>
            <m:t>≤</m:t>
          </m:r>
          <m:sSub>
            <m:e>
              <m:r>
                <m:t>K</m:t>
              </m:r>
            </m:e>
            <m:sub>
              <m:r>
                <m:t>M</m:t>
              </m:r>
            </m:sub>
          </m:sSub>
          <m:r>
            <m:rPr>
              <m:sty m:val="p"/>
            </m:rPr>
            <m:t>+</m:t>
          </m:r>
          <m:f>
            <m:fPr>
              <m:type m:val="bar"/>
            </m:fPr>
            <m:num>
              <m:r>
                <m:t>π</m:t>
              </m:r>
            </m:num>
            <m:den>
              <m:r>
                <m:t>M</m:t>
              </m:r>
            </m:den>
          </m:f>
          <m:nary>
            <m:naryPr>
              <m:chr m:val="∑"/>
              <m:limLoc m:val="undOvr"/>
              <m:subHide m:val="off"/>
              <m:supHide m:val="on"/>
            </m:naryPr>
            <m:sub>
              <m:r>
                <m:t>a</m:t>
              </m:r>
              <m:r>
                <m:rPr>
                  <m:sty m:val="p"/>
                </m:rPr>
                <m:t>∈</m:t>
              </m:r>
              <m:r>
                <m:t>A</m:t>
              </m:r>
            </m:sub>
            <m:sup>
              <m:r>
                <m:t>​</m:t>
              </m:r>
            </m:sup>
            <m:e>
              <m:r>
                <m:t>a</m:t>
              </m:r>
            </m:e>
          </m:nary>
          <m:r>
            <m:rPr>
              <m:sty m:val="p"/>
            </m:rPr>
            <m:t>.</m:t>
          </m:r>
        </m:oMath>
      </m:oMathPara>
    </w:p>
    <w:p>
      <w:pPr>
        <w:pStyle w:val="FirstParagraph"/>
        <w:keepLines/>
      </w:pPr>
      <w:r>
        <w:t xml:space="preserve">A second-derivative argument at a true minimum improves the error bound to</w:t>
      </w:r>
      <w:r>
        <w:t xml:space="preserve"> </w:t>
      </w:r>
      <m:oMath>
        <m:sSup>
          <m:e>
            <m:r>
              <m:t>π</m:t>
            </m:r>
          </m:e>
          <m:sup>
            <m:r>
              <m:t>2</m:t>
            </m:r>
          </m:sup>
        </m:sSup>
        <m:r>
          <m:rPr>
            <m:sty m:val="p"/>
          </m:rPr>
          <m:t>∑</m:t>
        </m:r>
        <m:sSup>
          <m:e>
            <m:r>
              <m:t>a</m:t>
            </m:r>
          </m:e>
          <m:sup>
            <m:r>
              <m:t>2</m:t>
            </m:r>
          </m:sup>
        </m:sSup>
        <m:r>
          <m:rPr>
            <m:sty m:val="p"/>
          </m:rPr>
          <m:t>/</m:t>
        </m:r>
        <m:d>
          <m:dPr>
            <m:begChr m:val="("/>
            <m:sepChr m:val=""/>
            <m:endChr m:val=")"/>
            <m:grow/>
          </m:dPr>
          <m:e>
            <m:r>
              <m:t>2</m:t>
            </m:r>
            <m:sSup>
              <m:e>
                <m:r>
                  <m:t>M</m:t>
                </m:r>
              </m:e>
              <m:sup>
                <m:r>
                  <m:t>2</m:t>
                </m:r>
              </m:sup>
            </m:sSup>
          </m:e>
        </m:d>
      </m:oMath>
      <w:r>
        <w:t xml:space="preserve"> </w:t>
      </w:r>
      <w:r>
        <w:t xml:space="preserve">when that is smaller. A scientific interactive chart should display the certified interval alongside the sampled value. A dense curve by itself does not supply a certificate.</w:t>
      </w:r>
    </w:p>
    <w:bookmarkEnd w:id="39"/>
    <w:bookmarkStart w:id="43" w:name="the-same-function-as-a-lattice-spectrum"/>
    <w:p>
      <w:pPr>
        <w:pStyle w:val="Heading2"/>
      </w:pPr>
      <w:r>
        <w:t xml:space="preserve">5. The same function as a lattice spectrum</w:t>
      </w:r>
    </w:p>
    <w:p>
      <w:pPr>
        <w:pStyle w:val="FirstParagraph"/>
        <w:keepLines/>
      </w:pPr>
      <w:r>
        <w:t xml:space="preserve">There is an exact way to reinterpret the cosine sum as a particle-like hopping model. Let</w:t>
      </w:r>
      <w:r>
        <w:t xml:space="preserve"> </w:t>
      </w:r>
      <m:oMath>
        <m:r>
          <m:t>T</m:t>
        </m:r>
      </m:oMath>
      <w:r>
        <w:t xml:space="preserve"> </w:t>
      </w:r>
      <w:r>
        <w:t xml:space="preserve">be the bilateral shift on square-summable sequences indexed by the integers, and define</w:t>
      </w:r>
    </w:p>
    <w:p>
      <w:pPr>
        <w:pStyle w:val="BodyText"/>
        <w:keepLines/>
      </w:pPr>
      <m:oMathPara>
        <m:oMathParaPr>
          <m:jc m:val="center"/>
        </m:oMathParaPr>
        <m:oMath>
          <m:sSub>
            <m:e>
              <m:r>
                <m:t>H</m:t>
              </m:r>
            </m:e>
            <m:sub>
              <m:r>
                <m:t>A</m:t>
              </m:r>
            </m:sub>
          </m:sSub>
          <m:r>
            <m:rPr>
              <m:sty m:val="p"/>
            </m:rPr>
            <m:t>=</m:t>
          </m:r>
          <m:f>
            <m:fPr>
              <m:type m:val="bar"/>
            </m:fPr>
            <m:num>
              <m:r>
                <m:t>1</m:t>
              </m:r>
            </m:num>
            <m:den>
              <m:r>
                <m:t>2</m:t>
              </m:r>
            </m:den>
          </m:f>
          <m:nary>
            <m:naryPr>
              <m:chr m:val="∑"/>
              <m:limLoc m:val="undOvr"/>
              <m:subHide m:val="off"/>
              <m:supHide m:val="on"/>
            </m:naryPr>
            <m:sub>
              <m:r>
                <m:t>a</m:t>
              </m:r>
              <m:r>
                <m:rPr>
                  <m:sty m:val="p"/>
                </m:rPr>
                <m:t>∈</m:t>
              </m:r>
              <m:r>
                <m:t>A</m:t>
              </m:r>
            </m:sub>
            <m:sup>
              <m:r>
                <m:t>​</m:t>
              </m:r>
            </m:sup>
            <m:e>
              <m:d>
                <m:dPr>
                  <m:begChr m:val="("/>
                  <m:sepChr m:val=""/>
                  <m:endChr m:val=")"/>
                  <m:grow/>
                </m:dPr>
                <m:e>
                  <m:sSup>
                    <m:e>
                      <m:r>
                        <m:t>T</m:t>
                      </m:r>
                    </m:e>
                    <m:sup>
                      <m:r>
                        <m:t>a</m:t>
                      </m:r>
                    </m:sup>
                  </m:sSup>
                  <m:r>
                    <m:rPr>
                      <m:sty m:val="p"/>
                    </m:rPr>
                    <m:t>+</m:t>
                  </m:r>
                  <m:sSup>
                    <m:e>
                      <m:r>
                        <m:t>T</m:t>
                      </m:r>
                    </m:e>
                    <m:sup>
                      <m:r>
                        <m:rPr>
                          <m:sty m:val="p"/>
                        </m:rPr>
                        <m:t>−</m:t>
                      </m:r>
                      <m:r>
                        <m:t>a</m:t>
                      </m:r>
                    </m:sup>
                  </m:sSup>
                </m:e>
              </m:d>
            </m:e>
          </m:nary>
          <m:r>
            <m:rPr>
              <m:sty m:val="p"/>
            </m:rPr>
            <m:t>.</m:t>
          </m:r>
        </m:oMath>
      </m:oMathPara>
    </w:p>
    <w:p>
      <w:pPr>
        <w:pStyle w:val="FirstParagraph"/>
        <w:keepLines/>
      </w:pPr>
      <w:r>
        <w:t xml:space="preserve">Fourier transformation turns each shift into a complex phase. The operator becomes multiplication by</w:t>
      </w:r>
      <w:r>
        <w:t xml:space="preserve"> </w:t>
      </w:r>
      <m:oMath>
        <m:sSub>
          <m:e>
            <m:r>
              <m:t>f</m:t>
            </m:r>
          </m:e>
          <m:sub>
            <m:r>
              <m:t>A</m:t>
            </m:r>
          </m:sub>
        </m:sSub>
        <m:d>
          <m:dPr>
            <m:begChr m:val="("/>
            <m:sepChr m:val=""/>
            <m:endChr m:val=")"/>
            <m:grow/>
          </m:dPr>
          <m:e>
            <m:r>
              <m:t>x</m:t>
            </m:r>
          </m:e>
        </m:d>
      </m:oMath>
      <w:r>
        <w:t xml:space="preserve">, so its spectrum is the full interval</w:t>
      </w:r>
    </w:p>
    <w:p>
      <w:pPr>
        <w:pStyle w:val="BodyText"/>
        <w:keepLines/>
      </w:pPr>
      <m:oMathPara>
        <m:oMathParaPr>
          <m:jc m:val="center"/>
        </m:oMathParaPr>
        <m:oMath>
          <m:r>
            <m:t>σ</m:t>
          </m:r>
          <m:d>
            <m:dPr>
              <m:begChr m:val="("/>
              <m:sepChr m:val=""/>
              <m:endChr m:val=")"/>
              <m:grow/>
            </m:dPr>
            <m:e>
              <m:sSub>
                <m:e>
                  <m:r>
                    <m:t>H</m:t>
                  </m:r>
                </m:e>
                <m:sub>
                  <m:r>
                    <m:t>A</m:t>
                  </m:r>
                </m:sub>
              </m:sSub>
            </m:e>
          </m:d>
          <m:r>
            <m:rPr>
              <m:sty m:val="p"/>
            </m:rPr>
            <m:t>=</m:t>
          </m:r>
          <m:d>
            <m:dPr>
              <m:begChr m:val="["/>
              <m:sepChr m:val=""/>
              <m:endChr m:val="]"/>
              <m:grow/>
            </m:dPr>
            <m:e>
              <m:r>
                <m:rPr>
                  <m:sty m:val="p"/>
                </m:rPr>
                <m:t>−</m:t>
              </m:r>
              <m:r>
                <m:t>K</m:t>
              </m:r>
              <m:d>
                <m:dPr>
                  <m:begChr m:val="("/>
                  <m:sepChr m:val=""/>
                  <m:endChr m:val=")"/>
                  <m:grow/>
                </m:dPr>
                <m:e>
                  <m:r>
                    <m:t>A</m:t>
                  </m:r>
                </m:e>
              </m:d>
              <m:r>
                <m:rPr>
                  <m:sty m:val="p"/>
                </m:rPr>
                <m:t>,</m:t>
              </m:r>
              <m:r>
                <m:t>N</m:t>
              </m:r>
            </m:e>
          </m:d>
          <m:r>
            <m:rPr>
              <m:sty m:val="p"/>
            </m:rPr>
            <m:t>.</m:t>
          </m:r>
        </m:oMath>
      </m:oMathPara>
    </w:p>
    <w:p>
      <w:pPr>
        <w:pStyle w:val="FirstParagraph"/>
      </w:pPr>
      <w:r>
        <w:t xml:space="preserve">This is a mathematical identity. The wave minimum becomes the lower edge of the spectrum of a translation-invariant lattice operator. The model is related to tight-binding descriptions of hopping on a lattice. An infinite lattice can have continuous spectral bands even though its sites are discrete; discrete position labels alone do not quantize all possible energies.</w:t>
      </w:r>
      <w:r>
        <w:t xml:space="preserve"> </w:t>
      </w:r>
      <w:hyperlink w:anchor="tongaqm">
        <w:r>
          <w:rPr>
            <w:rStyle w:val="Hyperlink"/>
          </w:rPr>
          <w:t xml:space="preserve">[TongAQM]</w:t>
        </w:r>
      </w:hyperlink>
    </w:p>
    <w:p>
      <w:pPr>
        <w:pStyle w:val="BodyText"/>
        <w:keepLines/>
      </w:pPr>
      <w:r>
        <w:t xml:space="preserve">A finite ring introduces a boundary condition. With</w:t>
      </w:r>
      <w:r>
        <w:t xml:space="preserve"> </w:t>
      </w:r>
      <m:oMath>
        <m:r>
          <m:t>q</m:t>
        </m:r>
      </m:oMath>
      <w:r>
        <w:t xml:space="preserve"> </w:t>
      </w:r>
      <w:r>
        <w:t xml:space="preserve">sites and a phase twist</w:t>
      </w:r>
      <w:r>
        <w:t xml:space="preserve"> </w:t>
      </w:r>
      <m:oMath>
        <m:r>
          <m:t>ϕ</m:t>
        </m:r>
      </m:oMath>
      <w:r>
        <w:t xml:space="preserve">, its eigenvalues are</w:t>
      </w:r>
    </w:p>
    <w:p>
      <w:pPr>
        <w:pStyle w:val="BodyText"/>
        <w:keepLines/>
      </w:pPr>
      <m:oMathPara>
        <m:oMathParaPr>
          <m:jc m:val="center"/>
        </m:oMathParaPr>
        <m:oMath>
          <m:sSub>
            <m:e>
              <m:r>
                <m:t>E</m:t>
              </m:r>
            </m:e>
            <m:sub>
              <m:r>
                <m:t>j</m:t>
              </m:r>
            </m:sub>
          </m:sSub>
          <m:d>
            <m:dPr>
              <m:begChr m:val="("/>
              <m:sepChr m:val=""/>
              <m:endChr m:val=")"/>
              <m:grow/>
            </m:dPr>
            <m:e>
              <m:r>
                <m:t>ϕ</m:t>
              </m:r>
            </m:e>
          </m:d>
          <m:r>
            <m:rPr>
              <m:sty m:val="p"/>
            </m:rPr>
            <m:t>=</m:t>
          </m:r>
          <m:sSub>
            <m:e>
              <m:r>
                <m:t>f</m:t>
              </m:r>
            </m:e>
            <m:sub>
              <m:r>
                <m:t>A</m:t>
              </m:r>
            </m:sub>
          </m:sSub>
          <m:r>
            <m:t>​</m:t>
          </m:r>
          <m:d>
            <m:dPr>
              <m:begChr m:val="("/>
              <m:sepChr m:val=""/>
              <m:endChr m:val=")"/>
              <m:grow/>
            </m:dPr>
            <m:e>
              <m:f>
                <m:fPr>
                  <m:type m:val="bar"/>
                </m:fPr>
                <m:num>
                  <m:r>
                    <m:t>2</m:t>
                  </m:r>
                  <m:r>
                    <m:t>π</m:t>
                  </m:r>
                  <m:r>
                    <m:t>j</m:t>
                  </m:r>
                  <m:r>
                    <m:rPr>
                      <m:sty m:val="p"/>
                    </m:rPr>
                    <m:t>+</m:t>
                  </m:r>
                  <m:r>
                    <m:t>ϕ</m:t>
                  </m:r>
                </m:num>
                <m:den>
                  <m:r>
                    <m:t>q</m:t>
                  </m:r>
                </m:den>
              </m:f>
            </m:e>
          </m:d>
          <m:r>
            <m:rPr>
              <m:sty m:val="p"/>
            </m:rPr>
            <m:t>,</m:t>
          </m:r>
          <m:r>
            <m:t>  </m:t>
          </m:r>
          <m:r>
            <m:t>0</m:t>
          </m:r>
          <m:r>
            <m:rPr>
              <m:sty m:val="p"/>
            </m:rPr>
            <m:t>≤</m:t>
          </m:r>
          <m:r>
            <m:t>j</m:t>
          </m:r>
          <m:r>
            <m:rPr>
              <m:sty m:val="p"/>
            </m:rPr>
            <m:t>&lt;</m:t>
          </m:r>
          <m:r>
            <m:t>q</m:t>
          </m:r>
          <m:r>
            <m:rPr>
              <m:sty m:val="p"/>
            </m:rPr>
            <m:t>.</m:t>
          </m:r>
        </m:oMath>
      </m:oMathPara>
    </w:p>
    <w:p>
      <w:pPr>
        <w:pStyle w:val="FirstParagraph"/>
        <w:keepLines/>
      </w:pPr>
      <w:r>
        <w:t xml:space="preserve">At</w:t>
      </w:r>
      <w:r>
        <w:t xml:space="preserve"> </w:t>
      </w:r>
      <m:oMath>
        <m:r>
          <m:t>ϕ</m:t>
        </m:r>
        <m:r>
          <m:rPr>
            <m:sty m:val="p"/>
          </m:rPr>
          <m:t>=</m:t>
        </m:r>
        <m:r>
          <m:t>0</m:t>
        </m:r>
      </m:oMath>
      <w:r>
        <w:t xml:space="preserve">, the ring sees one sampling grid. As</w:t>
      </w:r>
      <w:r>
        <w:t xml:space="preserve"> </w:t>
      </w:r>
      <m:oMath>
        <m:r>
          <m:t>ϕ</m:t>
        </m:r>
      </m:oMath>
      <w:r>
        <w:t xml:space="preserve"> </w:t>
      </w:r>
      <w:r>
        <w:t xml:space="preserve">varies through a full turn, the eigenvalue curves sweep the entire continuous phase variable. Taking the minimum over both</w:t>
      </w:r>
      <w:r>
        <w:t xml:space="preserve"> </w:t>
      </w:r>
      <m:oMath>
        <m:r>
          <m:t>j</m:t>
        </m:r>
      </m:oMath>
      <w:r>
        <w:t xml:space="preserve"> </w:t>
      </w:r>
      <w:r>
        <w:t xml:space="preserve">and</w:t>
      </w:r>
      <w:r>
        <w:t xml:space="preserve"> </w:t>
      </w:r>
      <m:oMath>
        <m:r>
          <m:t>ϕ</m:t>
        </m:r>
      </m:oMath>
      <w:r>
        <w:t xml:space="preserve"> </w:t>
      </w:r>
      <w:r>
        <w:t xml:space="preserve">recovers</w:t>
      </w:r>
      <w:r>
        <w:t xml:space="preserve"> </w:t>
      </w:r>
      <m:oMath>
        <m:r>
          <m:rPr>
            <m:sty m:val="p"/>
          </m:rPr>
          <m:t>−</m:t>
        </m:r>
        <m:r>
          <m:t>K</m:t>
        </m:r>
        <m:d>
          <m:dPr>
            <m:begChr m:val="("/>
            <m:sepChr m:val=""/>
            <m:endChr m:val=")"/>
            <m:grow/>
          </m:dPr>
          <m:e>
            <m:r>
              <m:t>A</m:t>
            </m:r>
          </m:e>
        </m:d>
      </m:oMath>
      <w:r>
        <w:t xml:space="preserve"> </w:t>
      </w:r>
      <w:r>
        <w:t xml:space="preserve">exactly. The boundary twist repairs this finite model’s missing phases; it does not create a new universal lower bound. Twisted boundary conditions are an established tool in spectral physics.</w:t>
      </w:r>
      <w:r>
        <w:t xml:space="preserve"> </w:t>
      </w:r>
      <w:hyperlink w:anchor="bardyn2014">
        <w:r>
          <w:rPr>
            <w:rStyle w:val="Hyperlink"/>
          </w:rPr>
          <w:t xml:space="preserve">[Bardyn2014]</w:t>
        </w:r>
      </w:hyperlink>
    </w:p>
    <w:p>
      <w:pPr>
        <w:pStyle w:val="BodyText"/>
        <w:keepNext/>
        <w:spacing w:after="80"/>
      </w:pPr>
      <w:r>
        <w:drawing>
          <wp:inline>
            <wp:extent cx="5852160" cy="2442640"/>
            <wp:effectExtent b="0" l="0" r="0" t="0"/>
            <wp:docPr descr="Spectral branches under a boundary twist" title="" id="41" name="Picture"/>
            <a:graphic>
              <a:graphicData uri="http://schemas.openxmlformats.org/drawingml/2006/picture">
                <pic:pic>
                  <pic:nvPicPr>
                    <pic:cNvPr descr="/workspace/scratch/b671bf289294/bassplus_mathematics_publication/web/assets/fig05_boundary_twist.png" id="42" name="Picture"/>
                    <pic:cNvPicPr>
                      <a:picLocks noChangeArrowheads="1" noChangeAspect="1"/>
                    </pic:cNvPicPr>
                  </pic:nvPicPr>
                  <pic:blipFill>
                    <a:blip r:embed="rId40"/>
                    <a:stretch>
                      <a:fillRect/>
                    </a:stretch>
                  </pic:blipFill>
                  <pic:spPr bwMode="auto">
                    <a:xfrm>
                      <a:off x="0" y="0"/>
                      <a:ext cx="5852160" cy="2442640"/>
                    </a:xfrm>
                    <a:prstGeom prst="rect">
                      <a:avLst/>
                    </a:prstGeom>
                    <a:noFill/>
                    <a:ln w="9525">
                      <a:noFill/>
                      <a:headEnd/>
                      <a:tailEnd/>
                    </a:ln>
                  </pic:spPr>
                </pic:pic>
              </a:graphicData>
            </a:graphic>
          </wp:inline>
        </w:drawing>
      </w:r>
    </w:p>
    <w:p>
      <w:pPr>
        <w:pStyle w:val="Caption"/>
        <w:keepLines/>
        <w:spacing w:after="200"/>
      </w:pPr>
      <w:r>
        <w:rPr>
          <w:bCs/>
          <w:b/>
        </w:rPr>
        <w:t xml:space="preserve">Figure 5. A boundary phase reveals what one finite ring misses.</w:t>
      </w:r>
      <w:r>
        <w:t xml:space="preserve"> </w:t>
      </w:r>
      <w:r>
        <w:t xml:space="preserve">The heatmap shows the actual values</w:t>
      </w:r>
      <w:r>
        <w:t xml:space="preserve"> </w:t>
      </w:r>
      <m:oMath>
        <m:sSub>
          <m:e>
            <m:r>
              <m:t>E</m:t>
            </m:r>
          </m:e>
          <m:sub>
            <m:r>
              <m:t>j</m:t>
            </m:r>
          </m:sub>
        </m:sSub>
        <m:d>
          <m:dPr>
            <m:begChr m:val="("/>
            <m:sepChr m:val=""/>
            <m:endChr m:val=")"/>
            <m:grow/>
          </m:dPr>
          <m:e>
            <m:r>
              <m:t>ϕ</m:t>
            </m:r>
          </m:e>
        </m:d>
      </m:oMath>
      <w:r>
        <w:t xml:space="preserve"> </w:t>
      </w:r>
      <w:r>
        <w:t xml:space="preserve">for</w:t>
      </w:r>
      <w:r>
        <w:t xml:space="preserve"> </w:t>
      </w:r>
      <m:oMath>
        <m:r>
          <m:t>q</m:t>
        </m:r>
        <m:r>
          <m:rPr>
            <m:sty m:val="p"/>
          </m:rPr>
          <m:t>=</m:t>
        </m:r>
        <m:r>
          <m:t>25</m:t>
        </m:r>
      </m:oMath>
      <w:r>
        <w:t xml:space="preserve"> </w:t>
      </w:r>
      <w:r>
        <w:t xml:space="preserve">and</w:t>
      </w:r>
      <w:r>
        <w:t xml:space="preserve"> </w:t>
      </w:r>
      <m:oMath>
        <m:r>
          <m:t>A</m:t>
        </m:r>
        <m:r>
          <m:rPr>
            <m:sty m:val="p"/>
          </m:rPr>
          <m:t>=</m:t>
        </m:r>
        <m:r>
          <m:rPr>
            <m:sty m:val="p"/>
          </m:rPr>
          <m:t>{</m:t>
        </m:r>
        <m:r>
          <m:t>1</m:t>
        </m:r>
        <m:r>
          <m:rPr>
            <m:sty m:val="p"/>
          </m:rPr>
          <m:t>,</m:t>
        </m:r>
        <m:r>
          <m:rPr>
            <m:sty m:val="p"/>
          </m:rPr>
          <m:t>…</m:t>
        </m:r>
        <m:r>
          <m:rPr>
            <m:sty m:val="p"/>
          </m:rPr>
          <m:t>,</m:t>
        </m:r>
        <m:r>
          <m:t>12</m:t>
        </m:r>
        <m:r>
          <m:rPr>
            <m:sty m:val="p"/>
          </m:rPr>
          <m:t>}</m:t>
        </m:r>
      </m:oMath>
      <w:r>
        <w:t xml:space="preserve">. The untwisted column has the exceptional two-value spectrum, while other twists expose lower energies. The vertical coordinate labels finite eigenvalue branches rather than an independent sound frequency.</w:t>
      </w:r>
    </w:p>
    <w:bookmarkEnd w:id="43"/>
    <w:bookmarkStart w:id="47" w:name="X1e53c57a04d316eae8cddd8891fe1c514780fac"/>
    <w:p>
      <w:pPr>
        <w:pStyle w:val="Heading2"/>
      </w:pPr>
      <w:r>
        <w:t xml:space="preserve">6. A certified way to approximate each minimum</w:t>
      </w:r>
    </w:p>
    <w:p>
      <w:pPr>
        <w:pStyle w:val="FirstParagraph"/>
        <w:keepLines/>
      </w:pPr>
      <w:r>
        <w:t xml:space="preserve">For a real polynomial</w:t>
      </w:r>
      <w:r>
        <w:t xml:space="preserve"> </w:t>
      </w:r>
      <m:oMath>
        <m:r>
          <m:t>p</m:t>
        </m:r>
      </m:oMath>
      <w:r>
        <w:t xml:space="preserve"> </w:t>
      </w:r>
      <w:r>
        <w:t xml:space="preserve">of degree at most</w:t>
      </w:r>
      <w:r>
        <w:t xml:space="preserve"> </w:t>
      </w:r>
      <m:oMath>
        <m:r>
          <m:t>d</m:t>
        </m:r>
      </m:oMath>
      <w:r>
        <w:t xml:space="preserve">, consider the weighted average</w:t>
      </w:r>
    </w:p>
    <w:p>
      <w:pPr>
        <w:pStyle w:val="BodyText"/>
        <w:keepLines/>
      </w:pPr>
      <m:oMathPara>
        <m:oMathParaPr>
          <m:jc m:val="center"/>
        </m:oMathParaPr>
        <m:oMath>
          <m:r>
            <m:t>R</m:t>
          </m:r>
          <m:d>
            <m:dPr>
              <m:begChr m:val="("/>
              <m:sepChr m:val=""/>
              <m:endChr m:val=")"/>
              <m:grow/>
            </m:dPr>
            <m:e>
              <m:r>
                <m:t>p</m:t>
              </m:r>
            </m:e>
          </m:d>
          <m:r>
            <m:rPr>
              <m:sty m:val="p"/>
            </m:rPr>
            <m:t>=</m:t>
          </m:r>
          <m:r>
            <m:rPr>
              <m:sty m:val="p"/>
            </m:rPr>
            <m:t>−</m:t>
          </m:r>
          <m:f>
            <m:fPr>
              <m:type m:val="bar"/>
            </m:fPr>
            <m:num>
              <m:r>
                <m:rPr>
                  <m:sty m:val="p"/>
                  <m:scr m:val="double-struck"/>
                </m:rPr>
                <m:t>E</m:t>
              </m:r>
              <m:d>
                <m:dPr>
                  <m:begChr m:val="["/>
                  <m:sepChr m:val=""/>
                  <m:endChr m:val="]"/>
                  <m:grow/>
                </m:dPr>
                <m:e>
                  <m:sSub>
                    <m:e>
                      <m:r>
                        <m:t>f</m:t>
                      </m:r>
                    </m:e>
                    <m:sub>
                      <m:r>
                        <m:t>A</m:t>
                      </m:r>
                    </m:sub>
                  </m:sSub>
                  <m:r>
                    <m:t>p</m:t>
                  </m:r>
                  <m:sSup>
                    <m:e>
                      <m:d>
                        <m:dPr>
                          <m:begChr m:val="("/>
                          <m:sepChr m:val=""/>
                          <m:endChr m:val=")"/>
                          <m:grow/>
                        </m:dPr>
                        <m:e>
                          <m:sSub>
                            <m:e>
                              <m:r>
                                <m:t>f</m:t>
                              </m:r>
                            </m:e>
                            <m:sub>
                              <m:r>
                                <m:t>A</m:t>
                              </m:r>
                            </m:sub>
                          </m:sSub>
                        </m:e>
                      </m:d>
                    </m:e>
                    <m:sup>
                      <m:r>
                        <m:t>2</m:t>
                      </m:r>
                    </m:sup>
                  </m:sSup>
                </m:e>
              </m:d>
            </m:num>
            <m:den>
              <m:r>
                <m:rPr>
                  <m:sty m:val="p"/>
                  <m:scr m:val="double-struck"/>
                </m:rPr>
                <m:t>E</m:t>
              </m:r>
              <m:d>
                <m:dPr>
                  <m:begChr m:val="["/>
                  <m:sepChr m:val=""/>
                  <m:endChr m:val="]"/>
                  <m:grow/>
                </m:dPr>
                <m:e>
                  <m:r>
                    <m:t>p</m:t>
                  </m:r>
                  <m:sSup>
                    <m:e>
                      <m:d>
                        <m:dPr>
                          <m:begChr m:val="("/>
                          <m:sepChr m:val=""/>
                          <m:endChr m:val=")"/>
                          <m:grow/>
                        </m:dPr>
                        <m:e>
                          <m:sSub>
                            <m:e>
                              <m:r>
                                <m:t>f</m:t>
                              </m:r>
                            </m:e>
                            <m:sub>
                              <m:r>
                                <m:t>A</m:t>
                              </m:r>
                            </m:sub>
                          </m:sSub>
                        </m:e>
                      </m:d>
                    </m:e>
                    <m:sup>
                      <m:r>
                        <m:t>2</m:t>
                      </m:r>
                    </m:sup>
                  </m:sSup>
                </m:e>
              </m:d>
            </m:den>
          </m:f>
          <m:r>
            <m:rPr>
              <m:sty m:val="p"/>
            </m:rPr>
            <m:t>.</m:t>
          </m:r>
        </m:oMath>
      </m:oMathPara>
    </w:p>
    <w:p>
      <w:pPr>
        <w:pStyle w:val="FirstParagraph"/>
        <w:keepLines/>
      </w:pPr>
      <w:r>
        <w:t xml:space="preserve">The denominator is positive for nonzero</w:t>
      </w:r>
      <w:r>
        <w:t xml:space="preserve"> </w:t>
      </w:r>
      <m:oMath>
        <m:r>
          <m:t>p</m:t>
        </m:r>
      </m:oMath>
      <w:r>
        <w:t xml:space="preserve"> </w:t>
      </w:r>
      <w:r>
        <w:t xml:space="preserve">because</w:t>
      </w:r>
      <w:r>
        <w:t xml:space="preserve"> </w:t>
      </w:r>
      <m:oMath>
        <m:sSub>
          <m:e>
            <m:r>
              <m:t>f</m:t>
            </m:r>
          </m:e>
          <m:sub>
            <m:r>
              <m:t>A</m:t>
            </m:r>
          </m:sub>
        </m:sSub>
      </m:oMath>
      <w:r>
        <w:t xml:space="preserve"> </w:t>
      </w:r>
      <w:r>
        <w:t xml:space="preserve">is nonconstant and its range contains an interval. The nonnegative weight</w:t>
      </w:r>
      <w:r>
        <w:t xml:space="preserve"> </w:t>
      </w:r>
      <m:oMath>
        <m:r>
          <m:t>p</m:t>
        </m:r>
        <m:sSup>
          <m:e>
            <m:d>
              <m:dPr>
                <m:begChr m:val="("/>
                <m:sepChr m:val=""/>
                <m:endChr m:val=")"/>
                <m:grow/>
              </m:dPr>
              <m:e>
                <m:sSub>
                  <m:e>
                    <m:r>
                      <m:t>f</m:t>
                    </m:r>
                  </m:e>
                  <m:sub>
                    <m:r>
                      <m:t>A</m:t>
                    </m:r>
                  </m:sub>
                </m:sSub>
              </m:e>
            </m:d>
          </m:e>
          <m:sup>
            <m:r>
              <m:t>2</m:t>
            </m:r>
          </m:sup>
        </m:sSup>
      </m:oMath>
      <w:r>
        <w:t xml:space="preserve"> </w:t>
      </w:r>
      <w:r>
        <w:t xml:space="preserve">cannot produce an average below the true minimum. Hence</w:t>
      </w:r>
      <w:r>
        <w:t xml:space="preserve"> </w:t>
      </w:r>
      <m:oMath>
        <m:r>
          <m:t>R</m:t>
        </m:r>
        <m:d>
          <m:dPr>
            <m:begChr m:val="("/>
            <m:sepChr m:val=""/>
            <m:endChr m:val=")"/>
            <m:grow/>
          </m:dPr>
          <m:e>
            <m:r>
              <m:t>p</m:t>
            </m:r>
          </m:e>
        </m:d>
        <m:r>
          <m:rPr>
            <m:sty m:val="p"/>
          </m:rPr>
          <m:t>≤</m:t>
        </m:r>
        <m:r>
          <m:t>K</m:t>
        </m:r>
        <m:d>
          <m:dPr>
            <m:begChr m:val="("/>
            <m:sepChr m:val=""/>
            <m:endChr m:val=")"/>
            <m:grow/>
          </m:dPr>
          <m:e>
            <m:r>
              <m:t>A</m:t>
            </m:r>
          </m:e>
        </m:d>
      </m:oMath>
      <w:r>
        <w:t xml:space="preserve">. Optimizing over the polynomial gives</w:t>
      </w:r>
    </w:p>
    <w:p>
      <w:pPr>
        <w:pStyle w:val="BodyText"/>
        <w:keepLines/>
      </w:pPr>
      <m:oMathPara>
        <m:oMathParaPr>
          <m:jc m:val="center"/>
        </m:oMathParaPr>
        <m:oMath>
          <m:sSub>
            <m:e>
              <m:r>
                <m:t>B</m:t>
              </m:r>
            </m:e>
            <m:sub>
              <m:r>
                <m:t>d</m:t>
              </m:r>
            </m:sub>
          </m:sSub>
          <m:d>
            <m:dPr>
              <m:begChr m:val="("/>
              <m:sepChr m:val=""/>
              <m:endChr m:val=")"/>
              <m:grow/>
            </m:dPr>
            <m:e>
              <m:r>
                <m:t>A</m:t>
              </m:r>
            </m:e>
          </m:d>
          <m:r>
            <m:rPr>
              <m:sty m:val="p"/>
            </m:rPr>
            <m:t>=</m:t>
          </m:r>
          <m:limLow>
            <m:e>
              <m:r>
                <m:rPr>
                  <m:sty m:val="p"/>
                </m:rPr>
                <m:t>max</m:t>
              </m:r>
            </m:e>
            <m:lim>
              <m:r>
                <m:t>0</m:t>
              </m:r>
              <m:r>
                <m:rPr>
                  <m:sty m:val="p"/>
                </m:rPr>
                <m:t>≠</m:t>
              </m:r>
              <m:r>
                <m:t>p</m:t>
              </m:r>
              <m:r>
                <m:rPr>
                  <m:sty m:val="p"/>
                </m:rPr>
                <m:t>,</m:t>
              </m:r>
              <m:r>
                <m:t> </m:t>
              </m:r>
              <m:r>
                <m:rPr>
                  <m:sty m:val="p"/>
                </m:rPr>
                <m:t>deg</m:t>
              </m:r>
              <m:r>
                <m:t>p</m:t>
              </m:r>
              <m:r>
                <m:rPr>
                  <m:sty m:val="p"/>
                </m:rPr>
                <m:t>≤</m:t>
              </m:r>
              <m:r>
                <m:t>d</m:t>
              </m:r>
            </m:lim>
          </m:limLow>
          <m:r>
            <m:t>R</m:t>
          </m:r>
          <m:d>
            <m:dPr>
              <m:begChr m:val="("/>
              <m:sepChr m:val=""/>
              <m:endChr m:val=")"/>
              <m:grow/>
            </m:dPr>
            <m:e>
              <m:r>
                <m:t>p</m:t>
              </m:r>
            </m:e>
          </m:d>
          <m:r>
            <m:rPr>
              <m:sty m:val="p"/>
            </m:rPr>
            <m:t>≤</m:t>
          </m:r>
          <m:r>
            <m:t>K</m:t>
          </m:r>
          <m:d>
            <m:dPr>
              <m:begChr m:val="("/>
              <m:sepChr m:val=""/>
              <m:endChr m:val=")"/>
              <m:grow/>
            </m:dPr>
            <m:e>
              <m:r>
                <m:t>A</m:t>
              </m:r>
            </m:e>
          </m:d>
          <m:r>
            <m:rPr>
              <m:sty m:val="p"/>
            </m:rPr>
            <m:t>.</m:t>
          </m:r>
        </m:oMath>
      </m:oMathPara>
    </w:p>
    <w:p>
      <w:pPr>
        <w:pStyle w:val="FirstParagraph"/>
        <w:keepLines/>
      </w:pPr>
      <w:r>
        <w:t xml:space="preserve">These lower estimates of the depth increase with</w:t>
      </w:r>
      <w:r>
        <w:t xml:space="preserve"> </w:t>
      </w:r>
      <m:oMath>
        <m:r>
          <m:t>d</m:t>
        </m:r>
      </m:oMath>
      <w:r>
        <w:t xml:space="preserve">. They can be expressed as a generalized eigenvalue problem in moments</w:t>
      </w:r>
      <w:r>
        <w:t xml:space="preserve"> </w:t>
      </w:r>
      <m:oMath>
        <m:sSub>
          <m:e>
            <m:r>
              <m:t>μ</m:t>
            </m:r>
          </m:e>
          <m:sub>
            <m:r>
              <m:t>k</m:t>
            </m:r>
          </m:sub>
        </m:sSub>
        <m:r>
          <m:rPr>
            <m:sty m:val="p"/>
          </m:rPr>
          <m:t>=</m:t>
        </m:r>
        <m:r>
          <m:rPr>
            <m:sty m:val="p"/>
            <m:scr m:val="double-struck"/>
          </m:rPr>
          <m:t>E</m:t>
        </m:r>
        <m:d>
          <m:dPr>
            <m:begChr m:val="["/>
            <m:sepChr m:val=""/>
            <m:endChr m:val="]"/>
            <m:grow/>
          </m:dPr>
          <m:e>
            <m:sSubSup>
              <m:e>
                <m:r>
                  <m:t>f</m:t>
                </m:r>
              </m:e>
              <m:sub>
                <m:r>
                  <m:t>A</m:t>
                </m:r>
              </m:sub>
              <m:sup>
                <m:r>
                  <m:t>k</m:t>
                </m:r>
              </m:sup>
            </m:sSubSup>
          </m:e>
        </m:d>
      </m:oMath>
      <w:r>
        <w:t xml:space="preserve">. The sign convention matters: the corresponding estimate of</w:t>
      </w:r>
      <w:r>
        <w:t xml:space="preserve"> </w:t>
      </w:r>
      <m:oMath>
        <m:r>
          <m:rPr>
            <m:sty m:val="p"/>
          </m:rPr>
          <m:t>min</m:t>
        </m:r>
        <m:sSub>
          <m:e>
            <m:r>
              <m:t>f</m:t>
            </m:r>
          </m:e>
          <m:sub>
            <m:r>
              <m:t>A</m:t>
            </m:r>
          </m:sub>
        </m:sSub>
      </m:oMath>
      <w:r>
        <w:t xml:space="preserve"> </w:t>
      </w:r>
      <w:r>
        <w:t xml:space="preserve">is an upper bound, while its negative is a lower bound on</w:t>
      </w:r>
      <w:r>
        <w:t xml:space="preserve"> </w:t>
      </w:r>
      <m:oMath>
        <m:r>
          <m:t>K</m:t>
        </m:r>
        <m:d>
          <m:dPr>
            <m:begChr m:val="("/>
            <m:sepChr m:val=""/>
            <m:endChr m:val=")"/>
            <m:grow/>
          </m:dPr>
          <m:e>
            <m:r>
              <m:t>A</m:t>
            </m:r>
          </m:e>
        </m:d>
      </m:oMath>
      <w:r>
        <w:t xml:space="preserve">.</w:t>
      </w:r>
    </w:p>
    <w:p>
      <w:pPr>
        <w:pStyle w:val="BodyText"/>
      </w:pPr>
      <w:r>
        <w:t xml:space="preserve">This is the pushforward measure hierarchy developed by Lasserre, specialized to the distribution of a cosine sum. Permitting a sum of polynomial squares instead of one square gives the same optimal quotient: the quotient for a sum is a weighted average of the individual quotients. The construction and its basic convergence are established prior work.</w:t>
      </w:r>
      <w:r>
        <w:t xml:space="preserve"> </w:t>
      </w:r>
      <w:hyperlink w:anchor="lasserre2021">
        <w:r>
          <w:rPr>
            <w:rStyle w:val="Hyperlink"/>
          </w:rPr>
          <w:t xml:space="preserve">[Lasserre2021]</w:t>
        </w:r>
      </w:hyperlink>
    </w:p>
    <w:p>
      <w:pPr>
        <w:pStyle w:val="BodyText"/>
        <w:keepLines/>
      </w:pPr>
      <w:r>
        <w:t xml:space="preserve">The report provides an explicit sufficient degree tailored to the present family. For</w:t>
      </w:r>
      <w:r>
        <w:t xml:space="preserve"> </w:t>
      </w:r>
      <m:oMath>
        <m:r>
          <m:t>0</m:t>
        </m:r>
        <m:r>
          <m:rPr>
            <m:sty m:val="p"/>
          </m:rPr>
          <m:t>&lt;</m:t>
        </m:r>
        <m:r>
          <m:t>ε</m:t>
        </m:r>
        <m:r>
          <m:rPr>
            <m:sty m:val="p"/>
          </m:rPr>
          <m:t>≤</m:t>
        </m:r>
        <m:r>
          <m:t>N</m:t>
        </m:r>
      </m:oMath>
      <w:r>
        <w:t xml:space="preserve">, set</w:t>
      </w:r>
    </w:p>
    <w:p>
      <w:pPr>
        <w:pStyle w:val="BodyText"/>
        <w:keepLines/>
      </w:pPr>
      <m:oMathPara>
        <m:oMathParaPr>
          <m:jc m:val="center"/>
        </m:oMathParaPr>
        <m:oMath>
          <m:r>
            <m:t>M</m:t>
          </m:r>
          <m:r>
            <m:rPr>
              <m:sty m:val="p"/>
            </m:rPr>
            <m:t>=</m:t>
          </m:r>
          <m:d>
            <m:dPr>
              <m:begChr m:val="⌈"/>
              <m:sepChr m:val=""/>
              <m:endChr m:val="⌉"/>
              <m:grow/>
            </m:dPr>
            <m:e>
              <m:f>
                <m:fPr>
                  <m:type m:val="bar"/>
                </m:fPr>
                <m:num>
                  <m:r>
                    <m:t>8</m:t>
                  </m:r>
                  <m:r>
                    <m:t>π</m:t>
                  </m:r>
                  <m:r>
                    <m:t>N</m:t>
                  </m:r>
                </m:num>
                <m:den>
                  <m:r>
                    <m:t>ε</m:t>
                  </m:r>
                </m:den>
              </m:f>
            </m:e>
          </m:d>
          <m:r>
            <m:rPr>
              <m:sty m:val="p"/>
            </m:rPr>
            <m:t>.</m:t>
          </m:r>
        </m:oMath>
      </m:oMathPara>
    </w:p>
    <w:p>
      <w:pPr>
        <w:pStyle w:val="FirstParagraph"/>
      </w:pPr>
      <w:r>
        <w:t xml:space="preserve">Then the mathematical appendix proves that</w:t>
      </w:r>
    </w:p>
    <w:p>
      <w:pPr>
        <w:pStyle w:val="BodyText"/>
        <w:keepLines/>
      </w:pPr>
      <m:oMathPara>
        <m:oMathParaPr>
          <m:jc m:val="center"/>
        </m:oMathParaPr>
        <m:oMath>
          <m:r>
            <m:t>d</m:t>
          </m:r>
          <m:r>
            <m:rPr>
              <m:sty m:val="p"/>
            </m:rPr>
            <m:t>≥</m:t>
          </m:r>
          <m:d>
            <m:dPr>
              <m:begChr m:val="⌈"/>
              <m:sepChr m:val=""/>
              <m:endChr m:val="⌉"/>
              <m:grow/>
            </m:dPr>
            <m:e>
              <m:rad>
                <m:radPr>
                  <m:degHide m:val="on"/>
                </m:radPr>
                <m:deg/>
                <m:e>
                  <m:f>
                    <m:fPr>
                      <m:type m:val="bar"/>
                    </m:fPr>
                    <m:num>
                      <m:r>
                        <m:t>N</m:t>
                      </m:r>
                    </m:num>
                    <m:den>
                      <m:r>
                        <m:t>ε</m:t>
                      </m:r>
                    </m:den>
                  </m:f>
                </m:e>
              </m:rad>
              <m:d>
                <m:dPr>
                  <m:begChr m:val="["/>
                  <m:sepChr m:val=""/>
                  <m:endChr m:val="]"/>
                  <m:grow/>
                </m:dPr>
                <m:e>
                  <m:r>
                    <m:t>N</m:t>
                  </m:r>
                  <m:r>
                    <m:rPr>
                      <m:sty m:val="p"/>
                    </m:rPr>
                    <m:t>log</m:t>
                  </m:r>
                  <m:r>
                    <m:t>M</m:t>
                  </m:r>
                  <m:r>
                    <m:rPr>
                      <m:sty m:val="p"/>
                    </m:rPr>
                    <m:t>+</m:t>
                  </m:r>
                  <m:r>
                    <m:rPr>
                      <m:sty m:val="p"/>
                    </m:rPr>
                    <m:t>log</m:t>
                  </m:r>
                  <m:r>
                    <m:t>​</m:t>
                  </m:r>
                  <m:d>
                    <m:dPr>
                      <m:begChr m:val="("/>
                      <m:sepChr m:val=""/>
                      <m:endChr m:val=")"/>
                      <m:grow/>
                    </m:dPr>
                    <m:e>
                      <m:f>
                        <m:fPr>
                          <m:type m:val="bar"/>
                        </m:fPr>
                        <m:num>
                          <m:r>
                            <m:t>16</m:t>
                          </m:r>
                          <m:r>
                            <m:t>N</m:t>
                          </m:r>
                        </m:num>
                        <m:den>
                          <m:r>
                            <m:t>ε</m:t>
                          </m:r>
                        </m:den>
                      </m:f>
                    </m:e>
                  </m:d>
                </m:e>
              </m:d>
            </m:e>
          </m:d>
          <m:r>
            <m:t> </m:t>
          </m:r>
          <m:r>
            <m:rPr>
              <m:sty m:val="p"/>
            </m:rPr>
            <m:t>⇒</m:t>
          </m:r>
          <m:r>
            <m:t> </m:t>
          </m:r>
          <m:r>
            <m:t>0</m:t>
          </m:r>
          <m:r>
            <m:rPr>
              <m:sty m:val="p"/>
            </m:rPr>
            <m:t>≤</m:t>
          </m:r>
          <m:r>
            <m:t>K</m:t>
          </m:r>
          <m:d>
            <m:dPr>
              <m:begChr m:val="("/>
              <m:sepChr m:val=""/>
              <m:endChr m:val=")"/>
              <m:grow/>
            </m:dPr>
            <m:e>
              <m:r>
                <m:t>A</m:t>
              </m:r>
            </m:e>
          </m:d>
          <m:r>
            <m:rPr>
              <m:sty m:val="p"/>
            </m:rPr>
            <m:t>−</m:t>
          </m:r>
          <m:sSub>
            <m:e>
              <m:r>
                <m:t>B</m:t>
              </m:r>
            </m:e>
            <m:sub>
              <m:r>
                <m:t>d</m:t>
              </m:r>
            </m:sub>
          </m:sSub>
          <m:d>
            <m:dPr>
              <m:begChr m:val="("/>
              <m:sepChr m:val=""/>
              <m:endChr m:val=")"/>
              <m:grow/>
            </m:dPr>
            <m:e>
              <m:r>
                <m:t>A</m:t>
              </m:r>
            </m:e>
          </m:d>
          <m:r>
            <m:rPr>
              <m:sty m:val="p"/>
            </m:rPr>
            <m:t>≤</m:t>
          </m:r>
          <m:r>
            <m:t>ε</m:t>
          </m:r>
          <m:r>
            <m:rPr>
              <m:sty m:val="p"/>
            </m:rPr>
            <m:t>.</m:t>
          </m:r>
        </m:oMath>
      </m:oMathPara>
    </w:p>
    <w:p>
      <w:pPr>
        <w:pStyle w:val="FirstParagraph"/>
        <w:keepLines/>
      </w:pPr>
      <w:r>
        <w:t xml:space="preserve">The logarithm is natural. The sufficient degree depends on</w:t>
      </w:r>
      <w:r>
        <w:t xml:space="preserve"> </w:t>
      </w:r>
      <m:oMath>
        <m:r>
          <m:t>N</m:t>
        </m:r>
      </m:oMath>
      <w:r>
        <w:t xml:space="preserve"> </w:t>
      </w:r>
      <w:r>
        <w:t xml:space="preserve">and the requested absolute error, but not on</w:t>
      </w:r>
      <w:r>
        <w:t xml:space="preserve"> </w:t>
      </w:r>
      <m:oMath>
        <m:r>
          <m:rPr>
            <m:sty m:val="p"/>
          </m:rPr>
          <m:t>max</m:t>
        </m:r>
        <m:r>
          <m:t>A</m:t>
        </m:r>
      </m:oMath>
      <w:r>
        <w:t xml:space="preserve">. The proof first shows that a set of phases close to a minimum has a uniform positive measure, using a partition of the phase torus. A Chebyshev polynomial then gives that region a sufficiently large relative weight. The underlying filtering architecture is closely related to the needle-polynomial analyses of Slot and Laurent. The frequency-independent specialization and its constants are proved here for review; their priority has not been established.</w:t>
      </w:r>
      <w:r>
        <w:t xml:space="preserve"> </w:t>
      </w:r>
      <w:hyperlink w:anchor="slotlaurent2021">
        <w:r>
          <w:rPr>
            <w:rStyle w:val="Hyperlink"/>
          </w:rPr>
          <w:t xml:space="preserve">[SlotLaurent2021]</w:t>
        </w:r>
      </w:hyperlink>
      <w:r>
        <w:t xml:space="preserve"> </w:t>
      </w:r>
      <w:hyperlink w:anchor="slotlaurent2022">
        <w:r>
          <w:rPr>
            <w:rStyle w:val="Hyperlink"/>
          </w:rPr>
          <w:t xml:space="preserve">[SlotLaurent2022]</w:t>
        </w:r>
      </w:hyperlink>
      <w:r>
        <w:t xml:space="preserve"> </w:t>
      </w:r>
      <w:hyperlink w:anchor="nistdlmf">
        <w:r>
          <w:rPr>
            <w:rStyle w:val="Hyperlink"/>
          </w:rPr>
          <w:t xml:space="preserve">[NISTDLMF]</w:t>
        </w:r>
      </w:hyperlink>
    </w:p>
    <w:p>
      <w:pPr>
        <w:pStyle w:val="BodyText"/>
        <w:keepNext/>
        <w:spacing w:after="80"/>
      </w:pPr>
      <w:r>
        <w:drawing>
          <wp:inline>
            <wp:extent cx="5852160" cy="2314208"/>
            <wp:effectExtent b="0" l="0" r="0" t="0"/>
            <wp:docPr descr="Exact values of a Chebyshev trial estimate" title="" id="45" name="Picture"/>
            <a:graphic>
              <a:graphicData uri="http://schemas.openxmlformats.org/drawingml/2006/picture">
                <pic:pic>
                  <pic:nvPicPr>
                    <pic:cNvPr descr="/workspace/scratch/b671bf289294/bassplus_mathematics_publication/web/assets/fig04_chebyshev_trial.png" id="46" name="Picture"/>
                    <pic:cNvPicPr>
                      <a:picLocks noChangeArrowheads="1" noChangeAspect="1"/>
                    </pic:cNvPicPr>
                  </pic:nvPicPr>
                  <pic:blipFill>
                    <a:blip r:embed="rId44"/>
                    <a:stretch>
                      <a:fillRect/>
                    </a:stretch>
                  </pic:blipFill>
                  <pic:spPr bwMode="auto">
                    <a:xfrm>
                      <a:off x="0" y="0"/>
                      <a:ext cx="5852160" cy="2314208"/>
                    </a:xfrm>
                    <a:prstGeom prst="rect">
                      <a:avLst/>
                    </a:prstGeom>
                    <a:noFill/>
                    <a:ln w="9525">
                      <a:noFill/>
                      <a:headEnd/>
                      <a:tailEnd/>
                    </a:ln>
                  </pic:spPr>
                </pic:pic>
              </a:graphicData>
            </a:graphic>
          </wp:inline>
        </w:drawing>
      </w:r>
    </w:p>
    <w:p>
      <w:pPr>
        <w:pStyle w:val="Caption"/>
        <w:keepLines/>
        <w:spacing w:after="200"/>
      </w:pPr>
      <w:r>
        <w:rPr>
          <w:bCs/>
          <w:b/>
        </w:rPr>
        <w:t xml:space="preserve">Figure 6. A valid approximation can improve without solving the conjecture.</w:t>
      </w:r>
      <w:r>
        <w:t xml:space="preserve"> </w:t>
      </w:r>
      <w:r>
        <w:t xml:space="preserve">For</w:t>
      </w:r>
      <w:r>
        <w:t xml:space="preserve"> </w:t>
      </w:r>
      <m:oMath>
        <m:r>
          <m:t>A</m:t>
        </m:r>
        <m:r>
          <m:rPr>
            <m:sty m:val="p"/>
          </m:rPr>
          <m:t>=</m:t>
        </m:r>
        <m:r>
          <m:rPr>
            <m:sty m:val="p"/>
          </m:rPr>
          <m:t>{</m:t>
        </m:r>
        <m:r>
          <m:t>1</m:t>
        </m:r>
        <m:r>
          <m:rPr>
            <m:sty m:val="p"/>
          </m:rPr>
          <m:t>,</m:t>
        </m:r>
        <m:r>
          <m:t>2</m:t>
        </m:r>
        <m:r>
          <m:rPr>
            <m:sty m:val="p"/>
          </m:rPr>
          <m:t>}</m:t>
        </m:r>
      </m:oMath>
      <w:r>
        <w:t xml:space="preserve">, an explicitly chosen Chebyshev trial polynomial gives exact rational values at the highlighted degrees, approaching the known depth</w:t>
      </w:r>
      <w:r>
        <w:t xml:space="preserve"> </w:t>
      </w:r>
      <m:oMath>
        <m:r>
          <m:t>9</m:t>
        </m:r>
        <m:r>
          <m:rPr>
            <m:sty m:val="p"/>
          </m:rPr>
          <m:t>/</m:t>
        </m:r>
        <m:r>
          <m:t>8</m:t>
        </m:r>
      </m:oMath>
      <w:r>
        <w:t xml:space="preserve">. These are values of a particular trial quotient</w:t>
      </w:r>
      <w:r>
        <w:t xml:space="preserve"> </w:t>
      </w:r>
      <m:oMath>
        <m:sSub>
          <m:e>
            <m:r>
              <m:t>R</m:t>
            </m:r>
          </m:e>
          <m:sub>
            <m:r>
              <m:t>d</m:t>
            </m:r>
          </m:sub>
        </m:sSub>
      </m:oMath>
      <w:r>
        <w:t xml:space="preserve">, not the optimized hierarchy</w:t>
      </w:r>
      <w:r>
        <w:t xml:space="preserve"> </w:t>
      </w:r>
      <m:oMath>
        <m:sSub>
          <m:e>
            <m:r>
              <m:t>B</m:t>
            </m:r>
          </m:e>
          <m:sub>
            <m:r>
              <m:t>d</m:t>
            </m:r>
          </m:sub>
        </m:sSub>
      </m:oMath>
      <w:r>
        <w:t xml:space="preserve">. The comparison line is an exact minimum in this special example.</w:t>
      </w:r>
    </w:p>
    <w:p>
      <w:pPr>
        <w:pStyle w:val="BodyText"/>
      </w:pPr>
      <w:r>
        <w:t xml:space="preserve">This result answers an approximation question for each input. It does not answer the extremal question over all inputs. The degree may be large, exact moments may be expensive to compute, and a generalized eigenvalue calculated in floating point requires an error certificate before being called exact. A finite sufficient degree is not a claim of practical polynomial runtime in the input length.</w:t>
      </w:r>
    </w:p>
    <w:bookmarkEnd w:id="47"/>
    <w:bookmarkStart w:id="57" w:name="negative-results-that-narrow-the-search"/>
    <w:p>
      <w:pPr>
        <w:pStyle w:val="Heading2"/>
      </w:pPr>
      <w:r>
        <w:t xml:space="preserve">7. Negative results that narrow the search</w:t>
      </w:r>
    </w:p>
    <w:p>
      <w:pPr>
        <w:pStyle w:val="FirstParagraph"/>
      </w:pPr>
      <w:r>
        <w:t xml:space="preserve">Some failed extensions have clean mathematical explanations. Their value is to prevent the same obstruction from being mistaken for progress again.</w:t>
      </w:r>
    </w:p>
    <w:bookmarkStart w:id="51" w:name="unequal-amplitudes-change-the-theorem"/>
    <w:p>
      <w:pPr>
        <w:pStyle w:val="Heading3"/>
      </w:pPr>
      <w:r>
        <w:t xml:space="preserve">Unequal amplitudes change the theorem</w:t>
      </w:r>
    </w:p>
    <w:p>
      <w:pPr>
        <w:pStyle w:val="FirstParagraph"/>
        <w:keepLines/>
      </w:pPr>
      <w:r>
        <w:t xml:space="preserve">For weights</w:t>
      </w:r>
      <w:r>
        <w:t xml:space="preserve"> </w:t>
      </w:r>
      <m:oMath>
        <m:sSub>
          <m:e>
            <m:r>
              <m:t>w</m:t>
            </m:r>
          </m:e>
          <m:sub>
            <m:r>
              <m:t>a</m:t>
            </m:r>
          </m:sub>
        </m:sSub>
        <m:r>
          <m:rPr>
            <m:sty m:val="p"/>
          </m:rPr>
          <m:t>=</m:t>
        </m:r>
        <m:r>
          <m:t>1</m:t>
        </m:r>
        <m:r>
          <m:rPr>
            <m:sty m:val="p"/>
          </m:rPr>
          <m:t>−</m:t>
        </m:r>
        <m:r>
          <m:t>a</m:t>
        </m:r>
        <m:r>
          <m:rPr>
            <m:sty m:val="p"/>
          </m:rPr>
          <m:t>/</m:t>
        </m:r>
        <m:d>
          <m:dPr>
            <m:begChr m:val="("/>
            <m:sepChr m:val=""/>
            <m:endChr m:val=")"/>
            <m:grow/>
          </m:dPr>
          <m:e>
            <m:r>
              <m:t>N</m:t>
            </m:r>
            <m:r>
              <m:rPr>
                <m:sty m:val="p"/>
              </m:rPr>
              <m:t>+</m:t>
            </m:r>
            <m:r>
              <m:t>1</m:t>
            </m:r>
          </m:e>
        </m:d>
      </m:oMath>
      <w:r>
        <w:t xml:space="preserve"> </w:t>
      </w:r>
      <w:r>
        <w:t xml:space="preserve">on</w:t>
      </w:r>
      <w:r>
        <w:t xml:space="preserve"> </w:t>
      </w:r>
      <m:oMath>
        <m:r>
          <m:t>a</m:t>
        </m:r>
        <m:r>
          <m:rPr>
            <m:sty m:val="p"/>
          </m:rPr>
          <m:t>=</m:t>
        </m:r>
        <m:r>
          <m:t>1</m:t>
        </m:r>
        <m:r>
          <m:rPr>
            <m:sty m:val="p"/>
          </m:rPr>
          <m:t>,</m:t>
        </m:r>
        <m:r>
          <m:rPr>
            <m:sty m:val="p"/>
          </m:rPr>
          <m:t>…</m:t>
        </m:r>
        <m:r>
          <m:rPr>
            <m:sty m:val="p"/>
          </m:rPr>
          <m:t>,</m:t>
        </m:r>
        <m:r>
          <m:t>N</m:t>
        </m:r>
      </m:oMath>
      <w:r>
        <w:t xml:space="preserve">, the Fejér-kernel identity gives</w:t>
      </w:r>
    </w:p>
    <w:p>
      <w:pPr>
        <w:pStyle w:val="BodyText"/>
        <w:keepLines/>
      </w:pPr>
      <m:oMathPara>
        <m:oMathParaPr>
          <m:jc m:val="center"/>
        </m:oMathParaPr>
        <m:oMath>
          <m:nary>
            <m:naryPr>
              <m:chr m:val="∑"/>
              <m:limLoc m:val="undOvr"/>
              <m:subHide m:val="off"/>
              <m:supHide m:val="off"/>
            </m:naryPr>
            <m:sub>
              <m:r>
                <m:t>a</m:t>
              </m:r>
              <m:r>
                <m:rPr>
                  <m:sty m:val="p"/>
                </m:rPr>
                <m:t>=</m:t>
              </m:r>
              <m:r>
                <m:t>1</m:t>
              </m:r>
            </m:sub>
            <m:sup>
              <m:r>
                <m:t>N</m:t>
              </m:r>
            </m:sup>
            <m:e>
              <m:sSub>
                <m:e>
                  <m:r>
                    <m:t>w</m:t>
                  </m:r>
                </m:e>
                <m:sub>
                  <m:r>
                    <m:t>a</m:t>
                  </m:r>
                </m:sub>
              </m:sSub>
            </m:e>
          </m:nary>
          <m:r>
            <m:rPr>
              <m:sty m:val="p"/>
            </m:rPr>
            <m:t>cos</m:t>
          </m:r>
          <m:d>
            <m:dPr>
              <m:begChr m:val="("/>
              <m:sepChr m:val=""/>
              <m:endChr m:val=")"/>
              <m:grow/>
            </m:dPr>
            <m:e>
              <m:r>
                <m:t>a</m:t>
              </m:r>
              <m:r>
                <m:t>x</m:t>
              </m:r>
            </m:e>
          </m:d>
          <m:r>
            <m:rPr>
              <m:sty m:val="p"/>
            </m:rPr>
            <m:t>=</m:t>
          </m:r>
          <m:f>
            <m:fPr>
              <m:type m:val="bar"/>
            </m:fPr>
            <m:num>
              <m:sSub>
                <m:e>
                  <m:r>
                    <m:t>F</m:t>
                  </m:r>
                </m:e>
                <m:sub>
                  <m:r>
                    <m:t>N</m:t>
                  </m:r>
                </m:sub>
              </m:sSub>
              <m:d>
                <m:dPr>
                  <m:begChr m:val="("/>
                  <m:sepChr m:val=""/>
                  <m:endChr m:val=")"/>
                  <m:grow/>
                </m:dPr>
                <m:e>
                  <m:r>
                    <m:t>x</m:t>
                  </m:r>
                </m:e>
              </m:d>
              <m:r>
                <m:rPr>
                  <m:sty m:val="p"/>
                </m:rPr>
                <m:t>−</m:t>
              </m:r>
              <m:r>
                <m:t>1</m:t>
              </m:r>
            </m:num>
            <m:den>
              <m:r>
                <m:t>2</m:t>
              </m:r>
            </m:den>
          </m:f>
          <m:r>
            <m:rPr>
              <m:sty m:val="p"/>
            </m:rPr>
            <m:t>≥</m:t>
          </m:r>
          <m:r>
            <m:rPr>
              <m:sty m:val="p"/>
            </m:rPr>
            <m:t>−</m:t>
          </m:r>
          <m:f>
            <m:fPr>
              <m:type m:val="bar"/>
            </m:fPr>
            <m:num>
              <m:r>
                <m:t>1</m:t>
              </m:r>
            </m:num>
            <m:den>
              <m:r>
                <m:t>2</m:t>
              </m:r>
            </m:den>
          </m:f>
          <m:r>
            <m:rPr>
              <m:sty m:val="p"/>
            </m:rPr>
            <m:t>,</m:t>
          </m:r>
        </m:oMath>
      </m:oMathPara>
    </w:p>
    <w:p>
      <w:pPr>
        <w:pStyle w:val="FirstParagraph"/>
        <w:keepLines/>
      </w:pPr>
      <w:r>
        <w:t xml:space="preserve">and equality is attained. Meanwhile</w:t>
      </w:r>
      <w:r>
        <w:t xml:space="preserve"> </w:t>
      </w:r>
      <m:oMath>
        <m:r>
          <m:rPr>
            <m:sty m:val="p"/>
          </m:rPr>
          <m:t>∑</m:t>
        </m:r>
        <m:sSubSup>
          <m:e>
            <m:r>
              <m:t>w</m:t>
            </m:r>
          </m:e>
          <m:sub>
            <m:r>
              <m:t>a</m:t>
            </m:r>
          </m:sub>
          <m:sup>
            <m:r>
              <m:t>2</m:t>
            </m:r>
          </m:sup>
        </m:sSubSup>
        <m:r>
          <m:rPr>
            <m:sty m:val="p"/>
          </m:rPr>
          <m:t>=</m:t>
        </m:r>
        <m:r>
          <m:t>N</m:t>
        </m:r>
        <m:d>
          <m:dPr>
            <m:begChr m:val="("/>
            <m:sepChr m:val=""/>
            <m:endChr m:val=")"/>
            <m:grow/>
          </m:dPr>
          <m:e>
            <m:r>
              <m:t>2</m:t>
            </m:r>
            <m:r>
              <m:t>N</m:t>
            </m:r>
            <m:r>
              <m:rPr>
                <m:sty m:val="p"/>
              </m:rPr>
              <m:t>+</m:t>
            </m:r>
            <m:r>
              <m:t>1</m:t>
            </m:r>
          </m:e>
        </m:d>
        <m:r>
          <m:rPr>
            <m:sty m:val="p"/>
          </m:rPr>
          <m:t>/</m:t>
        </m:r>
        <m:d>
          <m:dPr>
            <m:begChr m:val="("/>
            <m:sepChr m:val=""/>
            <m:endChr m:val=")"/>
            <m:grow/>
          </m:dPr>
          <m:e>
            <m:r>
              <m:t>6</m:t>
            </m:r>
            <m:d>
              <m:dPr>
                <m:begChr m:val="("/>
                <m:sepChr m:val=""/>
                <m:endChr m:val=")"/>
                <m:grow/>
              </m:dPr>
              <m:e>
                <m:r>
                  <m:t>N</m:t>
                </m:r>
                <m:r>
                  <m:rPr>
                    <m:sty m:val="p"/>
                  </m:rPr>
                  <m:t>+</m:t>
                </m:r>
                <m:r>
                  <m:t>1</m:t>
                </m:r>
              </m:e>
            </m:d>
          </m:e>
        </m:d>
      </m:oMath>
      <w:r>
        <w:t xml:space="preserve"> </w:t>
      </w:r>
      <w:r>
        <w:t xml:space="preserve">grows linearly in</w:t>
      </w:r>
      <w:r>
        <w:t xml:space="preserve"> </w:t>
      </w:r>
      <m:oMath>
        <m:r>
          <m:t>N</m:t>
        </m:r>
      </m:oMath>
      <w:r>
        <w:t xml:space="preserve">. Therefore the negative depth divided by the coefficient norm tends to zero. Multiplying by</w:t>
      </w:r>
      <w:r>
        <w:t xml:space="preserve"> </w:t>
      </w:r>
      <m:oMath>
        <m:r>
          <m:t>N</m:t>
        </m:r>
        <m:r>
          <m:rPr>
            <m:sty m:val="p"/>
          </m:rPr>
          <m:t>+</m:t>
        </m:r>
        <m:r>
          <m:t>1</m:t>
        </m:r>
      </m:oMath>
      <w:r>
        <w:t xml:space="preserve"> </w:t>
      </w:r>
      <w:r>
        <w:t xml:space="preserve">gives positive integer weights and the same failure after normalization. Making amplitudes integer-valued does not restore the unit-amplitude conjecture.</w:t>
      </w:r>
    </w:p>
    <w:p>
      <w:pPr>
        <w:pStyle w:val="BodyText"/>
        <w:keepNext/>
        <w:spacing w:after="80"/>
      </w:pPr>
      <w:r>
        <w:drawing>
          <wp:inline>
            <wp:extent cx="5852160" cy="2365096"/>
            <wp:effectExtent b="0" l="0" r="0" t="0"/>
            <wp:docPr descr="A weighted signal with a shallow negative floor" title="" id="49" name="Picture"/>
            <a:graphic>
              <a:graphicData uri="http://schemas.openxmlformats.org/drawingml/2006/picture">
                <pic:pic>
                  <pic:nvPicPr>
                    <pic:cNvPr descr="/workspace/scratch/b671bf289294/bassplus_mathematics_publication/web/assets/fig03_fejer_weights.png" id="50" name="Picture"/>
                    <pic:cNvPicPr>
                      <a:picLocks noChangeArrowheads="1" noChangeAspect="1"/>
                    </pic:cNvPicPr>
                  </pic:nvPicPr>
                  <pic:blipFill>
                    <a:blip r:embed="rId48"/>
                    <a:stretch>
                      <a:fillRect/>
                    </a:stretch>
                  </pic:blipFill>
                  <pic:spPr bwMode="auto">
                    <a:xfrm>
                      <a:off x="0" y="0"/>
                      <a:ext cx="5852160" cy="2365096"/>
                    </a:xfrm>
                    <a:prstGeom prst="rect">
                      <a:avLst/>
                    </a:prstGeom>
                    <a:noFill/>
                    <a:ln w="9525">
                      <a:noFill/>
                      <a:headEnd/>
                      <a:tailEnd/>
                    </a:ln>
                  </pic:spPr>
                </pic:pic>
              </a:graphicData>
            </a:graphic>
          </wp:inline>
        </w:drawing>
      </w:r>
    </w:p>
    <w:p>
      <w:pPr>
        <w:pStyle w:val="Caption"/>
        <w:keepLines/>
        <w:spacing w:after="200"/>
      </w:pPr>
      <w:r>
        <w:rPr>
          <w:bCs/>
          <w:b/>
        </w:rPr>
        <w:t xml:space="preserve">Figure 7. A sharp positive pulse can coexist with a fixed negative floor.</w:t>
      </w:r>
      <w:r>
        <w:t xml:space="preserve"> </w:t>
      </w:r>
      <w:r>
        <w:t xml:space="preserve">Fejér weights give an exact depth of</w:t>
      </w:r>
      <w:r>
        <w:t xml:space="preserve"> </w:t>
      </w:r>
      <m:oMath>
        <m:r>
          <m:t>1</m:t>
        </m:r>
        <m:r>
          <m:rPr>
            <m:sty m:val="p"/>
          </m:rPr>
          <m:t>/</m:t>
        </m:r>
        <m:r>
          <m:t>2</m:t>
        </m:r>
      </m:oMath>
      <w:r>
        <w:t xml:space="preserve"> </w:t>
      </w:r>
      <w:r>
        <w:t xml:space="preserve">while the coefficient norm grows. The companion normalization plot explains why this is a counterexample to a weighted extension, not to Chowla’s original equal-amplitude problem.</w:t>
      </w:r>
    </w:p>
    <w:bookmarkEnd w:id="51"/>
    <w:bookmarkStart w:id="52" w:name="X46a89f5cada6555f3428317d4b01c5366eb81c7"/>
    <w:p>
      <w:pPr>
        <w:pStyle w:val="Heading3"/>
      </w:pPr>
      <w:r>
        <w:t xml:space="preserve">A physically inspired weight can emphasize too little</w:t>
      </w:r>
    </w:p>
    <w:p>
      <w:pPr>
        <w:pStyle w:val="FirstParagraph"/>
        <w:keepLines/>
      </w:pPr>
      <w:r>
        <w:t xml:space="preserve">The logistic or Fermi–Dirac-inspired weight</w:t>
      </w:r>
      <w:r>
        <w:t xml:space="preserve"> </w:t>
      </w:r>
      <m:oMath>
        <m:sSub>
          <m:e>
            <m:r>
              <m:t>w</m:t>
            </m:r>
          </m:e>
          <m:sub>
            <m:r>
              <m:t>β</m:t>
            </m:r>
          </m:sub>
        </m:sSub>
        <m:d>
          <m:dPr>
            <m:begChr m:val="("/>
            <m:sepChr m:val=""/>
            <m:endChr m:val=")"/>
            <m:grow/>
          </m:dPr>
          <m:e>
            <m:r>
              <m:t>x</m:t>
            </m:r>
          </m:e>
        </m:d>
        <m:r>
          <m:rPr>
            <m:sty m:val="p"/>
          </m:rPr>
          <m:t>=</m:t>
        </m:r>
        <m:r>
          <m:t>1</m:t>
        </m:r>
        <m:r>
          <m:rPr>
            <m:sty m:val="p"/>
          </m:rPr>
          <m:t>/</m:t>
        </m:r>
        <m:d>
          <m:dPr>
            <m:begChr m:val="("/>
            <m:sepChr m:val=""/>
            <m:endChr m:val=")"/>
            <m:grow/>
          </m:dPr>
          <m:e>
            <m:r>
              <m:t>1</m:t>
            </m:r>
            <m:r>
              <m:rPr>
                <m:sty m:val="p"/>
              </m:rPr>
              <m:t>+</m:t>
            </m:r>
            <m:sSup>
              <m:e>
                <m:r>
                  <m:t>e</m:t>
                </m:r>
              </m:e>
              <m:sup>
                <m:r>
                  <m:t>β</m:t>
                </m:r>
                <m:sSub>
                  <m:e>
                    <m:r>
                      <m:t>f</m:t>
                    </m:r>
                  </m:e>
                  <m:sub>
                    <m:r>
                      <m:t>A</m:t>
                    </m:r>
                  </m:sub>
                </m:sSub>
                <m:d>
                  <m:dPr>
                    <m:begChr m:val="("/>
                    <m:sepChr m:val=""/>
                    <m:endChr m:val=")"/>
                    <m:grow/>
                  </m:dPr>
                  <m:e>
                    <m:r>
                      <m:t>x</m:t>
                    </m:r>
                  </m:e>
                </m:d>
              </m:sup>
            </m:sSup>
          </m:e>
        </m:d>
      </m:oMath>
      <w:r>
        <w:t xml:space="preserve">, with</w:t>
      </w:r>
      <w:r>
        <w:t xml:space="preserve"> </w:t>
      </w:r>
      <m:oMath>
        <m:r>
          <m:t>β</m:t>
        </m:r>
        <m:r>
          <m:rPr>
            <m:sty m:val="p"/>
          </m:rPr>
          <m:t>≥</m:t>
        </m:r>
        <m:r>
          <m:t>0</m:t>
        </m:r>
      </m:oMath>
      <w:r>
        <w:t xml:space="preserve"> </w:t>
      </w:r>
      <w:r>
        <w:t xml:space="preserve">and threshold fixed at zero, defines a valid lower estimate</w:t>
      </w:r>
    </w:p>
    <w:p>
      <w:pPr>
        <w:pStyle w:val="BodyText"/>
        <w:keepLines/>
      </w:pPr>
      <m:oMathPara>
        <m:oMathParaPr>
          <m:jc m:val="center"/>
        </m:oMathParaPr>
        <m:oMath>
          <m:sSub>
            <m:e>
              <m:r>
                <m:t>B</m:t>
              </m:r>
            </m:e>
            <m:sub>
              <m:r>
                <m:t>β</m:t>
              </m:r>
            </m:sub>
          </m:sSub>
          <m:r>
            <m:rPr>
              <m:sty m:val="p"/>
            </m:rPr>
            <m:t>=</m:t>
          </m:r>
          <m:r>
            <m:rPr>
              <m:sty m:val="p"/>
            </m:rPr>
            <m:t>−</m:t>
          </m:r>
          <m:f>
            <m:fPr>
              <m:type m:val="bar"/>
            </m:fPr>
            <m:num>
              <m:r>
                <m:rPr>
                  <m:sty m:val="p"/>
                  <m:scr m:val="double-struck"/>
                </m:rPr>
                <m:t>E</m:t>
              </m:r>
              <m:d>
                <m:dPr>
                  <m:begChr m:val="["/>
                  <m:sepChr m:val=""/>
                  <m:endChr m:val="]"/>
                  <m:grow/>
                </m:dPr>
                <m:e>
                  <m:sSub>
                    <m:e>
                      <m:r>
                        <m:t>f</m:t>
                      </m:r>
                    </m:e>
                    <m:sub>
                      <m:r>
                        <m:t>A</m:t>
                      </m:r>
                    </m:sub>
                  </m:sSub>
                  <m:sSub>
                    <m:e>
                      <m:r>
                        <m:t>w</m:t>
                      </m:r>
                    </m:e>
                    <m:sub>
                      <m:r>
                        <m:t>β</m:t>
                      </m:r>
                    </m:sub>
                  </m:sSub>
                </m:e>
              </m:d>
            </m:num>
            <m:den>
              <m:r>
                <m:rPr>
                  <m:sty m:val="p"/>
                  <m:scr m:val="double-struck"/>
                </m:rPr>
                <m:t>E</m:t>
              </m:r>
              <m:d>
                <m:dPr>
                  <m:begChr m:val="["/>
                  <m:sepChr m:val=""/>
                  <m:endChr m:val="]"/>
                  <m:grow/>
                </m:dPr>
                <m:e>
                  <m:sSub>
                    <m:e>
                      <m:r>
                        <m:t>w</m:t>
                      </m:r>
                    </m:e>
                    <m:sub>
                      <m:r>
                        <m:t>β</m:t>
                      </m:r>
                    </m:sub>
                  </m:sSub>
                </m:e>
              </m:d>
            </m:den>
          </m:f>
          <m:r>
            <m:rPr>
              <m:sty m:val="p"/>
            </m:rPr>
            <m:t>.</m:t>
          </m:r>
        </m:oMath>
      </m:oMathPara>
    </w:p>
    <w:p>
      <w:pPr>
        <w:pStyle w:val="FirstParagraph"/>
        <w:keepLines/>
      </w:pPr>
      <w:r>
        <w:t xml:space="preserve">For consecutive frequencies, the appendix proves</w:t>
      </w:r>
      <w:r>
        <w:t xml:space="preserve"> </w:t>
      </w:r>
      <m:oMath>
        <m:sSub>
          <m:e>
            <m:r>
              <m:t>B</m:t>
            </m:r>
          </m:e>
          <m:sub>
            <m:r>
              <m:t>β</m:t>
            </m:r>
          </m:sub>
        </m:sSub>
        <m:r>
          <m:rPr>
            <m:sty m:val="p"/>
          </m:rPr>
          <m:t>≤</m:t>
        </m:r>
        <m:r>
          <m:t>20</m:t>
        </m:r>
        <m:r>
          <m:rPr>
            <m:sty m:val="p"/>
          </m:rPr>
          <m:t>+</m:t>
        </m:r>
        <m:r>
          <m:t>10</m:t>
        </m:r>
        <m:r>
          <m:rPr>
            <m:sty m:val="p"/>
          </m:rPr>
          <m:t>log</m:t>
        </m:r>
        <m:d>
          <m:dPr>
            <m:begChr m:val="("/>
            <m:sepChr m:val=""/>
            <m:endChr m:val=")"/>
            <m:grow/>
          </m:dPr>
          <m:e>
            <m:r>
              <m:t>2</m:t>
            </m:r>
            <m:r>
              <m:t>N</m:t>
            </m:r>
            <m:r>
              <m:rPr>
                <m:sty m:val="p"/>
              </m:rPr>
              <m:t>+</m:t>
            </m:r>
            <m:r>
              <m:t>1</m:t>
            </m:r>
          </m:e>
        </m:d>
      </m:oMath>
      <w:r>
        <w:t xml:space="preserve"> </w:t>
      </w:r>
      <w:r>
        <w:t xml:space="preserve">for every</w:t>
      </w:r>
      <w:r>
        <w:t xml:space="preserve"> </w:t>
      </w:r>
      <m:oMath>
        <m:r>
          <m:t>β</m:t>
        </m:r>
      </m:oMath>
      <w:r>
        <w:t xml:space="preserve">. Choosing a larger inverse-temperature parameter cannot turn this particular family into a square-root certificate on every input. An adjustable threshold would be a different family and is not ruled out by this statement.</w:t>
      </w:r>
    </w:p>
    <w:bookmarkEnd w:id="52"/>
    <w:bookmarkStart w:id="56" w:name="X3b20896e83b30160c902a34c136851d3b25677d"/>
    <w:p>
      <w:pPr>
        <w:pStyle w:val="Heading3"/>
      </w:pPr>
      <w:r>
        <w:t xml:space="preserve">A promising finite minimum remains finite evidence</w:t>
      </w:r>
    </w:p>
    <w:p>
      <w:pPr>
        <w:pStyle w:val="FirstParagraph"/>
        <w:keepLines/>
      </w:pPr>
      <w:r>
        <w:t xml:space="preserve">Another nonnegative weight is the Riesz product</w:t>
      </w:r>
      <w:r>
        <w:t xml:space="preserve"> </w:t>
      </w:r>
      <m:oMath>
        <m:nary>
          <m:naryPr>
            <m:chr m:val="∏"/>
            <m:limLoc m:val="undOvr"/>
            <m:subHide m:val="off"/>
            <m:supHide m:val="on"/>
          </m:naryPr>
          <m:sub>
            <m:r>
              <m:t>a</m:t>
            </m:r>
            <m:r>
              <m:rPr>
                <m:sty m:val="p"/>
              </m:rPr>
              <m:t>∈</m:t>
            </m:r>
            <m:r>
              <m:t>A</m:t>
            </m:r>
          </m:sub>
          <m:sup>
            <m:r>
              <m:t>​</m:t>
            </m:r>
          </m:sup>
          <m:e>
            <m:d>
              <m:dPr>
                <m:begChr m:val="("/>
                <m:sepChr m:val=""/>
                <m:endChr m:val=")"/>
                <m:grow/>
              </m:dPr>
              <m:e>
                <m:r>
                  <m:t>1</m:t>
                </m:r>
                <m:r>
                  <m:rPr>
                    <m:sty m:val="p"/>
                  </m:rPr>
                  <m:t>−</m:t>
                </m:r>
                <m:r>
                  <m:rPr>
                    <m:sty m:val="p"/>
                  </m:rPr>
                  <m:t>cos</m:t>
                </m:r>
                <m:r>
                  <m:t>a</m:t>
                </m:r>
                <m:r>
                  <m:t>x</m:t>
                </m:r>
              </m:e>
            </m:d>
          </m:e>
        </m:nary>
      </m:oMath>
      <w:r>
        <w:t xml:space="preserve">. Its associated quotient can be calculated exactly from integer Laurent-polynomial coefficients. The recorded exhaustive calculation checks all</w:t>
      </w:r>
      <w:r>
        <w:t xml:space="preserve"> </w:t>
      </w:r>
      <m:oMath>
        <m:r>
          <m:t>262</m:t>
        </m:r>
        <m:r>
          <m:rPr>
            <m:sty m:val="p"/>
          </m:rPr>
          <m:t>,</m:t>
        </m:r>
        <m:r>
          <m:t>143</m:t>
        </m:r>
      </m:oMath>
      <w:r>
        <w:t xml:space="preserve"> </w:t>
      </w:r>
      <w:r>
        <w:t xml:space="preserve">nonempty subsets of</w:t>
      </w:r>
      <w:r>
        <w:t xml:space="preserve"> </w:t>
      </w:r>
      <m:oMath>
        <m:r>
          <m:rPr>
            <m:sty m:val="p"/>
          </m:rPr>
          <m:t>{</m:t>
        </m:r>
        <m:r>
          <m:t>1</m:t>
        </m:r>
        <m:r>
          <m:rPr>
            <m:sty m:val="p"/>
          </m:rPr>
          <m:t>,</m:t>
        </m:r>
        <m:r>
          <m:rPr>
            <m:sty m:val="p"/>
          </m:rPr>
          <m:t>…</m:t>
        </m:r>
        <m:r>
          <m:rPr>
            <m:sty m:val="p"/>
          </m:rPr>
          <m:t>,</m:t>
        </m:r>
        <m:r>
          <m:t>18</m:t>
        </m:r>
        <m:r>
          <m:rPr>
            <m:sty m:val="p"/>
          </m:rPr>
          <m:t>}</m:t>
        </m:r>
      </m:oMath>
      <w:r>
        <w:t xml:space="preserve">. On that finite domain, the smallest normalized quotient is</w:t>
      </w:r>
      <w:r>
        <w:t xml:space="preserve"> </w:t>
      </w:r>
      <m:oMath>
        <m:r>
          <m:t>7</m:t>
        </m:r>
        <m:r>
          <m:rPr>
            <m:sty m:val="p"/>
          </m:rPr>
          <m:t>/</m:t>
        </m:r>
        <m:r>
          <m:t>20</m:t>
        </m:r>
      </m:oMath>
      <w:r>
        <w:t xml:space="preserve">, attained at</w:t>
      </w:r>
      <w:r>
        <w:t xml:space="preserve"> </w:t>
      </w:r>
      <m:oMath>
        <m:r>
          <m:t>A</m:t>
        </m:r>
        <m:r>
          <m:rPr>
            <m:sty m:val="p"/>
          </m:rPr>
          <m:t>=</m:t>
        </m:r>
        <m:r>
          <m:rPr>
            <m:sty m:val="p"/>
          </m:rPr>
          <m:t>{</m:t>
        </m:r>
        <m:r>
          <m:t>1</m:t>
        </m:r>
        <m:r>
          <m:rPr>
            <m:sty m:val="p"/>
          </m:rPr>
          <m:t>,</m:t>
        </m:r>
        <m:r>
          <m:t>2</m:t>
        </m:r>
        <m:r>
          <m:rPr>
            <m:sty m:val="p"/>
          </m:rPr>
          <m:t>,</m:t>
        </m:r>
        <m:r>
          <m:t>3</m:t>
        </m:r>
        <m:r>
          <m:rPr>
            <m:sty m:val="p"/>
          </m:rPr>
          <m:t>,</m:t>
        </m:r>
        <m:r>
          <m:t>4</m:t>
        </m:r>
        <m:r>
          <m:rPr>
            <m:sty m:val="p"/>
          </m:rPr>
          <m:t>,</m:t>
        </m:r>
        <m:r>
          <m:t>5</m:t>
        </m:r>
        <m:r>
          <m:rPr>
            <m:sty m:val="p"/>
          </m:rPr>
          <m:t>,</m:t>
        </m:r>
        <m:r>
          <m:t>7</m:t>
        </m:r>
        <m:r>
          <m:rPr>
            <m:sty m:val="p"/>
          </m:rPr>
          <m:t>,</m:t>
        </m:r>
        <m:r>
          <m:t>9</m:t>
        </m:r>
        <m:r>
          <m:rPr>
            <m:sty m:val="p"/>
          </m:rPr>
          <m:t>,</m:t>
        </m:r>
        <m:r>
          <m:t>11</m:t>
        </m:r>
        <m:r>
          <m:rPr>
            <m:sty m:val="p"/>
          </m:rPr>
          <m:t>,</m:t>
        </m:r>
        <m:r>
          <m:t>13</m:t>
        </m:r>
        <m:r>
          <m:rPr>
            <m:sty m:val="p"/>
          </m:rPr>
          <m:t>}</m:t>
        </m:r>
      </m:oMath>
      <w:r>
        <w:t xml:space="preserve">.</w:t>
      </w:r>
    </w:p>
    <w:p>
      <w:pPr>
        <w:pStyle w:val="BodyText"/>
        <w:keepNext/>
        <w:spacing w:after="80"/>
      </w:pPr>
      <w:r>
        <w:drawing>
          <wp:inline>
            <wp:extent cx="5852160" cy="2442640"/>
            <wp:effectExtent b="0" l="0" r="0" t="0"/>
            <wp:docPr descr="Finite-domain performance of the Riesz-product estimate" title="" id="54" name="Picture"/>
            <a:graphic>
              <a:graphicData uri="http://schemas.openxmlformats.org/drawingml/2006/picture">
                <pic:pic>
                  <pic:nvPicPr>
                    <pic:cNvPr descr="/workspace/scratch/b671bf289294/bassplus_mathematics_publication/web/assets/fig07_riesz_finite_search.png" id="55" name="Picture"/>
                    <pic:cNvPicPr>
                      <a:picLocks noChangeArrowheads="1" noChangeAspect="1"/>
                    </pic:cNvPicPr>
                  </pic:nvPicPr>
                  <pic:blipFill>
                    <a:blip r:embed="rId53"/>
                    <a:stretch>
                      <a:fillRect/>
                    </a:stretch>
                  </pic:blipFill>
                  <pic:spPr bwMode="auto">
                    <a:xfrm>
                      <a:off x="0" y="0"/>
                      <a:ext cx="5852160" cy="2442640"/>
                    </a:xfrm>
                    <a:prstGeom prst="rect">
                      <a:avLst/>
                    </a:prstGeom>
                    <a:noFill/>
                    <a:ln w="9525">
                      <a:noFill/>
                      <a:headEnd/>
                      <a:tailEnd/>
                    </a:ln>
                  </pic:spPr>
                </pic:pic>
              </a:graphicData>
            </a:graphic>
          </wp:inline>
        </w:drawing>
      </w:r>
    </w:p>
    <w:p>
      <w:pPr>
        <w:pStyle w:val="Caption"/>
        <w:keepLines/>
        <w:spacing w:after="200"/>
      </w:pPr>
      <w:r>
        <w:rPr>
          <w:bCs/>
          <w:b/>
        </w:rPr>
        <w:t xml:space="preserve">Figure 8. A finite search suggests questions; it does not settle all frequencies.</w:t>
      </w:r>
      <w:r>
        <w:t xml:space="preserve"> </w:t>
      </w:r>
      <w:r>
        <w:t xml:space="preserve">The plotted minima are grouped by set size within the fixed universe</w:t>
      </w:r>
      <w:r>
        <w:t xml:space="preserve"> </w:t>
      </w:r>
      <m:oMath>
        <m:r>
          <m:rPr>
            <m:sty m:val="p"/>
          </m:rPr>
          <m:t>{</m:t>
        </m:r>
        <m:r>
          <m:t>1</m:t>
        </m:r>
        <m:r>
          <m:rPr>
            <m:sty m:val="p"/>
          </m:rPr>
          <m:t>,</m:t>
        </m:r>
        <m:r>
          <m:rPr>
            <m:sty m:val="p"/>
          </m:rPr>
          <m:t>…</m:t>
        </m:r>
        <m:r>
          <m:rPr>
            <m:sty m:val="p"/>
          </m:rPr>
          <m:t>,</m:t>
        </m:r>
        <m:r>
          <m:t>18</m:t>
        </m:r>
        <m:r>
          <m:rPr>
            <m:sty m:val="p"/>
          </m:rPr>
          <m:t>}</m:t>
        </m:r>
      </m:oMath>
      <w:r>
        <w:t xml:space="preserve">. The value</w:t>
      </w:r>
      <w:r>
        <w:t xml:space="preserve"> </w:t>
      </w:r>
      <m:oMath>
        <m:r>
          <m:t>7</m:t>
        </m:r>
        <m:r>
          <m:rPr>
            <m:sty m:val="p"/>
          </m:rPr>
          <m:t>/</m:t>
        </m:r>
        <m:r>
          <m:t>20</m:t>
        </m:r>
      </m:oMath>
      <w:r>
        <w:t xml:space="preserve"> </w:t>
      </w:r>
      <w:r>
        <w:t xml:space="preserve">is an exact finite-domain result. The rejected candidate</w:t>
      </w:r>
      <w:r>
        <w:t xml:space="preserve"> </w:t>
      </w:r>
      <m:oMath>
        <m:r>
          <m:t>1</m:t>
        </m:r>
        <m:r>
          <m:rPr>
            <m:sty m:val="p"/>
          </m:rPr>
          <m:t>/</m:t>
        </m:r>
        <m:r>
          <m:t>2</m:t>
        </m:r>
      </m:oMath>
      <w:r>
        <w:t xml:space="preserve"> </w:t>
      </w:r>
      <w:r>
        <w:t xml:space="preserve">fails already for</w:t>
      </w:r>
      <w:r>
        <w:t xml:space="preserve"> </w:t>
      </w:r>
      <m:oMath>
        <m:r>
          <m:t>A</m:t>
        </m:r>
        <m:r>
          <m:rPr>
            <m:sty m:val="p"/>
          </m:rPr>
          <m:t>=</m:t>
        </m:r>
        <m:r>
          <m:rPr>
            <m:sty m:val="p"/>
          </m:rPr>
          <m:t>{</m:t>
        </m:r>
        <m:r>
          <m:t>1</m:t>
        </m:r>
        <m:r>
          <m:rPr>
            <m:sty m:val="p"/>
          </m:rPr>
          <m:t>,</m:t>
        </m:r>
        <m:r>
          <m:t>2</m:t>
        </m:r>
        <m:r>
          <m:rPr>
            <m:sty m:val="p"/>
          </m:rPr>
          <m:t>,</m:t>
        </m:r>
        <m:r>
          <m:t>3</m:t>
        </m:r>
        <m:r>
          <m:rPr>
            <m:sty m:val="p"/>
          </m:rPr>
          <m:t>}</m:t>
        </m:r>
      </m:oMath>
      <w:r>
        <w:t xml:space="preserve">. No universal lower bound for this Riesz quotient is claimed.</w:t>
      </w:r>
    </w:p>
    <w:bookmarkEnd w:id="56"/>
    <w:bookmarkEnd w:id="57"/>
    <w:bookmarkStart w:id="58" w:name="what-the-quantum-analogy-contributes"/>
    <w:p>
      <w:pPr>
        <w:pStyle w:val="Heading2"/>
      </w:pPr>
      <w:r>
        <w:t xml:space="preserve">8. What the quantum analogy contributes</w:t>
      </w:r>
    </w:p>
    <w:p>
      <w:pPr>
        <w:pStyle w:val="FirstParagraph"/>
      </w:pPr>
      <w:r>
        <w:t xml:space="preserve">The wave-to-lattice correspondence is useful because it is exact and preserves the quantity being studied. Other quantum analogies need an equally explicit dictionary. For a harmonic oscillator, a number state has zero mean displacement even when it has nonzero occupation. A coherent state can have a sinusoidal mean displacement, while its mean occupation need not be an integer. The integer spectrum of the number operator does not force the Fourier coefficients of a classical waveform to be integers. Squeezing changes quadrature variances; it need not change the mean waveform.</w:t>
      </w:r>
      <w:r>
        <w:t xml:space="preserve"> </w:t>
      </w:r>
      <w:hyperlink w:anchor="cappellaro2012">
        <w:r>
          <w:rPr>
            <w:rStyle w:val="Hyperlink"/>
          </w:rPr>
          <w:t xml:space="preserve">[Cappellaro2012]</w:t>
        </w:r>
      </w:hyperlink>
      <w:r>
        <w:t xml:space="preserve"> </w:t>
      </w:r>
      <w:hyperlink w:anchor="shapiro6453">
        <w:r>
          <w:rPr>
            <w:rStyle w:val="Hyperlink"/>
          </w:rPr>
          <w:t xml:space="preserve">[Shapiro6453]</w:t>
        </w:r>
      </w:hyperlink>
    </w:p>
    <w:p>
      <w:pPr>
        <w:pStyle w:val="BodyText"/>
      </w:pPr>
      <w:r>
        <w:t xml:space="preserve">Experiments can control individual mechanical quanta, so phonons are physical rather than merely metaphorical. That does not transfer a quantum measurement theorem to a signed classical cosine sum without proof.</w:t>
      </w:r>
      <w:r>
        <w:t xml:space="preserve"> </w:t>
      </w:r>
      <w:hyperlink w:anchor="oconnell2010">
        <w:r>
          <w:rPr>
            <w:rStyle w:val="Hyperlink"/>
          </w:rPr>
          <w:t xml:space="preserve">[OConnell2010]</w:t>
        </w:r>
      </w:hyperlink>
      <w:r>
        <w:t xml:space="preserve"> </w:t>
      </w:r>
      <w:r>
        <w:t xml:space="preserve">In this investigation, the productive question was not whether an analogy sounded surprising, but whether it preserved amplitudes, phases, averaging, and the minimum. The catalogue records where those requirements succeeded and where they failed.</w:t>
      </w:r>
    </w:p>
    <w:bookmarkEnd w:id="58"/>
    <w:bookmarkStart w:id="59" w:name="X6554acca9f6cce1530bc7820d4d5ed739e37927"/>
    <w:p>
      <w:pPr>
        <w:pStyle w:val="Heading2"/>
      </w:pPr>
      <w:r>
        <w:t xml:space="preserve">9. Evidence, provenance, and the remaining problem</w:t>
      </w:r>
    </w:p>
    <w:p>
      <w:pPr>
        <w:pStyle w:val="FirstParagraph"/>
      </w:pPr>
      <w:r>
        <w:t xml:space="preserve">The companion mathematical appendix supplies full proofs and separates identities, inequalities, and finite examples. The research catalogue indexes ninety numbered approaches and an earlier unnumbered groundwork stage. The archive includes the preserved source notes, code, result files, and three sealed historical archives. It also identifies corrections that supersede earlier statements.</w:t>
      </w:r>
    </w:p>
    <w:p>
      <w:pPr>
        <w:pStyle w:val="BodyText"/>
        <w:keepLines/>
      </w:pPr>
      <w:r>
        <w:t xml:space="preserve">A selected reproduction of the early groundwork checked all</w:t>
      </w:r>
      <w:r>
        <w:t xml:space="preserve"> </w:t>
      </w:r>
      <m:oMath>
        <m:r>
          <m:t>4</m:t>
        </m:r>
        <m:r>
          <m:rPr>
            <m:sty m:val="p"/>
          </m:rPr>
          <m:t>,</m:t>
        </m:r>
        <m:r>
          <m:t>194</m:t>
        </m:r>
        <m:r>
          <m:rPr>
            <m:sty m:val="p"/>
          </m:rPr>
          <m:t>,</m:t>
        </m:r>
        <m:r>
          <m:t>303</m:t>
        </m:r>
      </m:oMath>
      <w:r>
        <w:t xml:space="preserve"> </w:t>
      </w:r>
      <w:r>
        <w:t xml:space="preserve">nonempty subsets of</w:t>
      </w:r>
      <w:r>
        <w:t xml:space="preserve"> </w:t>
      </w:r>
      <m:oMath>
        <m:r>
          <m:rPr>
            <m:sty m:val="p"/>
          </m:rPr>
          <m:t>{</m:t>
        </m:r>
        <m:r>
          <m:t>1</m:t>
        </m:r>
        <m:r>
          <m:rPr>
            <m:sty m:val="p"/>
          </m:rPr>
          <m:t>,</m:t>
        </m:r>
        <m:r>
          <m:rPr>
            <m:sty m:val="p"/>
          </m:rPr>
          <m:t>…</m:t>
        </m:r>
        <m:r>
          <m:rPr>
            <m:sty m:val="p"/>
          </m:rPr>
          <m:t>,</m:t>
        </m:r>
        <m:r>
          <m:t>22</m:t>
        </m:r>
        <m:r>
          <m:rPr>
            <m:sty m:val="p"/>
          </m:rPr>
          <m:t>}</m:t>
        </m:r>
      </m:oMath>
      <w:r>
        <w:t xml:space="preserve"> </w:t>
      </w:r>
      <w:r>
        <w:t xml:space="preserve">with two different enumeration procedures. Both found the same unique minimizer of</w:t>
      </w:r>
      <w:r>
        <w:t xml:space="preserve"> </w:t>
      </w:r>
      <m:oMath>
        <m:r>
          <m:t>K</m:t>
        </m:r>
        <m:d>
          <m:dPr>
            <m:begChr m:val="("/>
            <m:sepChr m:val=""/>
            <m:endChr m:val=")"/>
            <m:grow/>
          </m:dPr>
          <m:e>
            <m:r>
              <m:t>A</m:t>
            </m:r>
          </m:e>
        </m:d>
        <m:r>
          <m:rPr>
            <m:sty m:val="p"/>
          </m:rPr>
          <m:t>/</m:t>
        </m:r>
        <m:rad>
          <m:radPr>
            <m:degHide m:val="on"/>
          </m:radPr>
          <m:deg/>
          <m:e>
            <m:d>
              <m:dPr>
                <m:begChr m:val="|"/>
                <m:sepChr m:val=""/>
                <m:endChr m:val="|"/>
                <m:grow/>
              </m:dPr>
              <m:e>
                <m:r>
                  <m:t>A</m:t>
                </m:r>
              </m:e>
            </m:d>
          </m:e>
        </m:rad>
      </m:oMath>
      <w:r>
        <w:t xml:space="preserve"> </w:t>
      </w:r>
      <w:r>
        <w:t xml:space="preserve">within that finite universe:</w:t>
      </w:r>
      <w:r>
        <w:t xml:space="preserve"> </w:t>
      </w:r>
      <m:oMath>
        <m:r>
          <m:t>A</m:t>
        </m:r>
        <m:r>
          <m:rPr>
            <m:sty m:val="p"/>
          </m:rPr>
          <m:t>=</m:t>
        </m:r>
        <m:r>
          <m:rPr>
            <m:sty m:val="p"/>
          </m:rPr>
          <m:t>{</m:t>
        </m:r>
        <m:r>
          <m:t>1</m:t>
        </m:r>
        <m:r>
          <m:rPr>
            <m:sty m:val="p"/>
          </m:rPr>
          <m:t>,</m:t>
        </m:r>
        <m:r>
          <m:t>2</m:t>
        </m:r>
        <m:r>
          <m:rPr>
            <m:sty m:val="p"/>
          </m:rPr>
          <m:t>,</m:t>
        </m:r>
        <m:r>
          <m:t>3</m:t>
        </m:r>
        <m:r>
          <m:rPr>
            <m:sty m:val="p"/>
          </m:rPr>
          <m:t>,</m:t>
        </m:r>
        <m:r>
          <m:t>4</m:t>
        </m:r>
        <m:r>
          <m:rPr>
            <m:sty m:val="p"/>
          </m:rPr>
          <m:t>,</m:t>
        </m:r>
        <m:r>
          <m:t>5</m:t>
        </m:r>
        <m:r>
          <m:rPr>
            <m:sty m:val="p"/>
          </m:rPr>
          <m:t>,</m:t>
        </m:r>
        <m:r>
          <m:t>6</m:t>
        </m:r>
        <m:r>
          <m:rPr>
            <m:sty m:val="p"/>
          </m:rPr>
          <m:t>,</m:t>
        </m:r>
        <m:r>
          <m:t>7</m:t>
        </m:r>
        <m:r>
          <m:rPr>
            <m:sty m:val="p"/>
          </m:rPr>
          <m:t>,</m:t>
        </m:r>
        <m:r>
          <m:t>8</m:t>
        </m:r>
        <m:r>
          <m:rPr>
            <m:sty m:val="p"/>
          </m:rPr>
          <m:t>,</m:t>
        </m:r>
        <m:r>
          <m:t>10</m:t>
        </m:r>
        <m:r>
          <m:rPr>
            <m:sty m:val="p"/>
          </m:rPr>
          <m:t>,</m:t>
        </m:r>
        <m:r>
          <m:t>11</m:t>
        </m:r>
        <m:r>
          <m:rPr>
            <m:sty m:val="p"/>
          </m:rPr>
          <m:t>,</m:t>
        </m:r>
        <m:r>
          <m:t>13</m:t>
        </m:r>
        <m:r>
          <m:rPr>
            <m:sty m:val="p"/>
          </m:rPr>
          <m:t>,</m:t>
        </m:r>
        <m:r>
          <m:t>14</m:t>
        </m:r>
        <m:r>
          <m:rPr>
            <m:sty m:val="p"/>
          </m:rPr>
          <m:t>,</m:t>
        </m:r>
        <m:r>
          <m:t>15</m:t>
        </m:r>
        <m:r>
          <m:rPr>
            <m:sty m:val="p"/>
          </m:rPr>
          <m:t>,</m:t>
        </m:r>
        <m:r>
          <m:t>16</m:t>
        </m:r>
        <m:r>
          <m:rPr>
            <m:sty m:val="p"/>
          </m:rPr>
          <m:t>,</m:t>
        </m:r>
        <m:r>
          <m:t>17</m:t>
        </m:r>
        <m:r>
          <m:rPr>
            <m:sty m:val="p"/>
          </m:rPr>
          <m:t>,</m:t>
        </m:r>
        <m:r>
          <m:t>21</m:t>
        </m:r>
        <m:r>
          <m:rPr>
            <m:sty m:val="p"/>
          </m:rPr>
          <m:t>}</m:t>
        </m:r>
      </m:oMath>
      <w:r>
        <w:t xml:space="preserve">. Exact certificates put its depth strictly between</w:t>
      </w:r>
      <w:r>
        <w:t xml:space="preserve"> </w:t>
      </w:r>
      <m:oMath>
        <m:r>
          <m:t>2.4548327530</m:t>
        </m:r>
      </m:oMath>
      <w:r>
        <w:t xml:space="preserve"> </w:t>
      </w:r>
      <w:r>
        <w:t xml:space="preserve">and</w:t>
      </w:r>
      <w:r>
        <w:t xml:space="preserve"> </w:t>
      </w:r>
      <m:oMath>
        <m:r>
          <m:t>2.4548327531</m:t>
        </m:r>
      </m:oMath>
      <w:r>
        <w:t xml:space="preserve">. This concerns the actual continuous minimum; the separate Riesz calculation above concerns a particular lower-estimate method. Neither finite result covers arbitrarily large frequencies. The reproduction report and its machine-readable outputs are included in the archive.</w:t>
      </w:r>
    </w:p>
    <w:p>
      <w:pPr>
        <w:pStyle w:val="BodyText"/>
      </w:pPr>
      <w:r>
        <w:t xml:space="preserve">There is a material provenance limitation: approaches 41–50 were reconstructed from surviving descriptions rather than recovered as original bytes. In particular, the earlier claim involving 1,980 finite certificates for approach 42 cannot be represented as a reproduced certificate set; those files are missing. A separately available tail argument has a different verification status. These distinctions are documented in the catalogue and provenance notes.</w:t>
      </w:r>
    </w:p>
    <w:p>
      <w:pPr>
        <w:pStyle w:val="BodyText"/>
      </w:pPr>
      <w:r>
        <w:t xml:space="preserve">The checks in this project consist of mathematical derivations, exact arithmetic programs, independent calculations within this workflow, and reproducible numerical illustrations. They are not external peer review or formal proof-assistant verification. ChatGPT assisted the writing, derivations, literature comparison, and code preparation. No claim of independent verification by OpenAI is made.</w:t>
      </w:r>
    </w:p>
    <w:p>
      <w:pPr>
        <w:pStyle w:val="BodyText"/>
        <w:keepLines/>
      </w:pPr>
      <w:r>
        <w:t xml:space="preserve">What remains is precise: prove a positive universal lower bound for</w:t>
      </w:r>
      <w:r>
        <w:t xml:space="preserve"> </w:t>
      </w:r>
      <m:oMath>
        <m:r>
          <m:t>K</m:t>
        </m:r>
        <m:d>
          <m:dPr>
            <m:begChr m:val="("/>
            <m:sepChr m:val=""/>
            <m:endChr m:val=")"/>
            <m:grow/>
          </m:dPr>
          <m:e>
            <m:r>
              <m:t>A</m:t>
            </m:r>
          </m:e>
        </m:d>
        <m:r>
          <m:rPr>
            <m:sty m:val="p"/>
          </m:rPr>
          <m:t>/</m:t>
        </m:r>
        <m:rad>
          <m:radPr>
            <m:degHide m:val="on"/>
          </m:radPr>
          <m:deg/>
          <m:e>
            <m:d>
              <m:dPr>
                <m:begChr m:val="|"/>
                <m:sepChr m:val=""/>
                <m:endChr m:val="|"/>
                <m:grow/>
              </m:dPr>
              <m:e>
                <m:r>
                  <m:t>A</m:t>
                </m:r>
              </m:e>
            </m:d>
          </m:e>
        </m:rad>
      </m:oMath>
      <w:r>
        <w:t xml:space="preserve">, or produce a valid sequence of unit-amplitude, zero-phase, distinct positive integer frequency sets for which that ratio tends to zero. None of the weighted examples, finite grids, independent-phase models, or finite searches in this report accomplishes either task. The present contribution is a checked collection of tools and obstructions, with a clear route for readers to inspect and extend the work.</w:t>
      </w:r>
    </w:p>
    <w:bookmarkEnd w:id="59"/>
    <w:bookmarkStart w:id="60" w:name="further-reading-and-supporting-material"/>
    <w:p>
      <w:pPr>
        <w:pStyle w:val="Heading2"/>
      </w:pPr>
      <w:r>
        <w:t xml:space="preserve">Further reading and supporting material</w:t>
      </w:r>
    </w:p>
    <w:p>
      <w:pPr>
        <w:pStyle w:val="FirstParagraph"/>
      </w:pPr>
      <w:r>
        <w:t xml:space="preserve">The accompanying pages are</w:t>
      </w:r>
      <w:r>
        <w:t xml:space="preserve"> </w:t>
      </w:r>
      <w:r>
        <w:rPr>
          <w:bCs/>
          <w:b/>
        </w:rPr>
        <w:t xml:space="preserve">Sampling and Hidden Peaks</w:t>
      </w:r>
      <w:r>
        <w:t xml:space="preserve">,</w:t>
      </w:r>
      <w:r>
        <w:t xml:space="preserve"> </w:t>
      </w:r>
      <w:r>
        <w:rPr>
          <w:bCs/>
          <w:b/>
        </w:rPr>
        <w:t xml:space="preserve">Waves and Lattice Particles</w:t>
      </w:r>
      <w:r>
        <w:t xml:space="preserve">,</w:t>
      </w:r>
      <w:r>
        <w:t xml:space="preserve"> </w:t>
      </w:r>
      <w:r>
        <w:rPr>
          <w:bCs/>
          <w:b/>
        </w:rPr>
        <w:t xml:space="preserve">Certified Minimum Estimates</w:t>
      </w:r>
      <w:r>
        <w:t xml:space="preserve">,</w:t>
      </w:r>
      <w:r>
        <w:t xml:space="preserve"> </w:t>
      </w:r>
      <w:r>
        <w:rPr>
          <w:bCs/>
          <w:b/>
        </w:rPr>
        <w:t xml:space="preserve">The Limits of Wave Analogies</w:t>
      </w:r>
      <w:r>
        <w:t xml:space="preserve">,</w:t>
      </w:r>
      <w:r>
        <w:t xml:space="preserve"> </w:t>
      </w:r>
      <w:r>
        <w:rPr>
          <w:bCs/>
          <w:b/>
        </w:rPr>
        <w:t xml:space="preserve">Research Catalogue of Ninety Approaches</w:t>
      </w:r>
      <w:r>
        <w:t xml:space="preserve">, and the</w:t>
      </w:r>
      <w:r>
        <w:t xml:space="preserve"> </w:t>
      </w:r>
      <w:r>
        <w:rPr>
          <w:bCs/>
          <w:b/>
        </w:rPr>
        <w:t xml:space="preserve">Mathematical Appendix</w:t>
      </w:r>
      <w:r>
        <w:t xml:space="preserve">. Full bibliographic entries appear on the</w:t>
      </w:r>
      <w:r>
        <w:t xml:space="preserve"> </w:t>
      </w:r>
      <w:r>
        <w:rPr>
          <w:bCs/>
          <w:b/>
        </w:rPr>
        <w:t xml:space="preserve">References</w:t>
      </w:r>
      <w:r>
        <w:t xml:space="preserve"> </w:t>
      </w:r>
      <w:r>
        <w:t xml:space="preserve">page. The downloadable research edition includes all of these texts and the reproducibility materials.</w:t>
      </w:r>
    </w:p>
    <w:bookmarkEnd w:id="60"/>
    <w:bookmarkEnd w:id="61"/>
    <w:bookmarkStart w:id="68" w:name="sampling-and-hidden-peaks"/>
    <w:p>
      <w:pPr>
        <w:pStyle w:val="Heading1"/>
        <w:pageBreakBefore/>
      </w:pPr>
      <w:r>
        <w:t xml:space="preserve">Sampling and Hidden Peaks</w:t>
      </w:r>
    </w:p>
    <w:p>
      <w:pPr>
        <w:pStyle w:val="FirstParagraph"/>
      </w:pPr>
      <w:r>
        <w:t xml:space="preserve">A waveform plot is a collection of evaluations joined by a drawing rule. Unless an error estimate is supplied, the lowest visible point is only an estimate of the true trough. A particularly instructive example shows that even an exactly correct RMS calculation cannot repair this gap.</w:t>
      </w:r>
    </w:p>
    <w:bookmarkStart w:id="64" w:name="an-exact-sampling-trap"/>
    <w:p>
      <w:pPr>
        <w:pStyle w:val="Heading2"/>
      </w:pPr>
      <w:r>
        <w:t xml:space="preserve">An exact sampling trap</w:t>
      </w:r>
    </w:p>
    <w:p>
      <w:pPr>
        <w:pStyle w:val="FirstParagraph"/>
        <w:keepLines/>
      </w:pPr>
      <w:r>
        <w:t xml:space="preserve">Take</w:t>
      </w:r>
      <w:r>
        <w:t xml:space="preserve"> </w:t>
      </w:r>
      <m:oMath>
        <m:sSub>
          <m:e>
            <m:r>
              <m:t>f</m:t>
            </m:r>
          </m:e>
          <m:sub>
            <m:r>
              <m:t>N</m:t>
            </m:r>
          </m:sub>
        </m:sSub>
        <m:d>
          <m:dPr>
            <m:begChr m:val="("/>
            <m:sepChr m:val=""/>
            <m:endChr m:val=")"/>
            <m:grow/>
          </m:dPr>
          <m:e>
            <m:r>
              <m:t>x</m:t>
            </m:r>
          </m:e>
        </m:d>
        <m:r>
          <m:rPr>
            <m:sty m:val="p"/>
          </m:rPr>
          <m:t>=</m:t>
        </m:r>
        <m:nary>
          <m:naryPr>
            <m:chr m:val="∑"/>
            <m:limLoc m:val="undOvr"/>
            <m:subHide m:val="off"/>
            <m:supHide m:val="off"/>
          </m:naryPr>
          <m:sub>
            <m:r>
              <m:t>a</m:t>
            </m:r>
            <m:r>
              <m:rPr>
                <m:sty m:val="p"/>
              </m:rPr>
              <m:t>=</m:t>
            </m:r>
            <m:r>
              <m:t>1</m:t>
            </m:r>
          </m:sub>
          <m:sup>
            <m:r>
              <m:t>N</m:t>
            </m:r>
          </m:sup>
          <m:e>
            <m:r>
              <m:rPr>
                <m:sty m:val="p"/>
              </m:rPr>
              <m:t>cos</m:t>
            </m:r>
          </m:e>
        </m:nary>
        <m:d>
          <m:dPr>
            <m:begChr m:val="("/>
            <m:sepChr m:val=""/>
            <m:endChr m:val=")"/>
            <m:grow/>
          </m:dPr>
          <m:e>
            <m:r>
              <m:t>a</m:t>
            </m:r>
            <m:r>
              <m:t>x</m:t>
            </m:r>
          </m:e>
        </m:d>
      </m:oMath>
      <w:r>
        <w:t xml:space="preserve">, and sample it at the</w:t>
      </w:r>
      <w:r>
        <w:t xml:space="preserve"> </w:t>
      </w:r>
      <m:oMath>
        <m:r>
          <m:t>q</m:t>
        </m:r>
        <m:r>
          <m:rPr>
            <m:sty m:val="p"/>
          </m:rPr>
          <m:t>=</m:t>
        </m:r>
        <m:r>
          <m:t>2</m:t>
        </m:r>
        <m:r>
          <m:t>N</m:t>
        </m:r>
        <m:r>
          <m:rPr>
            <m:sty m:val="p"/>
          </m:rPr>
          <m:t>+</m:t>
        </m:r>
        <m:r>
          <m:t>1</m:t>
        </m:r>
      </m:oMath>
      <w:r>
        <w:t xml:space="preserve"> </w:t>
      </w:r>
      <w:r>
        <w:t xml:space="preserve">points</w:t>
      </w:r>
      <w:r>
        <w:t xml:space="preserve"> </w:t>
      </w:r>
      <m:oMath>
        <m:sSub>
          <m:e>
            <m:r>
              <m:t>x</m:t>
            </m:r>
          </m:e>
          <m:sub>
            <m:r>
              <m:t>j</m:t>
            </m:r>
          </m:sub>
        </m:sSub>
        <m:r>
          <m:rPr>
            <m:sty m:val="p"/>
          </m:rPr>
          <m:t>=</m:t>
        </m:r>
        <m:r>
          <m:t>2</m:t>
        </m:r>
        <m:r>
          <m:t>π</m:t>
        </m:r>
        <m:r>
          <m:t>j</m:t>
        </m:r>
        <m:r>
          <m:rPr>
            <m:sty m:val="p"/>
          </m:rPr>
          <m:t>/</m:t>
        </m:r>
        <m:r>
          <m:t>q</m:t>
        </m:r>
      </m:oMath>
      <w:r>
        <w:t xml:space="preserve">. The sum of all</w:t>
      </w:r>
      <w:r>
        <w:t xml:space="preserve"> </w:t>
      </w:r>
      <m:oMath>
        <m:r>
          <m:t>q</m:t>
        </m:r>
      </m:oMath>
      <w:r>
        <w:t xml:space="preserve"> </w:t>
      </w:r>
      <w:r>
        <w:t xml:space="preserve">complex roots of unity is zero at every nontrivial root. Pairing conjugate terms gives</w:t>
      </w:r>
    </w:p>
    <w:p>
      <w:pPr>
        <w:pStyle w:val="BodyText"/>
        <w:keepLines/>
      </w:pPr>
      <m:oMathPara>
        <m:oMathParaPr>
          <m:jc m:val="center"/>
        </m:oMathParaPr>
        <m:oMath>
          <m:r>
            <m:t>1</m:t>
          </m:r>
          <m:r>
            <m:rPr>
              <m:sty m:val="p"/>
            </m:rPr>
            <m:t>+</m:t>
          </m:r>
          <m:r>
            <m:t>2</m:t>
          </m:r>
          <m:nary>
            <m:naryPr>
              <m:chr m:val="∑"/>
              <m:limLoc m:val="undOvr"/>
              <m:subHide m:val="off"/>
              <m:supHide m:val="off"/>
            </m:naryPr>
            <m:sub>
              <m:r>
                <m:t>a</m:t>
              </m:r>
              <m:r>
                <m:rPr>
                  <m:sty m:val="p"/>
                </m:rPr>
                <m:t>=</m:t>
              </m:r>
              <m:r>
                <m:t>1</m:t>
              </m:r>
            </m:sub>
            <m:sup>
              <m:r>
                <m:t>N</m:t>
              </m:r>
            </m:sup>
            <m:e>
              <m:r>
                <m:rPr>
                  <m:sty m:val="p"/>
                </m:rPr>
                <m:t>cos</m:t>
              </m:r>
            </m:e>
          </m:nary>
          <m:d>
            <m:dPr>
              <m:begChr m:val="("/>
              <m:sepChr m:val=""/>
              <m:endChr m:val=")"/>
              <m:grow/>
            </m:dPr>
            <m:e>
              <m:r>
                <m:t>2</m:t>
              </m:r>
              <m:r>
                <m:t>π</m:t>
              </m:r>
              <m:r>
                <m:t>a</m:t>
              </m:r>
              <m:r>
                <m:t>j</m:t>
              </m:r>
              <m:r>
                <m:rPr>
                  <m:sty m:val="p"/>
                </m:rPr>
                <m:t>/</m:t>
              </m:r>
              <m:r>
                <m:t>q</m:t>
              </m:r>
            </m:e>
          </m:d>
          <m:r>
            <m:rPr>
              <m:sty m:val="p"/>
            </m:rPr>
            <m:t>=</m:t>
          </m:r>
          <m:r>
            <m:t>0</m:t>
          </m:r>
          <m:r>
            <m:t> </m:t>
          </m:r>
          <m:d>
            <m:dPr>
              <m:begChr m:val="("/>
              <m:sepChr m:val=""/>
              <m:endChr m:val=")"/>
              <m:grow/>
            </m:dPr>
            <m:e>
              <m:r>
                <m:t>1</m:t>
              </m:r>
              <m:r>
                <m:rPr>
                  <m:sty m:val="p"/>
                </m:rPr>
                <m:t>≤</m:t>
              </m:r>
              <m:r>
                <m:t>j</m:t>
              </m:r>
              <m:r>
                <m:rPr>
                  <m:sty m:val="p"/>
                </m:rPr>
                <m:t>&lt;</m:t>
              </m:r>
              <m:r>
                <m:t>q</m:t>
              </m:r>
            </m:e>
          </m:d>
          <m:r>
            <m:rPr>
              <m:sty m:val="p"/>
            </m:rPr>
            <m:t>.</m:t>
          </m:r>
        </m:oMath>
      </m:oMathPara>
    </w:p>
    <w:p>
      <w:pPr>
        <w:pStyle w:val="FirstParagraph"/>
        <w:keepLines/>
      </w:pPr>
      <w:r>
        <w:t xml:space="preserve">Thus the samples are</w:t>
      </w:r>
      <w:r>
        <w:t xml:space="preserve"> </w:t>
      </w:r>
      <m:oMath>
        <m:r>
          <m:t>N</m:t>
        </m:r>
      </m:oMath>
      <w:r>
        <w:t xml:space="preserve"> </w:t>
      </w:r>
      <w:r>
        <w:t xml:space="preserve">once and</w:t>
      </w:r>
      <w:r>
        <w:t xml:space="preserve"> </w:t>
      </w:r>
      <m:oMath>
        <m:r>
          <m:rPr>
            <m:sty m:val="p"/>
          </m:rPr>
          <m:t>−</m:t>
        </m:r>
        <m:r>
          <m:t>1</m:t>
        </m:r>
        <m:r>
          <m:rPr>
            <m:sty m:val="p"/>
          </m:rPr>
          <m:t>/</m:t>
        </m:r>
        <m:r>
          <m:t>2</m:t>
        </m:r>
      </m:oMath>
      <w:r>
        <w:t xml:space="preserve"> </w:t>
      </w:r>
      <w:r>
        <w:t xml:space="preserve">at every other point. Their mean is zero and their mean square is</w:t>
      </w:r>
    </w:p>
    <w:p>
      <w:pPr>
        <w:pStyle w:val="BodyText"/>
        <w:keepLines/>
      </w:pPr>
      <m:oMathPara>
        <m:oMathParaPr>
          <m:jc m:val="center"/>
        </m:oMathParaPr>
        <m:oMath>
          <m:f>
            <m:fPr>
              <m:type m:val="bar"/>
            </m:fPr>
            <m:num>
              <m:sSup>
                <m:e>
                  <m:r>
                    <m:t>N</m:t>
                  </m:r>
                </m:e>
                <m:sup>
                  <m:r>
                    <m:t>2</m:t>
                  </m:r>
                </m:sup>
              </m:sSup>
              <m:r>
                <m:rPr>
                  <m:sty m:val="p"/>
                </m:rPr>
                <m:t>+</m:t>
              </m:r>
              <m:r>
                <m:t>2</m:t>
              </m:r>
              <m:r>
                <m:t>N</m:t>
              </m:r>
              <m:d>
                <m:dPr>
                  <m:begChr m:val="("/>
                  <m:sepChr m:val=""/>
                  <m:endChr m:val=")"/>
                  <m:grow/>
                </m:dPr>
                <m:e>
                  <m:r>
                    <m:t>1</m:t>
                  </m:r>
                  <m:r>
                    <m:rPr>
                      <m:sty m:val="p"/>
                    </m:rPr>
                    <m:t>/</m:t>
                  </m:r>
                  <m:r>
                    <m:t>4</m:t>
                  </m:r>
                </m:e>
              </m:d>
            </m:num>
            <m:den>
              <m:r>
                <m:t>2</m:t>
              </m:r>
              <m:r>
                <m:t>N</m:t>
              </m:r>
              <m:r>
                <m:rPr>
                  <m:sty m:val="p"/>
                </m:rPr>
                <m:t>+</m:t>
              </m:r>
              <m:r>
                <m:t>1</m:t>
              </m:r>
            </m:den>
          </m:f>
          <m:r>
            <m:rPr>
              <m:sty m:val="p"/>
            </m:rPr>
            <m:t>=</m:t>
          </m:r>
          <m:f>
            <m:fPr>
              <m:type m:val="bar"/>
            </m:fPr>
            <m:num>
              <m:r>
                <m:t>N</m:t>
              </m:r>
            </m:num>
            <m:den>
              <m:r>
                <m:t>2</m:t>
              </m:r>
            </m:den>
          </m:f>
          <m:r>
            <m:rPr>
              <m:sty m:val="p"/>
            </m:rPr>
            <m:t>.</m:t>
          </m:r>
        </m:oMath>
      </m:oMathPara>
    </w:p>
    <w:p>
      <w:pPr>
        <w:pStyle w:val="FirstParagraph"/>
      </w:pPr>
      <w:r>
        <w:t xml:space="preserve">These are the true continuous mean and mean square. The sample minimum, however, is not the true minimum.</w:t>
      </w:r>
    </w:p>
    <w:p>
      <w:pPr>
        <w:pStyle w:val="BodyText"/>
      </w:pPr>
      <w:r>
        <w:t xml:space="preserve">The Dirichlet identity is</w:t>
      </w:r>
    </w:p>
    <w:p>
      <w:pPr>
        <w:pStyle w:val="BodyText"/>
        <w:keepLines/>
      </w:pPr>
      <m:oMathPara>
        <m:oMathParaPr>
          <m:jc m:val="center"/>
        </m:oMathParaPr>
        <m:oMath>
          <m:r>
            <m:t>1</m:t>
          </m:r>
          <m:r>
            <m:rPr>
              <m:sty m:val="p"/>
            </m:rPr>
            <m:t>+</m:t>
          </m:r>
          <m:r>
            <m:t>2</m:t>
          </m:r>
          <m:sSub>
            <m:e>
              <m:r>
                <m:t>f</m:t>
              </m:r>
            </m:e>
            <m:sub>
              <m:r>
                <m:t>N</m:t>
              </m:r>
            </m:sub>
          </m:sSub>
          <m:d>
            <m:dPr>
              <m:begChr m:val="("/>
              <m:sepChr m:val=""/>
              <m:endChr m:val=")"/>
              <m:grow/>
            </m:dPr>
            <m:e>
              <m:r>
                <m:t>x</m:t>
              </m:r>
            </m:e>
          </m:d>
          <m:r>
            <m:rPr>
              <m:sty m:val="p"/>
            </m:rPr>
            <m:t>=</m:t>
          </m:r>
          <m:f>
            <m:fPr>
              <m:type m:val="bar"/>
            </m:fPr>
            <m:num>
              <m:r>
                <m:rPr>
                  <m:sty m:val="p"/>
                </m:rPr>
                <m:t>sin</m:t>
              </m:r>
              <m:d>
                <m:dPr>
                  <m:begChr m:val="("/>
                  <m:sepChr m:val=""/>
                  <m:endChr m:val=")"/>
                  <m:grow/>
                </m:dPr>
                <m:e>
                  <m:d>
                    <m:dPr>
                      <m:begChr m:val="("/>
                      <m:sepChr m:val=""/>
                      <m:endChr m:val=")"/>
                      <m:grow/>
                    </m:dPr>
                    <m:e>
                      <m:r>
                        <m:t>N</m:t>
                      </m:r>
                      <m:r>
                        <m:rPr>
                          <m:sty m:val="p"/>
                        </m:rPr>
                        <m:t>+</m:t>
                      </m:r>
                      <m:r>
                        <m:t>1</m:t>
                      </m:r>
                      <m:r>
                        <m:rPr>
                          <m:sty m:val="p"/>
                        </m:rPr>
                        <m:t>/</m:t>
                      </m:r>
                      <m:r>
                        <m:t>2</m:t>
                      </m:r>
                    </m:e>
                  </m:d>
                  <m:r>
                    <m:t>x</m:t>
                  </m:r>
                </m:e>
              </m:d>
            </m:num>
            <m:den>
              <m:r>
                <m:rPr>
                  <m:sty m:val="p"/>
                </m:rPr>
                <m:t>sin</m:t>
              </m:r>
              <m:d>
                <m:dPr>
                  <m:begChr m:val="("/>
                  <m:sepChr m:val=""/>
                  <m:endChr m:val=")"/>
                  <m:grow/>
                </m:dPr>
                <m:e>
                  <m:r>
                    <m:t>x</m:t>
                  </m:r>
                  <m:r>
                    <m:rPr>
                      <m:sty m:val="p"/>
                    </m:rPr>
                    <m:t>/</m:t>
                  </m:r>
                  <m:r>
                    <m:t>2</m:t>
                  </m:r>
                </m:e>
              </m:d>
            </m:den>
          </m:f>
          <m:r>
            <m:rPr>
              <m:sty m:val="p"/>
            </m:rPr>
            <m:t>,</m:t>
          </m:r>
        </m:oMath>
      </m:oMathPara>
    </w:p>
    <w:p>
      <w:pPr>
        <w:pStyle w:val="FirstParagraph"/>
        <w:keepLines/>
      </w:pPr>
      <w:r>
        <w:t xml:space="preserve">with the values at removable singularities defined by continuity. At</w:t>
      </w:r>
      <w:r>
        <w:t xml:space="preserve"> </w:t>
      </w:r>
      <m:oMath>
        <m:r>
          <m:t>x</m:t>
        </m:r>
        <m:r>
          <m:rPr>
            <m:sty m:val="p"/>
          </m:rPr>
          <m:t>=</m:t>
        </m:r>
        <m:r>
          <m:t>3</m:t>
        </m:r>
        <m:r>
          <m:t>π</m:t>
        </m:r>
        <m:r>
          <m:rPr>
            <m:sty m:val="p"/>
          </m:rPr>
          <m:t>/</m:t>
        </m:r>
        <m:r>
          <m:t>q</m:t>
        </m:r>
      </m:oMath>
      <w:r>
        <w:t xml:space="preserve">, its numerator is</w:t>
      </w:r>
      <w:r>
        <w:t xml:space="preserve"> </w:t>
      </w:r>
      <m:oMath>
        <m:r>
          <m:rPr>
            <m:sty m:val="p"/>
          </m:rPr>
          <m:t>−</m:t>
        </m:r>
        <m:r>
          <m:t>1</m:t>
        </m:r>
      </m:oMath>
      <w:r>
        <w:t xml:space="preserve">, so</w:t>
      </w:r>
    </w:p>
    <w:p>
      <w:pPr>
        <w:pStyle w:val="BodyText"/>
        <w:keepLines/>
      </w:pPr>
      <m:oMathPara>
        <m:oMathParaPr>
          <m:jc m:val="center"/>
        </m:oMathParaPr>
        <m:oMath>
          <m:r>
            <m:rPr>
              <m:sty m:val="p"/>
            </m:rPr>
            <m:t>−</m:t>
          </m:r>
          <m:sSub>
            <m:e>
              <m:r>
                <m:t>f</m:t>
              </m:r>
            </m:e>
            <m:sub>
              <m:r>
                <m:t>N</m:t>
              </m:r>
            </m:sub>
          </m:sSub>
          <m:d>
            <m:dPr>
              <m:begChr m:val="("/>
              <m:sepChr m:val=""/>
              <m:endChr m:val=")"/>
              <m:grow/>
            </m:dPr>
            <m:e>
              <m:r>
                <m:t>3</m:t>
              </m:r>
              <m:r>
                <m:t>π</m:t>
              </m:r>
              <m:r>
                <m:rPr>
                  <m:sty m:val="p"/>
                </m:rPr>
                <m:t>/</m:t>
              </m:r>
              <m:r>
                <m:t>q</m:t>
              </m:r>
            </m:e>
          </m:d>
          <m:r>
            <m:rPr>
              <m:sty m:val="p"/>
            </m:rPr>
            <m:t>=</m:t>
          </m:r>
          <m:f>
            <m:fPr>
              <m:type m:val="bar"/>
            </m:fPr>
            <m:num>
              <m:r>
                <m:t>1</m:t>
              </m:r>
            </m:num>
            <m:den>
              <m:r>
                <m:t>2</m:t>
              </m:r>
            </m:den>
          </m:f>
          <m:r>
            <m:rPr>
              <m:sty m:val="p"/>
            </m:rPr>
            <m:t>+</m:t>
          </m:r>
          <m:f>
            <m:fPr>
              <m:type m:val="bar"/>
            </m:fPr>
            <m:num>
              <m:r>
                <m:t>1</m:t>
              </m:r>
            </m:num>
            <m:den>
              <m:r>
                <m:t>2</m:t>
              </m:r>
              <m:r>
                <m:rPr>
                  <m:sty m:val="p"/>
                </m:rPr>
                <m:t>sin</m:t>
              </m:r>
              <m:d>
                <m:dPr>
                  <m:begChr m:val="("/>
                  <m:sepChr m:val=""/>
                  <m:endChr m:val=")"/>
                  <m:grow/>
                </m:dPr>
                <m:e>
                  <m:r>
                    <m:t>3</m:t>
                  </m:r>
                  <m:r>
                    <m:t>π</m:t>
                  </m:r>
                  <m:r>
                    <m:rPr>
                      <m:sty m:val="p"/>
                    </m:rPr>
                    <m:t>/</m:t>
                  </m:r>
                  <m:d>
                    <m:dPr>
                      <m:begChr m:val="("/>
                      <m:sepChr m:val=""/>
                      <m:endChr m:val=")"/>
                      <m:grow/>
                    </m:dPr>
                    <m:e>
                      <m:r>
                        <m:t>2</m:t>
                      </m:r>
                      <m:r>
                        <m:t>q</m:t>
                      </m:r>
                    </m:e>
                  </m:d>
                </m:e>
              </m:d>
            </m:den>
          </m:f>
          <m:r>
            <m:rPr>
              <m:sty m:val="p"/>
            </m:rPr>
            <m:t>≥</m:t>
          </m:r>
          <m:f>
            <m:fPr>
              <m:type m:val="bar"/>
            </m:fPr>
            <m:num>
              <m:r>
                <m:t>1</m:t>
              </m:r>
            </m:num>
            <m:den>
              <m:r>
                <m:t>2</m:t>
              </m:r>
            </m:den>
          </m:f>
          <m:r>
            <m:rPr>
              <m:sty m:val="p"/>
            </m:rPr>
            <m:t>+</m:t>
          </m:r>
          <m:f>
            <m:fPr>
              <m:type m:val="bar"/>
            </m:fPr>
            <m:num>
              <m:r>
                <m:t>q</m:t>
              </m:r>
            </m:num>
            <m:den>
              <m:r>
                <m:t>3</m:t>
              </m:r>
              <m:r>
                <m:t>π</m:t>
              </m:r>
            </m:den>
          </m:f>
          <m:r>
            <m:rPr>
              <m:sty m:val="p"/>
            </m:rPr>
            <m:t>.</m:t>
          </m:r>
        </m:oMath>
      </m:oMathPara>
    </w:p>
    <w:p>
      <w:pPr>
        <w:pStyle w:val="FirstParagraph"/>
        <w:keepLines/>
      </w:pPr>
      <w:r>
        <w:t xml:space="preserve">The final inequality uses</w:t>
      </w:r>
      <w:r>
        <w:t xml:space="preserve"> </w:t>
      </w:r>
      <m:oMath>
        <m:r>
          <m:rPr>
            <m:sty m:val="p"/>
          </m:rPr>
          <m:t>sin</m:t>
        </m:r>
        <m:r>
          <m:t>u</m:t>
        </m:r>
        <m:r>
          <m:rPr>
            <m:sty m:val="p"/>
          </m:rPr>
          <m:t>≤</m:t>
        </m:r>
        <m:r>
          <m:t>u</m:t>
        </m:r>
      </m:oMath>
      <w:r>
        <w:t xml:space="preserve"> </w:t>
      </w:r>
      <w:r>
        <w:t xml:space="preserve">for positive</w:t>
      </w:r>
      <w:r>
        <w:t xml:space="preserve"> </w:t>
      </w:r>
      <m:oMath>
        <m:r>
          <m:t>u</m:t>
        </m:r>
      </m:oMath>
      <w:r>
        <w:t xml:space="preserve">. For increasing</w:t>
      </w:r>
      <w:r>
        <w:t xml:space="preserve"> </w:t>
      </w:r>
      <m:oMath>
        <m:r>
          <m:t>N</m:t>
        </m:r>
      </m:oMath>
      <w:r>
        <w:t xml:space="preserve">, the missed depth becomes arbitrarily large even though every nonzero sample remains fixed at</w:t>
      </w:r>
      <w:r>
        <w:t xml:space="preserve"> </w:t>
      </w:r>
      <m:oMath>
        <m:r>
          <m:rPr>
            <m:sty m:val="p"/>
          </m:rPr>
          <m:t>−</m:t>
        </m:r>
        <m:r>
          <m:t>1</m:t>
        </m:r>
        <m:r>
          <m:rPr>
            <m:sty m:val="p"/>
          </m:rPr>
          <m:t>/</m:t>
        </m:r>
        <m:r>
          <m:t>2</m:t>
        </m:r>
      </m:oMath>
      <w:r>
        <w:t xml:space="preserve">.</w:t>
      </w:r>
    </w:p>
    <w:p>
      <w:pPr>
        <w:pStyle w:val="BodyText"/>
        <w:keepNext/>
        <w:spacing w:after="80"/>
      </w:pPr>
      <w:r>
        <w:drawing>
          <wp:inline>
            <wp:extent cx="5852160" cy="2338440"/>
            <wp:effectExtent b="0" l="0" r="0" t="0"/>
            <wp:docPr descr="The continuous trough and the sampling grid" title="" id="62" name="Picture"/>
            <a:graphic>
              <a:graphicData uri="http://schemas.openxmlformats.org/drawingml/2006/picture">
                <pic:pic>
                  <pic:nvPicPr>
                    <pic:cNvPr descr="/workspace/scratch/b671bf289294/bassplus_mathematics_publication/web/assets/fig01_sampling_trough.png" id="63" name="Picture"/>
                    <pic:cNvPicPr>
                      <a:picLocks noChangeArrowheads="1" noChangeAspect="1"/>
                    </pic:cNvPicPr>
                  </pic:nvPicPr>
                  <pic:blipFill>
                    <a:blip r:embed="rId36"/>
                    <a:stretch>
                      <a:fillRect/>
                    </a:stretch>
                  </pic:blipFill>
                  <pic:spPr bwMode="auto">
                    <a:xfrm>
                      <a:off x="0" y="0"/>
                      <a:ext cx="5852160" cy="2338440"/>
                    </a:xfrm>
                    <a:prstGeom prst="rect">
                      <a:avLst/>
                    </a:prstGeom>
                    <a:noFill/>
                    <a:ln w="9525">
                      <a:noFill/>
                      <a:headEnd/>
                      <a:tailEnd/>
                    </a:ln>
                  </pic:spPr>
                </pic:pic>
              </a:graphicData>
            </a:graphic>
          </wp:inline>
        </w:drawing>
      </w:r>
    </w:p>
    <w:p>
      <w:pPr>
        <w:pStyle w:val="Caption"/>
        <w:keepLines/>
        <w:spacing w:after="200"/>
      </w:pPr>
      <w:r>
        <w:rPr>
          <w:bCs/>
          <w:b/>
        </w:rPr>
        <w:t xml:space="preserve">Figure.</w:t>
      </w:r>
      <w:r>
        <w:t xml:space="preserve"> </w:t>
      </w:r>
      <w:r>
        <w:t xml:space="preserve">The default demonstration uses</w:t>
      </w:r>
      <w:r>
        <w:t xml:space="preserve"> </w:t>
      </w:r>
      <m:oMath>
        <m:r>
          <m:t>N</m:t>
        </m:r>
        <m:r>
          <m:rPr>
            <m:sty m:val="p"/>
          </m:rPr>
          <m:t>=</m:t>
        </m:r>
        <m:r>
          <m:t>12</m:t>
        </m:r>
      </m:oMath>
      <w:r>
        <w:t xml:space="preserve"> </w:t>
      </w:r>
      <w:r>
        <w:t xml:space="preserve">and</w:t>
      </w:r>
      <w:r>
        <w:t xml:space="preserve"> </w:t>
      </w:r>
      <m:oMath>
        <m:r>
          <m:t>q</m:t>
        </m:r>
        <m:r>
          <m:rPr>
            <m:sty m:val="p"/>
          </m:rPr>
          <m:t>=</m:t>
        </m:r>
        <m:r>
          <m:t>25</m:t>
        </m:r>
      </m:oMath>
      <w:r>
        <w:t xml:space="preserve">. The off-grid marker is an exact witness, not an assertion that its location is the exact global minimizer. The continuous line should be labelled as a numerical drawing of the known analytic function.</w:t>
      </w:r>
    </w:p>
    <w:bookmarkEnd w:id="64"/>
    <w:bookmarkStart w:id="65" w:name="X22d0b9e620cc2916b5e4861a357b14b9d5eaac8"/>
    <w:p>
      <w:pPr>
        <w:pStyle w:val="Heading2"/>
      </w:pPr>
      <w:r>
        <w:t xml:space="preserve">Why this does not contradict signal reconstruction</w:t>
      </w:r>
    </w:p>
    <w:p>
      <w:pPr>
        <w:pStyle w:val="FirstParagraph"/>
        <w:keepLines/>
      </w:pPr>
      <w:r>
        <w:t xml:space="preserve">This function has known bandwidth and is a trigonometric polynomial of degree</w:t>
      </w:r>
      <w:r>
        <w:t xml:space="preserve"> </w:t>
      </w:r>
      <m:oMath>
        <m:r>
          <m:t>N</m:t>
        </m:r>
      </m:oMath>
      <w:r>
        <w:t xml:space="preserve">. Its</w:t>
      </w:r>
      <w:r>
        <w:t xml:space="preserve"> </w:t>
      </w:r>
      <m:oMath>
        <m:r>
          <m:t>2</m:t>
        </m:r>
        <m:r>
          <m:t>N</m:t>
        </m:r>
        <m:r>
          <m:rPr>
            <m:sty m:val="p"/>
          </m:rPr>
          <m:t>+</m:t>
        </m:r>
        <m:r>
          <m:t>1</m:t>
        </m:r>
      </m:oMath>
      <w:r>
        <w:t xml:space="preserve"> </w:t>
      </w:r>
      <w:r>
        <w:t xml:space="preserve">samples determine all of its coefficients. One can reconstruct the polynomial and then minimize it with a separate, controlled procedure. The failure occurs when the smallest recorded sample is treated as the minimum of the reconstructed continuous signal. The information is present, but the operation performed on it is insufficient.</w:t>
      </w:r>
    </w:p>
    <w:p>
      <w:pPr>
        <w:pStyle w:val="BodyText"/>
        <w:keepLines/>
      </w:pPr>
      <w:r>
        <w:t xml:space="preserve">That distinction is useful for a spectrum display or audio-analysis interface. A responsive plot can use a finite grid, but its text should not imply more accuracy than the computation supplies. The same caution applies when a numerical experiment searches many frequency sets: a small observed value of</w:t>
      </w:r>
      <w:r>
        <w:t xml:space="preserve"> </w:t>
      </w:r>
      <m:oMath>
        <m:r>
          <m:t>K</m:t>
        </m:r>
      </m:oMath>
      <w:r>
        <w:t xml:space="preserve"> </w:t>
      </w:r>
      <w:r>
        <w:t xml:space="preserve">could simply be a trough the grid did not see.</w:t>
      </w:r>
    </w:p>
    <w:bookmarkEnd w:id="65"/>
    <w:bookmarkStart w:id="66" w:name="Xc6f77f6d7de04e9e8ebcc9176cd9433c2284360"/>
    <w:p>
      <w:pPr>
        <w:pStyle w:val="Heading2"/>
      </w:pPr>
      <w:r>
        <w:t xml:space="preserve">A rigorous interval around a sampled estimate</w:t>
      </w:r>
    </w:p>
    <w:p>
      <w:pPr>
        <w:pStyle w:val="FirstParagraph"/>
        <w:keepLines/>
      </w:pPr>
      <w:r>
        <w:t xml:space="preserve">For a general set</w:t>
      </w:r>
      <w:r>
        <w:t xml:space="preserve"> </w:t>
      </w:r>
      <m:oMath>
        <m:r>
          <m:t>A</m:t>
        </m:r>
      </m:oMath>
      <w:r>
        <w:t xml:space="preserve">, use</w:t>
      </w:r>
      <w:r>
        <w:t xml:space="preserve"> </w:t>
      </w:r>
      <m:oMath>
        <m:r>
          <m:t>M</m:t>
        </m:r>
      </m:oMath>
      <w:r>
        <w:t xml:space="preserve"> </w:t>
      </w:r>
      <w:r>
        <w:t xml:space="preserve">equally spaced points and define</w:t>
      </w:r>
      <w:r>
        <w:t xml:space="preserve"> </w:t>
      </w:r>
      <m:oMath>
        <m:sSub>
          <m:e>
            <m:r>
              <m:t>K</m:t>
            </m:r>
          </m:e>
          <m:sub>
            <m:r>
              <m:t>M</m:t>
            </m:r>
          </m:sub>
        </m:sSub>
        <m:r>
          <m:rPr>
            <m:sty m:val="p"/>
          </m:rPr>
          <m:t>=</m:t>
        </m:r>
        <m:r>
          <m:rPr>
            <m:sty m:val="p"/>
          </m:rPr>
          <m:t>−</m:t>
        </m:r>
        <m:sSub>
          <m:e>
            <m:r>
              <m:rPr>
                <m:sty m:val="p"/>
              </m:rPr>
              <m:t>min</m:t>
            </m:r>
          </m:e>
          <m:sub>
            <m:r>
              <m:t>j</m:t>
            </m:r>
          </m:sub>
        </m:sSub>
        <m:sSub>
          <m:e>
            <m:r>
              <m:t>f</m:t>
            </m:r>
          </m:e>
          <m:sub>
            <m:r>
              <m:t>A</m:t>
            </m:r>
          </m:sub>
        </m:sSub>
        <m:d>
          <m:dPr>
            <m:begChr m:val="("/>
            <m:sepChr m:val=""/>
            <m:endChr m:val=")"/>
            <m:grow/>
          </m:dPr>
          <m:e>
            <m:r>
              <m:t>2</m:t>
            </m:r>
            <m:r>
              <m:t>π</m:t>
            </m:r>
            <m:r>
              <m:t>j</m:t>
            </m:r>
            <m:r>
              <m:rPr>
                <m:sty m:val="p"/>
              </m:rPr>
              <m:t>/</m:t>
            </m:r>
            <m:r>
              <m:t>M</m:t>
            </m:r>
          </m:e>
        </m:d>
      </m:oMath>
      <w:r>
        <w:t xml:space="preserve">. Every point of the circle is within</w:t>
      </w:r>
      <w:r>
        <w:t xml:space="preserve"> </w:t>
      </w:r>
      <m:oMath>
        <m:r>
          <m:t>π</m:t>
        </m:r>
        <m:r>
          <m:rPr>
            <m:sty m:val="p"/>
          </m:rPr>
          <m:t>/</m:t>
        </m:r>
        <m:r>
          <m:t>M</m:t>
        </m:r>
      </m:oMath>
      <w:r>
        <w:t xml:space="preserve"> </w:t>
      </w:r>
      <w:r>
        <w:t xml:space="preserve">of a grid point. Since</w:t>
      </w:r>
    </w:p>
    <w:p>
      <w:pPr>
        <w:pStyle w:val="BodyText"/>
        <w:keepLines/>
      </w:pPr>
      <m:oMathPara>
        <m:oMathParaPr>
          <m:jc m:val="center"/>
        </m:oMathParaPr>
        <m:oMath>
          <m:d>
            <m:dPr>
              <m:begChr m:val="|"/>
              <m:sepChr m:val=""/>
              <m:endChr m:val="|"/>
              <m:grow/>
            </m:dPr>
            <m:e>
              <m:sSub>
                <m:e>
                  <m:r>
                    <m:t>f</m:t>
                  </m:r>
                </m:e>
                <m:sub>
                  <m:r>
                    <m:t>A</m:t>
                  </m:r>
                </m:sub>
              </m:sSub>
              <m:r>
                <m:rPr>
                  <m:sty m:val="p"/>
                </m:rPr>
                <m:t>′</m:t>
              </m:r>
              <m:d>
                <m:dPr>
                  <m:begChr m:val="("/>
                  <m:sepChr m:val=""/>
                  <m:endChr m:val=")"/>
                  <m:grow/>
                </m:dPr>
                <m:e>
                  <m:r>
                    <m:t>x</m:t>
                  </m:r>
                </m:e>
              </m:d>
            </m:e>
          </m:d>
          <m:r>
            <m:rPr>
              <m:sty m:val="p"/>
            </m:rPr>
            <m:t>≤</m:t>
          </m:r>
          <m:sSub>
            <m:e>
              <m:r>
                <m:t>S</m:t>
              </m:r>
            </m:e>
            <m:sub>
              <m:r>
                <m:t>1</m:t>
              </m:r>
            </m:sub>
          </m:sSub>
          <m:r>
            <m:rPr>
              <m:sty m:val="p"/>
            </m:rPr>
            <m:t>,</m:t>
          </m:r>
          <m:r>
            <m:t> </m:t>
          </m:r>
          <m:sSub>
            <m:e>
              <m:r>
                <m:t>S</m:t>
              </m:r>
            </m:e>
            <m:sub>
              <m:r>
                <m:t>1</m:t>
              </m:r>
            </m:sub>
          </m:sSub>
          <m:r>
            <m:rPr>
              <m:sty m:val="p"/>
            </m:rPr>
            <m:t>=</m:t>
          </m:r>
          <m:nary>
            <m:naryPr>
              <m:chr m:val="∑"/>
              <m:limLoc m:val="undOvr"/>
              <m:subHide m:val="off"/>
              <m:supHide m:val="on"/>
            </m:naryPr>
            <m:sub>
              <m:r>
                <m:t>a</m:t>
              </m:r>
              <m:r>
                <m:rPr>
                  <m:sty m:val="p"/>
                </m:rPr>
                <m:t>∈</m:t>
              </m:r>
              <m:r>
                <m:t>A</m:t>
              </m:r>
            </m:sub>
            <m:sup>
              <m:r>
                <m:t>​</m:t>
              </m:r>
            </m:sup>
            <m:e>
              <m:r>
                <m:t>a</m:t>
              </m:r>
            </m:e>
          </m:nary>
          <m:r>
            <m:rPr>
              <m:sty m:val="p"/>
            </m:rPr>
            <m:t>,</m:t>
          </m:r>
        </m:oMath>
      </m:oMathPara>
    </w:p>
    <w:p>
      <w:pPr>
        <w:pStyle w:val="FirstParagraph"/>
        <w:keepLines/>
      </w:pPr>
      <w:r>
        <w:t xml:space="preserve">the true depth lies in</w:t>
      </w:r>
      <w:r>
        <w:t xml:space="preserve"> </w:t>
      </w:r>
      <m:oMath>
        <m:d>
          <m:dPr>
            <m:begChr m:val="["/>
            <m:sepChr m:val=""/>
            <m:endChr m:val="]"/>
            <m:grow/>
          </m:dPr>
          <m:e>
            <m:sSub>
              <m:e>
                <m:r>
                  <m:t>K</m:t>
                </m:r>
              </m:e>
              <m:sub>
                <m:r>
                  <m:t>M</m:t>
                </m:r>
              </m:sub>
            </m:sSub>
            <m:r>
              <m:rPr>
                <m:sty m:val="p"/>
              </m:rPr>
              <m:t>,</m:t>
            </m:r>
            <m:sSub>
              <m:e>
                <m:r>
                  <m:t>K</m:t>
                </m:r>
              </m:e>
              <m:sub>
                <m:r>
                  <m:t>M</m:t>
                </m:r>
              </m:sub>
            </m:sSub>
            <m:r>
              <m:rPr>
                <m:sty m:val="p"/>
              </m:rPr>
              <m:t>+</m:t>
            </m:r>
            <m:r>
              <m:t>π</m:t>
            </m:r>
            <m:sSub>
              <m:e>
                <m:r>
                  <m:t>S</m:t>
                </m:r>
              </m:e>
              <m:sub>
                <m:r>
                  <m:t>1</m:t>
                </m:r>
              </m:sub>
            </m:sSub>
            <m:r>
              <m:rPr>
                <m:sty m:val="p"/>
              </m:rPr>
              <m:t>/</m:t>
            </m:r>
            <m:r>
              <m:t>M</m:t>
            </m:r>
          </m:e>
        </m:d>
      </m:oMath>
      <w:r>
        <w:t xml:space="preserve">. At a true minimizer the first derivative vanishes. Taylor’s theorem and</w:t>
      </w:r>
      <w:r>
        <w:t xml:space="preserve"> </w:t>
      </w:r>
      <m:oMath>
        <m:d>
          <m:dPr>
            <m:begChr m:val="|"/>
            <m:sepChr m:val=""/>
            <m:endChr m:val="|"/>
            <m:grow/>
          </m:dPr>
          <m:e>
            <m:sSub>
              <m:e>
                <m:r>
                  <m:t>f</m:t>
                </m:r>
              </m:e>
              <m:sub>
                <m:r>
                  <m:t>A</m:t>
                </m:r>
              </m:sub>
            </m:sSub>
            <m:r>
              <m:rPr>
                <m:sty m:val="p"/>
              </m:rPr>
              <m:t>″</m:t>
            </m:r>
          </m:e>
        </m:d>
        <m:r>
          <m:rPr>
            <m:sty m:val="p"/>
          </m:rPr>
          <m:t>≤</m:t>
        </m:r>
        <m:sSub>
          <m:e>
            <m:r>
              <m:t>S</m:t>
            </m:r>
          </m:e>
          <m:sub>
            <m:r>
              <m:t>2</m:t>
            </m:r>
          </m:sub>
        </m:sSub>
      </m:oMath>
      <w:r>
        <w:t xml:space="preserve">, where</w:t>
      </w:r>
      <w:r>
        <w:t xml:space="preserve"> </w:t>
      </w:r>
      <m:oMath>
        <m:sSub>
          <m:e>
            <m:r>
              <m:t>S</m:t>
            </m:r>
          </m:e>
          <m:sub>
            <m:r>
              <m:t>2</m:t>
            </m:r>
          </m:sub>
        </m:sSub>
        <m:r>
          <m:rPr>
            <m:sty m:val="p"/>
          </m:rPr>
          <m:t>=</m:t>
        </m:r>
        <m:r>
          <m:rPr>
            <m:sty m:val="p"/>
          </m:rPr>
          <m:t>∑</m:t>
        </m:r>
        <m:sSup>
          <m:e>
            <m:r>
              <m:t>a</m:t>
            </m:r>
          </m:e>
          <m:sup>
            <m:r>
              <m:t>2</m:t>
            </m:r>
          </m:sup>
        </m:sSup>
      </m:oMath>
      <w:r>
        <w:t xml:space="preserve">, also give</w:t>
      </w:r>
    </w:p>
    <w:p>
      <w:pPr>
        <w:pStyle w:val="BodyText"/>
        <w:keepLines/>
      </w:pPr>
      <m:oMathPara>
        <m:oMathParaPr>
          <m:jc m:val="center"/>
        </m:oMathParaPr>
        <m:oMath>
          <m:r>
            <m:t>K</m:t>
          </m:r>
          <m:d>
            <m:dPr>
              <m:begChr m:val="("/>
              <m:sepChr m:val=""/>
              <m:endChr m:val=")"/>
              <m:grow/>
            </m:dPr>
            <m:e>
              <m:r>
                <m:t>A</m:t>
              </m:r>
            </m:e>
          </m:d>
          <m:r>
            <m:rPr>
              <m:sty m:val="p"/>
            </m:rPr>
            <m:t>∈</m:t>
          </m:r>
          <m:d>
            <m:dPr>
              <m:begChr m:val="["/>
              <m:sepChr m:val=""/>
              <m:endChr m:val="]"/>
              <m:grow/>
            </m:dPr>
            <m:e>
              <m:sSub>
                <m:e>
                  <m:r>
                    <m:t>K</m:t>
                  </m:r>
                </m:e>
                <m:sub>
                  <m:r>
                    <m:t>M</m:t>
                  </m:r>
                </m:sub>
              </m:sSub>
              <m:r>
                <m:rPr>
                  <m:sty m:val="p"/>
                </m:rPr>
                <m:t>,</m:t>
              </m:r>
              <m:r>
                <m:t> </m:t>
              </m:r>
              <m:sSub>
                <m:e>
                  <m:r>
                    <m:t>K</m:t>
                  </m:r>
                </m:e>
                <m:sub>
                  <m:r>
                    <m:t>M</m:t>
                  </m:r>
                </m:sub>
              </m:sSub>
              <m:r>
                <m:rPr>
                  <m:sty m:val="p"/>
                </m:rPr>
                <m:t>+</m:t>
              </m:r>
              <m:r>
                <m:rPr>
                  <m:sty m:val="p"/>
                </m:rPr>
                <m:t>min</m:t>
              </m:r>
              <m:r>
                <m:t>​</m:t>
              </m:r>
              <m:d>
                <m:dPr>
                  <m:begChr m:val="("/>
                  <m:sepChr m:val=""/>
                  <m:endChr m:val=")"/>
                  <m:grow/>
                </m:dPr>
                <m:e>
                  <m:f>
                    <m:fPr>
                      <m:type m:val="bar"/>
                    </m:fPr>
                    <m:num>
                      <m:r>
                        <m:t>π</m:t>
                      </m:r>
                      <m:sSub>
                        <m:e>
                          <m:r>
                            <m:t>S</m:t>
                          </m:r>
                        </m:e>
                        <m:sub>
                          <m:r>
                            <m:t>1</m:t>
                          </m:r>
                        </m:sub>
                      </m:sSub>
                    </m:num>
                    <m:den>
                      <m:r>
                        <m:t>M</m:t>
                      </m:r>
                    </m:den>
                  </m:f>
                  <m:r>
                    <m:rPr>
                      <m:sty m:val="p"/>
                    </m:rPr>
                    <m:t>,</m:t>
                  </m:r>
                  <m:f>
                    <m:fPr>
                      <m:type m:val="bar"/>
                    </m:fPr>
                    <m:num>
                      <m:sSup>
                        <m:e>
                          <m:r>
                            <m:t>π</m:t>
                          </m:r>
                        </m:e>
                        <m:sup>
                          <m:r>
                            <m:t>2</m:t>
                          </m:r>
                        </m:sup>
                      </m:sSup>
                      <m:sSub>
                        <m:e>
                          <m:r>
                            <m:t>S</m:t>
                          </m:r>
                        </m:e>
                        <m:sub>
                          <m:r>
                            <m:t>2</m:t>
                          </m:r>
                        </m:sub>
                      </m:sSub>
                    </m:num>
                    <m:den>
                      <m:r>
                        <m:t>2</m:t>
                      </m:r>
                      <m:sSup>
                        <m:e>
                          <m:r>
                            <m:t>M</m:t>
                          </m:r>
                        </m:e>
                        <m:sup>
                          <m:r>
                            <m:t>2</m:t>
                          </m:r>
                        </m:sup>
                      </m:sSup>
                    </m:den>
                  </m:f>
                </m:e>
              </m:d>
            </m:e>
          </m:d>
          <m:r>
            <m:rPr>
              <m:sty m:val="p"/>
            </m:rPr>
            <m:t>.</m:t>
          </m:r>
        </m:oMath>
      </m:oMathPara>
    </w:p>
    <w:p>
      <w:pPr>
        <w:pStyle w:val="FirstParagraph"/>
      </w:pPr>
      <w:r>
        <w:t xml:space="preserve">These inequalities are exact in real arithmetic. A software implementation must add a numerical evaluation tolerance if it claims a rigorously certified floating-point result. Merely printing many decimal places does not provide that tolerance.</w:t>
      </w:r>
    </w:p>
    <w:bookmarkEnd w:id="66"/>
    <w:bookmarkStart w:id="67" w:name="what-the-interactive-version-should-show"/>
    <w:p>
      <w:pPr>
        <w:pStyle w:val="Heading2"/>
      </w:pPr>
      <w:r>
        <w:t xml:space="preserve">What the interactive version should show</w:t>
      </w:r>
    </w:p>
    <w:p>
      <w:pPr>
        <w:pStyle w:val="FirstParagraph"/>
      </w:pPr>
      <w:r>
        <w:t xml:space="preserve">The useful interaction is to move the sample grid while retaining the continuous function and the off-grid witness. A second control changes the number of samples. The readout should distinguish</w:t>
      </w:r>
      <w:r>
        <w:t xml:space="preserve"> </w:t>
      </w:r>
      <w:r>
        <w:rPr>
          <w:bCs/>
          <w:b/>
        </w:rPr>
        <w:t xml:space="preserve">sampled depth</w:t>
      </w:r>
      <w:r>
        <w:t xml:space="preserve">,</w:t>
      </w:r>
      <w:r>
        <w:t xml:space="preserve"> </w:t>
      </w:r>
      <w:r>
        <w:rPr>
          <w:bCs/>
          <w:b/>
        </w:rPr>
        <w:t xml:space="preserve">analytic witness</w:t>
      </w:r>
      <w:r>
        <w:t xml:space="preserve">, and</w:t>
      </w:r>
      <w:r>
        <w:t xml:space="preserve"> </w:t>
      </w:r>
      <w:r>
        <w:rPr>
          <w:bCs/>
          <w:b/>
        </w:rPr>
        <w:t xml:space="preserve">provable discretization error</w:t>
      </w:r>
      <w:r>
        <w:t xml:space="preserve">. When the witness is used, the lower endpoint can be increased to the larger of the sampled value and the witness depth.</w:t>
      </w:r>
    </w:p>
    <w:p>
      <w:pPr>
        <w:pStyle w:val="BodyText"/>
      </w:pPr>
      <w:r>
        <w:t xml:space="preserve">The animation should begin only when the reader chooses Play. A paused slider is equally informative and easier to inspect. All states need keyboard controls and a static fallback. There is no reason to request microphone access or play sound: this example explains the geometry of measurement using an ideal mathematical signal.</w:t>
      </w:r>
    </w:p>
    <w:p>
      <w:pPr>
        <w:pStyle w:val="BodyText"/>
      </w:pPr>
      <w:r>
        <w:t xml:space="preserve">For a related spectral version, see</w:t>
      </w:r>
      <w:r>
        <w:t xml:space="preserve"> </w:t>
      </w:r>
      <w:r>
        <w:rPr>
          <w:bCs/>
          <w:b/>
        </w:rPr>
        <w:t xml:space="preserve">Waves and Lattice Particles</w:t>
      </w:r>
      <w:r>
        <w:t xml:space="preserve">. The full derivation, including the twisted finite ring, appears in the</w:t>
      </w:r>
      <w:r>
        <w:t xml:space="preserve"> </w:t>
      </w:r>
      <w:r>
        <w:rPr>
          <w:bCs/>
          <w:b/>
        </w:rPr>
        <w:t xml:space="preserve">Mathematical Appendix</w:t>
      </w:r>
      <w:r>
        <w:t xml:space="preserve">.</w:t>
      </w:r>
    </w:p>
    <w:bookmarkEnd w:id="67"/>
    <w:bookmarkEnd w:id="68"/>
    <w:bookmarkStart w:id="75" w:name="waves-and-lattice-particles"/>
    <w:p>
      <w:pPr>
        <w:pStyle w:val="Heading1"/>
        <w:pageBreakBefore/>
      </w:pPr>
      <w:r>
        <w:t xml:space="preserve">Waves and Lattice Particles</w:t>
      </w:r>
    </w:p>
    <w:p>
      <w:pPr>
        <w:pStyle w:val="FirstParagraph"/>
      </w:pPr>
      <w:r>
        <w:t xml:space="preserve">An analogy becomes mathematically useful when it translates the quantity we care about without changing the question. For a cosine sum, a lattice model does exactly that. Its connection to quantum mechanics is informative, but the identity can be understood using shifts and Fourier series alone.</w:t>
      </w:r>
    </w:p>
    <w:bookmarkStart w:id="69" w:name="X51521adb9ab60aa62e75e70f0af7d18947099cd"/>
    <w:p>
      <w:pPr>
        <w:pStyle w:val="Heading2"/>
      </w:pPr>
      <w:r>
        <w:t xml:space="preserve">A hopping operator with the same dispersion</w:t>
      </w:r>
    </w:p>
    <w:p>
      <w:pPr>
        <w:pStyle w:val="FirstParagraph"/>
        <w:keepLines/>
      </w:pPr>
      <w:r>
        <w:t xml:space="preserve">Let</w:t>
      </w:r>
      <w:r>
        <w:t xml:space="preserve"> </w:t>
      </w:r>
      <m:oMath>
        <m:sSup>
          <m:e>
            <m:r>
              <m:rPr>
                <m:sty m:val="p"/>
              </m:rPr>
              <m:t>ℓ</m:t>
            </m:r>
          </m:e>
          <m:sup>
            <m:r>
              <m:t>2</m:t>
            </m:r>
          </m:sup>
        </m:sSup>
        <m:d>
          <m:dPr>
            <m:begChr m:val="("/>
            <m:sepChr m:val=""/>
            <m:endChr m:val=")"/>
            <m:grow/>
          </m:dPr>
          <m:e>
            <m:r>
              <m:rPr>
                <m:sty m:val="p"/>
                <m:scr m:val="double-struck"/>
              </m:rPr>
              <m:t>Z</m:t>
            </m:r>
          </m:e>
        </m:d>
      </m:oMath>
      <w:r>
        <w:t xml:space="preserve"> </w:t>
      </w:r>
      <w:r>
        <w:t xml:space="preserve">be the space of square-summable sequences on the integer lattice. Write</w:t>
      </w:r>
      <w:r>
        <w:t xml:space="preserve"> </w:t>
      </w:r>
      <m:oMath>
        <m:r>
          <m:t>T</m:t>
        </m:r>
        <m:sSub>
          <m:e>
            <m:r>
              <m:t>e</m:t>
            </m:r>
          </m:e>
          <m:sub>
            <m:r>
              <m:t>n</m:t>
            </m:r>
          </m:sub>
        </m:sSub>
        <m:r>
          <m:rPr>
            <m:sty m:val="p"/>
          </m:rPr>
          <m:t>=</m:t>
        </m:r>
        <m:sSub>
          <m:e>
            <m:r>
              <m:t>e</m:t>
            </m:r>
          </m:e>
          <m:sub>
            <m:r>
              <m:t>n</m:t>
            </m:r>
            <m:r>
              <m:rPr>
                <m:sty m:val="p"/>
              </m:rPr>
              <m:t>+</m:t>
            </m:r>
            <m:r>
              <m:t>1</m:t>
            </m:r>
          </m:sub>
        </m:sSub>
      </m:oMath>
      <w:r>
        <w:t xml:space="preserve"> </w:t>
      </w:r>
      <w:r>
        <w:t xml:space="preserve">for the shift of a basis vector. For a finite frequency set</w:t>
      </w:r>
      <w:r>
        <w:t xml:space="preserve"> </w:t>
      </w:r>
      <m:oMath>
        <m:r>
          <m:t>A</m:t>
        </m:r>
      </m:oMath>
      <w:r>
        <w:t xml:space="preserve">, define</w:t>
      </w:r>
    </w:p>
    <w:p>
      <w:pPr>
        <w:pStyle w:val="BodyText"/>
        <w:keepLines/>
      </w:pPr>
      <m:oMathPara>
        <m:oMathParaPr>
          <m:jc m:val="center"/>
        </m:oMathParaPr>
        <m:oMath>
          <m:sSub>
            <m:e>
              <m:r>
                <m:t>H</m:t>
              </m:r>
            </m:e>
            <m:sub>
              <m:r>
                <m:t>A</m:t>
              </m:r>
            </m:sub>
          </m:sSub>
          <m:r>
            <m:rPr>
              <m:sty m:val="p"/>
            </m:rPr>
            <m:t>=</m:t>
          </m:r>
          <m:f>
            <m:fPr>
              <m:type m:val="bar"/>
            </m:fPr>
            <m:num>
              <m:r>
                <m:t>1</m:t>
              </m:r>
            </m:num>
            <m:den>
              <m:r>
                <m:t>2</m:t>
              </m:r>
            </m:den>
          </m:f>
          <m:nary>
            <m:naryPr>
              <m:chr m:val="∑"/>
              <m:limLoc m:val="undOvr"/>
              <m:subHide m:val="off"/>
              <m:supHide m:val="on"/>
            </m:naryPr>
            <m:sub>
              <m:r>
                <m:t>a</m:t>
              </m:r>
              <m:r>
                <m:rPr>
                  <m:sty m:val="p"/>
                </m:rPr>
                <m:t>∈</m:t>
              </m:r>
              <m:r>
                <m:t>A</m:t>
              </m:r>
            </m:sub>
            <m:sup>
              <m:r>
                <m:t>​</m:t>
              </m:r>
            </m:sup>
            <m:e>
              <m:d>
                <m:dPr>
                  <m:begChr m:val="("/>
                  <m:sepChr m:val=""/>
                  <m:endChr m:val=")"/>
                  <m:grow/>
                </m:dPr>
                <m:e>
                  <m:sSup>
                    <m:e>
                      <m:r>
                        <m:t>T</m:t>
                      </m:r>
                    </m:e>
                    <m:sup>
                      <m:r>
                        <m:t>a</m:t>
                      </m:r>
                    </m:sup>
                  </m:sSup>
                  <m:r>
                    <m:rPr>
                      <m:sty m:val="p"/>
                    </m:rPr>
                    <m:t>+</m:t>
                  </m:r>
                  <m:sSup>
                    <m:e>
                      <m:r>
                        <m:t>T</m:t>
                      </m:r>
                    </m:e>
                    <m:sup>
                      <m:r>
                        <m:rPr>
                          <m:sty m:val="p"/>
                        </m:rPr>
                        <m:t>−</m:t>
                      </m:r>
                      <m:r>
                        <m:t>a</m:t>
                      </m:r>
                    </m:sup>
                  </m:sSup>
                </m:e>
              </m:d>
            </m:e>
          </m:nary>
          <m:r>
            <m:rPr>
              <m:sty m:val="p"/>
            </m:rPr>
            <m:t>.</m:t>
          </m:r>
        </m:oMath>
      </m:oMathPara>
    </w:p>
    <w:p>
      <w:pPr>
        <w:pStyle w:val="FirstParagraph"/>
        <w:keepLines/>
      </w:pPr>
      <w:r>
        <w:t xml:space="preserve">The operator permits a hop by each distance</w:t>
      </w:r>
      <w:r>
        <w:t xml:space="preserve"> </w:t>
      </w:r>
      <m:oMath>
        <m:r>
          <m:t>a</m:t>
        </m:r>
      </m:oMath>
      <w:r>
        <w:t xml:space="preserve"> </w:t>
      </w:r>
      <w:r>
        <w:t xml:space="preserve">in both directions. It is self-adjoint because every forward shift is paired with its adjoint. Under the unitary Fourier transform</w:t>
      </w:r>
      <w:r>
        <w:t xml:space="preserve"> </w:t>
      </w:r>
      <m:oMath>
        <m:sSub>
          <m:e>
            <m:r>
              <m:t>e</m:t>
            </m:r>
          </m:e>
          <m:sub>
            <m:r>
              <m:t>n</m:t>
            </m:r>
          </m:sub>
        </m:sSub>
        <m:r>
          <m:rPr>
            <m:sty m:val="p"/>
          </m:rPr>
          <m:t>↦</m:t>
        </m:r>
        <m:sSup>
          <m:e>
            <m:r>
              <m:t>e</m:t>
            </m:r>
          </m:e>
          <m:sup>
            <m:r>
              <m:t>i</m:t>
            </m:r>
            <m:r>
              <m:t>n</m:t>
            </m:r>
            <m:r>
              <m:t>x</m:t>
            </m:r>
          </m:sup>
        </m:sSup>
      </m:oMath>
      <w:r>
        <w:t xml:space="preserve">, it acts as multiplication by</w:t>
      </w:r>
    </w:p>
    <w:p>
      <w:pPr>
        <w:pStyle w:val="BodyText"/>
        <w:keepLines/>
      </w:pPr>
      <m:oMathPara>
        <m:oMathParaPr>
          <m:jc m:val="center"/>
        </m:oMathParaPr>
        <m:oMath>
          <m:sSub>
            <m:e>
              <m:r>
                <m:t>f</m:t>
              </m:r>
            </m:e>
            <m:sub>
              <m:r>
                <m:t>A</m:t>
              </m:r>
            </m:sub>
          </m:sSub>
          <m:d>
            <m:dPr>
              <m:begChr m:val="("/>
              <m:sepChr m:val=""/>
              <m:endChr m:val=")"/>
              <m:grow/>
            </m:dPr>
            <m:e>
              <m:r>
                <m:t>x</m:t>
              </m:r>
            </m:e>
          </m:d>
          <m:r>
            <m:rPr>
              <m:sty m:val="p"/>
            </m:rPr>
            <m:t>=</m:t>
          </m:r>
          <m:nary>
            <m:naryPr>
              <m:chr m:val="∑"/>
              <m:limLoc m:val="undOvr"/>
              <m:subHide m:val="off"/>
              <m:supHide m:val="on"/>
            </m:naryPr>
            <m:sub>
              <m:r>
                <m:t>a</m:t>
              </m:r>
              <m:r>
                <m:rPr>
                  <m:sty m:val="p"/>
                </m:rPr>
                <m:t>∈</m:t>
              </m:r>
              <m:r>
                <m:t>A</m:t>
              </m:r>
            </m:sub>
            <m:sup>
              <m:r>
                <m:t>​</m:t>
              </m:r>
            </m:sup>
            <m:e>
              <m:r>
                <m:rPr>
                  <m:sty m:val="p"/>
                </m:rPr>
                <m:t>cos</m:t>
              </m:r>
            </m:e>
          </m:nary>
          <m:d>
            <m:dPr>
              <m:begChr m:val="("/>
              <m:sepChr m:val=""/>
              <m:endChr m:val=")"/>
              <m:grow/>
            </m:dPr>
            <m:e>
              <m:r>
                <m:t>a</m:t>
              </m:r>
              <m:r>
                <m:t>x</m:t>
              </m:r>
            </m:e>
          </m:d>
          <m:r>
            <m:rPr>
              <m:sty m:val="p"/>
            </m:rPr>
            <m:t>.</m:t>
          </m:r>
        </m:oMath>
      </m:oMathPara>
    </w:p>
    <w:p>
      <w:pPr>
        <w:pStyle w:val="FirstParagraph"/>
        <w:keepLines/>
      </w:pPr>
      <w:r>
        <w:t xml:space="preserve">The spectrum of a multiplication operator is its essential range. Here continuity, together with the connected circle and full support of uniform measure, makes this the interval</w:t>
      </w:r>
      <w:r>
        <w:t xml:space="preserve"> </w:t>
      </w:r>
      <m:oMath>
        <m:d>
          <m:dPr>
            <m:begChr m:val="["/>
            <m:sepChr m:val=""/>
            <m:endChr m:val="]"/>
            <m:grow/>
          </m:dPr>
          <m:e>
            <m:r>
              <m:rPr>
                <m:sty m:val="p"/>
              </m:rPr>
              <m:t>−</m:t>
            </m:r>
            <m:r>
              <m:t>K</m:t>
            </m:r>
            <m:d>
              <m:dPr>
                <m:begChr m:val="("/>
                <m:sepChr m:val=""/>
                <m:endChr m:val=")"/>
                <m:grow/>
              </m:dPr>
              <m:e>
                <m:r>
                  <m:t>A</m:t>
                </m:r>
              </m:e>
            </m:d>
            <m:r>
              <m:rPr>
                <m:sty m:val="p"/>
              </m:rPr>
              <m:t>,</m:t>
            </m:r>
            <m:r>
              <m:t>N</m:t>
            </m:r>
          </m:e>
        </m:d>
      </m:oMath>
      <w:r>
        <w:t xml:space="preserve">. The lowest spectral value and the most negative wave value are therefore the same number.</w:t>
      </w:r>
    </w:p>
    <w:p>
      <w:pPr>
        <w:pStyle w:val="BodyText"/>
      </w:pPr>
      <w:r>
        <w:t xml:space="preserve">This resembles the dispersion relation of a tight-binding model. The analogy concerns a linear operator and its spectrum; it does not assert that a classical audio wave is a stream of localized particles. Standard lattice physics also distinguishes a finite system’s eigenvalues from the continuous bands of an infinite periodic system.</w:t>
      </w:r>
      <w:r>
        <w:t xml:space="preserve"> </w:t>
      </w:r>
      <w:hyperlink w:anchor="tongaqm">
        <w:r>
          <w:rPr>
            <w:rStyle w:val="Hyperlink"/>
          </w:rPr>
          <w:t xml:space="preserve">[TongAQM]</w:t>
        </w:r>
      </w:hyperlink>
    </w:p>
    <w:bookmarkEnd w:id="69"/>
    <w:bookmarkStart w:id="72" w:name="a-finite-ring-sees-selected-phases"/>
    <w:p>
      <w:pPr>
        <w:pStyle w:val="Heading2"/>
      </w:pPr>
      <w:r>
        <w:t xml:space="preserve">A finite ring sees selected phases</w:t>
      </w:r>
    </w:p>
    <w:p>
      <w:pPr>
        <w:pStyle w:val="FirstParagraph"/>
        <w:keepLines/>
      </w:pPr>
      <w:r>
        <w:t xml:space="preserve">On a ring of</w:t>
      </w:r>
      <w:r>
        <w:t xml:space="preserve"> </w:t>
      </w:r>
      <m:oMath>
        <m:r>
          <m:t>q</m:t>
        </m:r>
      </m:oMath>
      <w:r>
        <w:t xml:space="preserve"> </w:t>
      </w:r>
      <w:r>
        <w:t xml:space="preserve">sites, introduce a phase</w:t>
      </w:r>
      <w:r>
        <w:t xml:space="preserve"> </w:t>
      </w:r>
      <m:oMath>
        <m:r>
          <m:t>ϕ</m:t>
        </m:r>
      </m:oMath>
      <w:r>
        <w:t xml:space="preserve"> </w:t>
      </w:r>
      <w:r>
        <w:t xml:space="preserve">at the closing boundary. Choose the shift so that</w:t>
      </w:r>
      <w:r>
        <w:t xml:space="preserve"> </w:t>
      </w:r>
      <m:oMath>
        <m:sSubSup>
          <m:e>
            <m:r>
              <m:t>T</m:t>
            </m:r>
          </m:e>
          <m:sub>
            <m:r>
              <m:t>ϕ</m:t>
            </m:r>
          </m:sub>
          <m:sup>
            <m:r>
              <m:t>q</m:t>
            </m:r>
          </m:sup>
        </m:sSubSup>
        <m:r>
          <m:rPr>
            <m:sty m:val="p"/>
          </m:rPr>
          <m:t>=</m:t>
        </m:r>
        <m:sSup>
          <m:e>
            <m:r>
              <m:t>e</m:t>
            </m:r>
          </m:e>
          <m:sup>
            <m:r>
              <m:t>i</m:t>
            </m:r>
            <m:r>
              <m:t>ϕ</m:t>
            </m:r>
          </m:sup>
        </m:sSup>
        <m:r>
          <m:t>I</m:t>
        </m:r>
      </m:oMath>
      <w:r>
        <w:t xml:space="preserve">. Its eigenphases are</w:t>
      </w:r>
      <w:r>
        <w:t xml:space="preserve"> </w:t>
      </w:r>
      <m:oMath>
        <m:d>
          <m:dPr>
            <m:begChr m:val="("/>
            <m:sepChr m:val=""/>
            <m:endChr m:val=")"/>
            <m:grow/>
          </m:dPr>
          <m:e>
            <m:r>
              <m:t>2</m:t>
            </m:r>
            <m:r>
              <m:t>π</m:t>
            </m:r>
            <m:r>
              <m:t>j</m:t>
            </m:r>
            <m:r>
              <m:rPr>
                <m:sty m:val="p"/>
              </m:rPr>
              <m:t>+</m:t>
            </m:r>
            <m:r>
              <m:t>ϕ</m:t>
            </m:r>
          </m:e>
        </m:d>
        <m:r>
          <m:rPr>
            <m:sty m:val="p"/>
          </m:rPr>
          <m:t>/</m:t>
        </m:r>
        <m:r>
          <m:t>q</m:t>
        </m:r>
      </m:oMath>
      <w:r>
        <w:t xml:space="preserve">, and hence</w:t>
      </w:r>
    </w:p>
    <w:p>
      <w:pPr>
        <w:pStyle w:val="BodyText"/>
        <w:keepLines/>
      </w:pPr>
      <m:oMathPara>
        <m:oMathParaPr>
          <m:jc m:val="center"/>
        </m:oMathParaPr>
        <m:oMath>
          <m:sSub>
            <m:e>
              <m:r>
                <m:t>E</m:t>
              </m:r>
            </m:e>
            <m:sub>
              <m:r>
                <m:t>j</m:t>
              </m:r>
            </m:sub>
          </m:sSub>
          <m:d>
            <m:dPr>
              <m:begChr m:val="("/>
              <m:sepChr m:val=""/>
              <m:endChr m:val=")"/>
              <m:grow/>
            </m:dPr>
            <m:e>
              <m:r>
                <m:t>ϕ</m:t>
              </m:r>
            </m:e>
          </m:d>
          <m:r>
            <m:rPr>
              <m:sty m:val="p"/>
            </m:rPr>
            <m:t>=</m:t>
          </m:r>
          <m:sSub>
            <m:e>
              <m:r>
                <m:t>f</m:t>
              </m:r>
            </m:e>
            <m:sub>
              <m:r>
                <m:t>A</m:t>
              </m:r>
            </m:sub>
          </m:sSub>
          <m:d>
            <m:dPr>
              <m:begChr m:val="("/>
              <m:sepChr m:val=""/>
              <m:endChr m:val=")"/>
              <m:grow/>
            </m:dPr>
            <m:e>
              <m:d>
                <m:dPr>
                  <m:begChr m:val="("/>
                  <m:sepChr m:val=""/>
                  <m:endChr m:val=")"/>
                  <m:grow/>
                </m:dPr>
                <m:e>
                  <m:r>
                    <m:t>2</m:t>
                  </m:r>
                  <m:r>
                    <m:t>π</m:t>
                  </m:r>
                  <m:r>
                    <m:t>j</m:t>
                  </m:r>
                  <m:r>
                    <m:rPr>
                      <m:sty m:val="p"/>
                    </m:rPr>
                    <m:t>+</m:t>
                  </m:r>
                  <m:r>
                    <m:t>ϕ</m:t>
                  </m:r>
                </m:e>
              </m:d>
              <m:r>
                <m:rPr>
                  <m:sty m:val="p"/>
                </m:rPr>
                <m:t>/</m:t>
              </m:r>
              <m:r>
                <m:t>q</m:t>
              </m:r>
            </m:e>
          </m:d>
          <m:r>
            <m:rPr>
              <m:sty m:val="p"/>
            </m:rPr>
            <m:t>,</m:t>
          </m:r>
          <m:r>
            <m:t>  </m:t>
          </m:r>
          <m:r>
            <m:t>j</m:t>
          </m:r>
          <m:r>
            <m:rPr>
              <m:sty m:val="p"/>
            </m:rPr>
            <m:t>=</m:t>
          </m:r>
          <m:r>
            <m:t>0</m:t>
          </m:r>
          <m:r>
            <m:rPr>
              <m:sty m:val="p"/>
            </m:rPr>
            <m:t>,</m:t>
          </m:r>
          <m:r>
            <m:rPr>
              <m:sty m:val="p"/>
            </m:rPr>
            <m:t>…</m:t>
          </m:r>
          <m:r>
            <m:rPr>
              <m:sty m:val="p"/>
            </m:rPr>
            <m:t>,</m:t>
          </m:r>
          <m:r>
            <m:t>q</m:t>
          </m:r>
          <m:r>
            <m:rPr>
              <m:sty m:val="p"/>
            </m:rPr>
            <m:t>−</m:t>
          </m:r>
          <m:r>
            <m:t>1</m:t>
          </m:r>
          <m:r>
            <m:rPr>
              <m:sty m:val="p"/>
            </m:rPr>
            <m:t>.</m:t>
          </m:r>
        </m:oMath>
      </m:oMathPara>
    </w:p>
    <w:p>
      <w:pPr>
        <w:pStyle w:val="FirstParagraph"/>
        <w:keepLines/>
      </w:pPr>
      <w:r>
        <w:t xml:space="preserve">The untwisted ring samples one grid. Sweeping</w:t>
      </w:r>
      <w:r>
        <w:t xml:space="preserve"> </w:t>
      </w:r>
      <m:oMath>
        <m:r>
          <m:t>0</m:t>
        </m:r>
        <m:r>
          <m:rPr>
            <m:sty m:val="p"/>
          </m:rPr>
          <m:t>≤</m:t>
        </m:r>
        <m:r>
          <m:t>ϕ</m:t>
        </m:r>
        <m:r>
          <m:rPr>
            <m:sty m:val="p"/>
          </m:rPr>
          <m:t>≤</m:t>
        </m:r>
        <m:r>
          <m:t>2</m:t>
        </m:r>
        <m:r>
          <m:t>π</m:t>
        </m:r>
      </m:oMath>
      <w:r>
        <w:t xml:space="preserve"> </w:t>
      </w:r>
      <w:r>
        <w:t xml:space="preserve">and all</w:t>
      </w:r>
      <w:r>
        <w:t xml:space="preserve"> </w:t>
      </w:r>
      <m:oMath>
        <m:r>
          <m:t>j</m:t>
        </m:r>
      </m:oMath>
      <w:r>
        <w:t xml:space="preserve"> </w:t>
      </w:r>
      <w:r>
        <w:t xml:space="preserve">covers a whole period. Consequently,</w:t>
      </w:r>
    </w:p>
    <w:p>
      <w:pPr>
        <w:pStyle w:val="BodyText"/>
        <w:keepLines/>
      </w:pPr>
      <m:oMathPara>
        <m:oMathParaPr>
          <m:jc m:val="center"/>
        </m:oMathParaPr>
        <m:oMath>
          <m:limLow>
            <m:e>
              <m:r>
                <m:rPr>
                  <m:sty m:val="p"/>
                </m:rPr>
                <m:t>min</m:t>
              </m:r>
            </m:e>
            <m:lim>
              <m:r>
                <m:t>ϕ</m:t>
              </m:r>
              <m:r>
                <m:rPr>
                  <m:sty m:val="p"/>
                </m:rPr>
                <m:t>,</m:t>
              </m:r>
              <m:r>
                <m:t>j</m:t>
              </m:r>
            </m:lim>
          </m:limLow>
          <m:sSub>
            <m:e>
              <m:r>
                <m:t>E</m:t>
              </m:r>
            </m:e>
            <m:sub>
              <m:r>
                <m:t>j</m:t>
              </m:r>
            </m:sub>
          </m:sSub>
          <m:d>
            <m:dPr>
              <m:begChr m:val="("/>
              <m:sepChr m:val=""/>
              <m:endChr m:val=")"/>
              <m:grow/>
            </m:dPr>
            <m:e>
              <m:r>
                <m:t>ϕ</m:t>
              </m:r>
            </m:e>
          </m:d>
          <m:r>
            <m:rPr>
              <m:sty m:val="p"/>
            </m:rPr>
            <m:t>=</m:t>
          </m:r>
          <m:r>
            <m:rPr>
              <m:sty m:val="p"/>
            </m:rPr>
            <m:t>−</m:t>
          </m:r>
          <m:r>
            <m:t>K</m:t>
          </m:r>
          <m:d>
            <m:dPr>
              <m:begChr m:val="("/>
              <m:sepChr m:val=""/>
              <m:endChr m:val=")"/>
              <m:grow/>
            </m:dPr>
            <m:e>
              <m:r>
                <m:t>A</m:t>
              </m:r>
            </m:e>
          </m:d>
          <m:r>
            <m:rPr>
              <m:sty m:val="p"/>
            </m:rPr>
            <m:t>.</m:t>
          </m:r>
        </m:oMath>
      </m:oMathPara>
    </w:p>
    <w:p>
      <w:pPr>
        <w:pStyle w:val="FirstParagraph"/>
        <w:keepLines/>
      </w:pPr>
      <w:r>
        <w:t xml:space="preserve">For</w:t>
      </w:r>
      <w:r>
        <w:t xml:space="preserve"> </w:t>
      </w:r>
      <m:oMath>
        <m:r>
          <m:t>A</m:t>
        </m:r>
        <m:r>
          <m:rPr>
            <m:sty m:val="p"/>
          </m:rPr>
          <m:t>=</m:t>
        </m:r>
        <m:r>
          <m:rPr>
            <m:sty m:val="p"/>
          </m:rPr>
          <m:t>{</m:t>
        </m:r>
        <m:r>
          <m:t>1</m:t>
        </m:r>
        <m:r>
          <m:rPr>
            <m:sty m:val="p"/>
          </m:rPr>
          <m:t>,</m:t>
        </m:r>
        <m:r>
          <m:rPr>
            <m:sty m:val="p"/>
          </m:rPr>
          <m:t>…</m:t>
        </m:r>
        <m:r>
          <m:rPr>
            <m:sty m:val="p"/>
          </m:rPr>
          <m:t>,</m:t>
        </m:r>
        <m:r>
          <m:t>N</m:t>
        </m:r>
        <m:r>
          <m:rPr>
            <m:sty m:val="p"/>
          </m:rPr>
          <m:t>}</m:t>
        </m:r>
      </m:oMath>
      <w:r>
        <w:t xml:space="preserve"> </w:t>
      </w:r>
      <w:r>
        <w:t xml:space="preserve">and</w:t>
      </w:r>
      <w:r>
        <w:t xml:space="preserve"> </w:t>
      </w:r>
      <m:oMath>
        <m:r>
          <m:t>q</m:t>
        </m:r>
        <m:r>
          <m:rPr>
            <m:sty m:val="p"/>
          </m:rPr>
          <m:t>=</m:t>
        </m:r>
        <m:r>
          <m:t>2</m:t>
        </m:r>
        <m:r>
          <m:t>N</m:t>
        </m:r>
        <m:r>
          <m:rPr>
            <m:sty m:val="p"/>
          </m:rPr>
          <m:t>+</m:t>
        </m:r>
        <m:r>
          <m:t>1</m:t>
        </m:r>
      </m:oMath>
      <w:r>
        <w:t xml:space="preserve">, the untwisted operator is</w:t>
      </w:r>
      <w:r>
        <w:t xml:space="preserve"> </w:t>
      </w:r>
      <m:oMath>
        <m:d>
          <m:dPr>
            <m:begChr m:val="("/>
            <m:sepChr m:val=""/>
            <m:endChr m:val=")"/>
            <m:grow/>
          </m:dPr>
          <m:e>
            <m:r>
              <m:t>J</m:t>
            </m:r>
            <m:r>
              <m:rPr>
                <m:sty m:val="p"/>
              </m:rPr>
              <m:t>−</m:t>
            </m:r>
            <m:r>
              <m:t>I</m:t>
            </m:r>
          </m:e>
        </m:d>
        <m:r>
          <m:rPr>
            <m:sty m:val="p"/>
          </m:rPr>
          <m:t>/</m:t>
        </m:r>
        <m:r>
          <m:t>2</m:t>
        </m:r>
      </m:oMath>
      <w:r>
        <w:t xml:space="preserve">, where</w:t>
      </w:r>
      <w:r>
        <w:t xml:space="preserve"> </w:t>
      </w:r>
      <m:oMath>
        <m:r>
          <m:t>J</m:t>
        </m:r>
      </m:oMath>
      <w:r>
        <w:t xml:space="preserve"> </w:t>
      </w:r>
      <w:r>
        <w:t xml:space="preserve">is the all-ones matrix. Its eigenvalues are</w:t>
      </w:r>
      <w:r>
        <w:t xml:space="preserve"> </w:t>
      </w:r>
      <m:oMath>
        <m:r>
          <m:t>N</m:t>
        </m:r>
      </m:oMath>
      <w:r>
        <w:t xml:space="preserve"> </w:t>
      </w:r>
      <w:r>
        <w:t xml:space="preserve">once and</w:t>
      </w:r>
      <w:r>
        <w:t xml:space="preserve"> </w:t>
      </w:r>
      <m:oMath>
        <m:r>
          <m:rPr>
            <m:sty m:val="p"/>
          </m:rPr>
          <m:t>−</m:t>
        </m:r>
        <m:r>
          <m:t>1</m:t>
        </m:r>
        <m:r>
          <m:rPr>
            <m:sty m:val="p"/>
          </m:rPr>
          <m:t>/</m:t>
        </m:r>
        <m:r>
          <m:t>2</m:t>
        </m:r>
      </m:oMath>
      <w:r>
        <w:t xml:space="preserve"> </w:t>
      </w:r>
      <w:r>
        <w:t xml:space="preserve">with multiplicity</w:t>
      </w:r>
      <w:r>
        <w:t xml:space="preserve"> </w:t>
      </w:r>
      <m:oMath>
        <m:r>
          <m:t>2</m:t>
        </m:r>
        <m:r>
          <m:t>N</m:t>
        </m:r>
      </m:oMath>
      <w:r>
        <w:t xml:space="preserve">. That deceptively shallow lower value is exactly the sampling trap from the companion article. Boundary twisting restores the missing phases. Twisted boundary conditions have an established role in spectral and topological analysis.</w:t>
      </w:r>
      <w:r>
        <w:t xml:space="preserve"> </w:t>
      </w:r>
      <w:hyperlink w:anchor="bardyn2014">
        <w:r>
          <w:rPr>
            <w:rStyle w:val="Hyperlink"/>
          </w:rPr>
          <w:t xml:space="preserve">[Bardyn2014]</w:t>
        </w:r>
      </w:hyperlink>
    </w:p>
    <w:p>
      <w:pPr>
        <w:pStyle w:val="BodyText"/>
        <w:keepNext/>
        <w:spacing w:after="80"/>
      </w:pPr>
      <w:r>
        <w:drawing>
          <wp:inline>
            <wp:extent cx="5852160" cy="2442640"/>
            <wp:effectExtent b="0" l="0" r="0" t="0"/>
            <wp:docPr descr="Boundary-twisted spectral values" title="" id="70" name="Picture"/>
            <a:graphic>
              <a:graphicData uri="http://schemas.openxmlformats.org/drawingml/2006/picture">
                <pic:pic>
                  <pic:nvPicPr>
                    <pic:cNvPr descr="/workspace/scratch/b671bf289294/bassplus_mathematics_publication/web/assets/fig05_boundary_twist.png" id="71" name="Picture"/>
                    <pic:cNvPicPr>
                      <a:picLocks noChangeArrowheads="1" noChangeAspect="1"/>
                    </pic:cNvPicPr>
                  </pic:nvPicPr>
                  <pic:blipFill>
                    <a:blip r:embed="rId40"/>
                    <a:stretch>
                      <a:fillRect/>
                    </a:stretch>
                  </pic:blipFill>
                  <pic:spPr bwMode="auto">
                    <a:xfrm>
                      <a:off x="0" y="0"/>
                      <a:ext cx="5852160" cy="2442640"/>
                    </a:xfrm>
                    <a:prstGeom prst="rect">
                      <a:avLst/>
                    </a:prstGeom>
                    <a:noFill/>
                    <a:ln w="9525">
                      <a:noFill/>
                      <a:headEnd/>
                      <a:tailEnd/>
                    </a:ln>
                  </pic:spPr>
                </pic:pic>
              </a:graphicData>
            </a:graphic>
          </wp:inline>
        </w:drawing>
      </w:r>
    </w:p>
    <w:p>
      <w:pPr>
        <w:pStyle w:val="Caption"/>
        <w:keepLines/>
        <w:spacing w:after="200"/>
      </w:pPr>
      <w:r>
        <w:rPr>
          <w:bCs/>
          <w:b/>
        </w:rPr>
        <w:t xml:space="preserve">Figure.</w:t>
      </w:r>
      <w:r>
        <w:t xml:space="preserve"> </w:t>
      </w:r>
      <w:r>
        <w:t xml:space="preserve">Each column corresponds to one boundary phase. The colours encode eigenvalue values computed from the explicit cosine formula. An interactive crosshair can show the associated continuous phase</w:t>
      </w:r>
      <w:r>
        <w:t xml:space="preserve"> </w:t>
      </w:r>
      <m:oMath>
        <m:r>
          <m:t>x</m:t>
        </m:r>
      </m:oMath>
      <w:r>
        <w:t xml:space="preserve"> </w:t>
      </w:r>
      <w:r>
        <w:t xml:space="preserve">on the waveform. Colours represent signed spectral values, not probability or acoustic energy.</w:t>
      </w:r>
    </w:p>
    <w:bookmarkEnd w:id="72"/>
    <w:bookmarkStart w:id="73" w:name="X7491e9bb694ca643172ba03777ba77090eb0686"/>
    <w:p>
      <w:pPr>
        <w:pStyle w:val="Heading2"/>
      </w:pPr>
      <w:r>
        <w:t xml:space="preserve">Open boundaries give another approximation</w:t>
      </w:r>
    </w:p>
    <w:p>
      <w:pPr>
        <w:pStyle w:val="FirstParagraph"/>
        <w:keepLines/>
      </w:pPr>
      <w:r>
        <w:t xml:space="preserve">Compress the infinite operator to</w:t>
      </w:r>
      <w:r>
        <w:t xml:space="preserve"> </w:t>
      </w:r>
      <m:oMath>
        <m:r>
          <m:t>L</m:t>
        </m:r>
      </m:oMath>
      <w:r>
        <w:t xml:space="preserve"> </w:t>
      </w:r>
      <w:r>
        <w:t xml:space="preserve">consecutive sites and call the result</w:t>
      </w:r>
      <w:r>
        <w:t xml:space="preserve"> </w:t>
      </w:r>
      <m:oMath>
        <m:sSub>
          <m:e>
            <m:r>
              <m:t>H</m:t>
            </m:r>
          </m:e>
          <m:sub>
            <m:r>
              <m:t>A</m:t>
            </m:r>
            <m:r>
              <m:rPr>
                <m:sty m:val="p"/>
              </m:rPr>
              <m:t>,</m:t>
            </m:r>
            <m:r>
              <m:t>L</m:t>
            </m:r>
          </m:sub>
        </m:sSub>
      </m:oMath>
      <w:r>
        <w:t xml:space="preserve">. Let</w:t>
      </w:r>
      <w:r>
        <w:t xml:space="preserve"> </w:t>
      </w:r>
      <m:oMath>
        <m:sSub>
          <m:e>
            <m:r>
              <m:t>B</m:t>
            </m:r>
          </m:e>
          <m:sub>
            <m:r>
              <m:t>L</m:t>
            </m:r>
          </m:sub>
        </m:sSub>
        <m:r>
          <m:rPr>
            <m:sty m:val="p"/>
          </m:rPr>
          <m:t>=</m:t>
        </m:r>
        <m:r>
          <m:rPr>
            <m:sty m:val="p"/>
          </m:rPr>
          <m:t>−</m:t>
        </m:r>
        <m:sSub>
          <m:e>
            <m:r>
              <m:t>λ</m:t>
            </m:r>
          </m:e>
          <m:sub>
            <m:r>
              <m:rPr>
                <m:sty m:val="p"/>
              </m:rPr>
              <m:t>min</m:t>
            </m:r>
          </m:sub>
        </m:sSub>
        <m:d>
          <m:dPr>
            <m:begChr m:val="("/>
            <m:sepChr m:val=""/>
            <m:endChr m:val=")"/>
            <m:grow/>
          </m:dPr>
          <m:e>
            <m:sSub>
              <m:e>
                <m:r>
                  <m:t>H</m:t>
                </m:r>
              </m:e>
              <m:sub>
                <m:r>
                  <m:t>A</m:t>
                </m:r>
                <m:r>
                  <m:rPr>
                    <m:sty m:val="p"/>
                  </m:rPr>
                  <m:t>,</m:t>
                </m:r>
                <m:r>
                  <m:t>L</m:t>
                </m:r>
              </m:sub>
            </m:sSub>
          </m:e>
        </m:d>
      </m:oMath>
      <w:r>
        <w:t xml:space="preserve">. The variational principle gives</w:t>
      </w:r>
      <w:r>
        <w:t xml:space="preserve"> </w:t>
      </w:r>
      <m:oMath>
        <m:sSub>
          <m:e>
            <m:r>
              <m:t>B</m:t>
            </m:r>
          </m:e>
          <m:sub>
            <m:r>
              <m:t>L</m:t>
            </m:r>
          </m:sub>
        </m:sSub>
        <m:r>
          <m:rPr>
            <m:sty m:val="p"/>
          </m:rPr>
          <m:t>≤</m:t>
        </m:r>
        <m:r>
          <m:t>K</m:t>
        </m:r>
        <m:d>
          <m:dPr>
            <m:begChr m:val="("/>
            <m:sepChr m:val=""/>
            <m:endChr m:val=")"/>
            <m:grow/>
          </m:dPr>
          <m:e>
            <m:r>
              <m:t>A</m:t>
            </m:r>
          </m:e>
        </m:d>
      </m:oMath>
      <w:r>
        <w:t xml:space="preserve">, and enlarging the box makes these lower estimates nondecreasing. A truncated plane wave supplies the explicit bound</w:t>
      </w:r>
    </w:p>
    <w:p>
      <w:pPr>
        <w:pStyle w:val="BodyText"/>
        <w:keepLines/>
      </w:pPr>
      <m:oMathPara>
        <m:oMathParaPr>
          <m:jc m:val="center"/>
        </m:oMathParaPr>
        <m:oMath>
          <m:r>
            <m:t>0</m:t>
          </m:r>
          <m:r>
            <m:rPr>
              <m:sty m:val="p"/>
            </m:rPr>
            <m:t>≤</m:t>
          </m:r>
          <m:r>
            <m:t>K</m:t>
          </m:r>
          <m:d>
            <m:dPr>
              <m:begChr m:val="("/>
              <m:sepChr m:val=""/>
              <m:endChr m:val=")"/>
              <m:grow/>
            </m:dPr>
            <m:e>
              <m:r>
                <m:t>A</m:t>
              </m:r>
            </m:e>
          </m:d>
          <m:r>
            <m:rPr>
              <m:sty m:val="p"/>
            </m:rPr>
            <m:t>−</m:t>
          </m:r>
          <m:sSub>
            <m:e>
              <m:r>
                <m:t>B</m:t>
              </m:r>
            </m:e>
            <m:sub>
              <m:r>
                <m:t>L</m:t>
              </m:r>
            </m:sub>
          </m:sSub>
          <m:r>
            <m:rPr>
              <m:sty m:val="p"/>
            </m:rPr>
            <m:t>≤</m:t>
          </m:r>
          <m:nary>
            <m:naryPr>
              <m:chr m:val="∑"/>
              <m:limLoc m:val="undOvr"/>
              <m:subHide m:val="off"/>
              <m:supHide m:val="on"/>
            </m:naryPr>
            <m:sub>
              <m:r>
                <m:t>a</m:t>
              </m:r>
              <m:r>
                <m:rPr>
                  <m:sty m:val="p"/>
                </m:rPr>
                <m:t>∈</m:t>
              </m:r>
              <m:r>
                <m:t>A</m:t>
              </m:r>
            </m:sub>
            <m:sup>
              <m:r>
                <m:t>​</m:t>
              </m:r>
            </m:sup>
            <m:e>
              <m:r>
                <m:rPr>
                  <m:sty m:val="p"/>
                </m:rPr>
                <m:t>min</m:t>
              </m:r>
            </m:e>
          </m:nary>
          <m:d>
            <m:dPr>
              <m:begChr m:val="("/>
              <m:sepChr m:val=""/>
              <m:endChr m:val=")"/>
              <m:grow/>
            </m:dPr>
            <m:e>
              <m:f>
                <m:fPr>
                  <m:type m:val="bar"/>
                </m:fPr>
                <m:num>
                  <m:r>
                    <m:t>a</m:t>
                  </m:r>
                </m:num>
                <m:den>
                  <m:r>
                    <m:t>L</m:t>
                  </m:r>
                </m:den>
              </m:f>
              <m:r>
                <m:rPr>
                  <m:sty m:val="p"/>
                </m:rPr>
                <m:t>,</m:t>
              </m:r>
              <m:r>
                <m:t>1</m:t>
              </m:r>
            </m:e>
          </m:d>
          <m:r>
            <m:rPr>
              <m:sty m:val="p"/>
            </m:rPr>
            <m:t>.</m:t>
          </m:r>
        </m:oMath>
      </m:oMathPara>
    </w:p>
    <w:p>
      <w:pPr>
        <w:pStyle w:val="FirstParagraph"/>
        <w:keepLines/>
      </w:pPr>
      <w:r>
        <w:t xml:space="preserve">This is a useful convergence statement for a fixed set. It is not uniform in unrestricted frequencies at a fixed box size: if every hop is at least</w:t>
      </w:r>
      <w:r>
        <w:t xml:space="preserve"> </w:t>
      </w:r>
      <m:oMath>
        <m:r>
          <m:t>L</m:t>
        </m:r>
      </m:oMath>
      <w:r>
        <w:t xml:space="preserve">, the compression can have no nonzero entries at all. The finite model then loses the dynamics it was meant to represent. Boundary choices are part of the model, not a cosmetic implementation detail.</w:t>
      </w:r>
    </w:p>
    <w:bookmarkEnd w:id="73"/>
    <w:bookmarkStart w:id="74" w:name="symmetry-explains-an-extreme-case"/>
    <w:p>
      <w:pPr>
        <w:pStyle w:val="Heading2"/>
      </w:pPr>
      <w:r>
        <w:t xml:space="preserve">Symmetry explains an extreme case</w:t>
      </w:r>
    </w:p>
    <w:p>
      <w:pPr>
        <w:pStyle w:val="FirstParagraph"/>
        <w:keepLines/>
      </w:pPr>
      <w:r>
        <w:t xml:space="preserve">If every frequency divided by their common gcd is odd, a common phase makes every cosine</w:t>
      </w:r>
      <w:r>
        <w:t xml:space="preserve"> </w:t>
      </w:r>
      <m:oMath>
        <m:r>
          <m:rPr>
            <m:sty m:val="p"/>
          </m:rPr>
          <m:t>−</m:t>
        </m:r>
        <m:r>
          <m:t>1</m:t>
        </m:r>
      </m:oMath>
      <w:r>
        <w:t xml:space="preserve">, and</w:t>
      </w:r>
      <w:r>
        <w:t xml:space="preserve"> </w:t>
      </w:r>
      <m:oMath>
        <m:r>
          <m:t>K</m:t>
        </m:r>
        <m:d>
          <m:dPr>
            <m:begChr m:val="("/>
            <m:sepChr m:val=""/>
            <m:endChr m:val=")"/>
            <m:grow/>
          </m:dPr>
          <m:e>
            <m:r>
              <m:t>A</m:t>
            </m:r>
          </m:e>
        </m:d>
        <m:r>
          <m:rPr>
            <m:sty m:val="p"/>
          </m:rPr>
          <m:t>=</m:t>
        </m:r>
        <m:r>
          <m:t>N</m:t>
        </m:r>
      </m:oMath>
      <w:r>
        <w:t xml:space="preserve">. The normalized lattice graph is then bipartite: a hop flips the parity of the site. Its spectrum is symmetric about zero. Conversely, reaching</w:t>
      </w:r>
      <w:r>
        <w:t xml:space="preserve"> </w:t>
      </w:r>
      <m:oMath>
        <m:r>
          <m:rPr>
            <m:sty m:val="p"/>
          </m:rPr>
          <m:t>−</m:t>
        </m:r>
        <m:r>
          <m:t>N</m:t>
        </m:r>
      </m:oMath>
      <w:r>
        <w:t xml:space="preserve"> </w:t>
      </w:r>
      <w:r>
        <w:t xml:space="preserve">requires all cosines to equal</w:t>
      </w:r>
      <w:r>
        <w:t xml:space="preserve"> </w:t>
      </w:r>
      <m:oMath>
        <m:r>
          <m:rPr>
            <m:sty m:val="p"/>
          </m:rPr>
          <m:t>−</m:t>
        </m:r>
        <m:r>
          <m:t>1</m:t>
        </m:r>
      </m:oMath>
      <w:r>
        <w:t xml:space="preserve">, which forces exactly this parity condition. The appendix proves both directions.</w:t>
      </w:r>
    </w:p>
    <w:p>
      <w:pPr>
        <w:pStyle w:val="BodyText"/>
        <w:keepLines/>
      </w:pPr>
      <w:r>
        <w:t xml:space="preserve">Odd relations between hop lengths obstruct simultaneous anti-alignment. They can provide an upper restriction on how close the minimum can come to</w:t>
      </w:r>
      <w:r>
        <w:t xml:space="preserve"> </w:t>
      </w:r>
      <m:oMath>
        <m:r>
          <m:rPr>
            <m:sty m:val="p"/>
          </m:rPr>
          <m:t>−</m:t>
        </m:r>
        <m:r>
          <m:t>N</m:t>
        </m:r>
      </m:oMath>
      <w:r>
        <w:t xml:space="preserve">. Such an upper bound must not be confused with the lower bound needed for Chowla’s conjecture.</w:t>
      </w:r>
    </w:p>
    <w:p>
      <w:pPr>
        <w:pStyle w:val="BodyText"/>
      </w:pPr>
      <w:r>
        <w:t xml:space="preserve">The spectral translation is productive because these statements preserve the original minimum. It supplies variational tools, boundary diagnostics, and exact examples. A universal square-root lower bound still needs a further argument about all allowable frequency sets.</w:t>
      </w:r>
    </w:p>
    <w:bookmarkEnd w:id="74"/>
    <w:bookmarkEnd w:id="75"/>
    <w:bookmarkStart w:id="82" w:name="certified-minimum-estimates"/>
    <w:p>
      <w:pPr>
        <w:pStyle w:val="Heading1"/>
        <w:pageBreakBefore/>
      </w:pPr>
      <w:r>
        <w:t xml:space="preserve">Certified Minimum Estimates</w:t>
      </w:r>
    </w:p>
    <w:p>
      <w:pPr>
        <w:pStyle w:val="FirstParagraph"/>
      </w:pPr>
      <w:r>
        <w:t xml:space="preserve">Computing a very low value of a waveform proves that such a value occurs. It does not prove that no lower value occurs elsewhere. A useful approximation framework makes the direction of every estimate explicit and eventually places the true minimum inside a controlled interval.</w:t>
      </w:r>
    </w:p>
    <w:bookmarkStart w:id="76" w:name="turning-nonnegative-weights-into-bounds"/>
    <w:p>
      <w:pPr>
        <w:pStyle w:val="Heading2"/>
      </w:pPr>
      <w:r>
        <w:t xml:space="preserve">Turning nonnegative weights into bounds</w:t>
      </w:r>
    </w:p>
    <w:p>
      <w:pPr>
        <w:pStyle w:val="FirstParagraph"/>
        <w:keepLines/>
      </w:pPr>
      <w:r>
        <w:t xml:space="preserve">For</w:t>
      </w:r>
      <w:r>
        <w:t xml:space="preserve"> </w:t>
      </w:r>
      <m:oMath>
        <m:r>
          <m:t>f</m:t>
        </m:r>
        <m:r>
          <m:rPr>
            <m:sty m:val="p"/>
          </m:rPr>
          <m:t>=</m:t>
        </m:r>
        <m:sSub>
          <m:e>
            <m:r>
              <m:t>f</m:t>
            </m:r>
          </m:e>
          <m:sub>
            <m:r>
              <m:t>A</m:t>
            </m:r>
          </m:sub>
        </m:sSub>
      </m:oMath>
      <w:r>
        <w:t xml:space="preserve"> </w:t>
      </w:r>
      <w:r>
        <w:t xml:space="preserve">and any nonzero real polynomial</w:t>
      </w:r>
      <w:r>
        <w:t xml:space="preserve"> </w:t>
      </w:r>
      <m:oMath>
        <m:r>
          <m:t>p</m:t>
        </m:r>
      </m:oMath>
      <w:r>
        <w:t xml:space="preserve">, the function</w:t>
      </w:r>
      <w:r>
        <w:t xml:space="preserve"> </w:t>
      </w:r>
      <m:oMath>
        <m:r>
          <m:t>p</m:t>
        </m:r>
        <m:sSup>
          <m:e>
            <m:d>
              <m:dPr>
                <m:begChr m:val="("/>
                <m:sepChr m:val=""/>
                <m:endChr m:val=")"/>
                <m:grow/>
              </m:dPr>
              <m:e>
                <m:r>
                  <m:t>f</m:t>
                </m:r>
              </m:e>
            </m:d>
          </m:e>
          <m:sup>
            <m:r>
              <m:t>2</m:t>
            </m:r>
          </m:sup>
        </m:sSup>
      </m:oMath>
      <w:r>
        <w:t xml:space="preserve"> </w:t>
      </w:r>
      <w:r>
        <w:t xml:space="preserve">is a nonnegative weight. Its weighted average of</w:t>
      </w:r>
      <w:r>
        <w:t xml:space="preserve"> </w:t>
      </w:r>
      <m:oMath>
        <m:r>
          <m:t>f</m:t>
        </m:r>
      </m:oMath>
      <w:r>
        <w:t xml:space="preserve"> </w:t>
      </w:r>
      <w:r>
        <w:t xml:space="preserve">cannot be less than</w:t>
      </w:r>
      <w:r>
        <w:t xml:space="preserve"> </w:t>
      </w:r>
      <m:oMath>
        <m:r>
          <m:rPr>
            <m:sty m:val="p"/>
          </m:rPr>
          <m:t>min</m:t>
        </m:r>
        <m:r>
          <m:t>f</m:t>
        </m:r>
      </m:oMath>
      <w:r>
        <w:t xml:space="preserve">. Therefore</w:t>
      </w:r>
    </w:p>
    <w:p>
      <w:pPr>
        <w:pStyle w:val="BodyText"/>
        <w:keepLines/>
      </w:pPr>
      <m:oMathPara>
        <m:oMathParaPr>
          <m:jc m:val="center"/>
        </m:oMathParaPr>
        <m:oMath>
          <m:r>
            <m:t>R</m:t>
          </m:r>
          <m:d>
            <m:dPr>
              <m:begChr m:val="("/>
              <m:sepChr m:val=""/>
              <m:endChr m:val=")"/>
              <m:grow/>
            </m:dPr>
            <m:e>
              <m:r>
                <m:t>p</m:t>
              </m:r>
            </m:e>
          </m:d>
          <m:r>
            <m:rPr>
              <m:sty m:val="p"/>
            </m:rPr>
            <m:t>=</m:t>
          </m:r>
          <m:r>
            <m:rPr>
              <m:sty m:val="p"/>
            </m:rPr>
            <m:t>−</m:t>
          </m:r>
          <m:f>
            <m:fPr>
              <m:type m:val="bar"/>
            </m:fPr>
            <m:num>
              <m:r>
                <m:rPr>
                  <m:sty m:val="p"/>
                  <m:scr m:val="double-struck"/>
                </m:rPr>
                <m:t>E</m:t>
              </m:r>
              <m:d>
                <m:dPr>
                  <m:begChr m:val="["/>
                  <m:sepChr m:val=""/>
                  <m:endChr m:val="]"/>
                  <m:grow/>
                </m:dPr>
                <m:e>
                  <m:r>
                    <m:t>f</m:t>
                  </m:r>
                  <m:r>
                    <m:t>p</m:t>
                  </m:r>
                  <m:sSup>
                    <m:e>
                      <m:d>
                        <m:dPr>
                          <m:begChr m:val="("/>
                          <m:sepChr m:val=""/>
                          <m:endChr m:val=")"/>
                          <m:grow/>
                        </m:dPr>
                        <m:e>
                          <m:r>
                            <m:t>f</m:t>
                          </m:r>
                        </m:e>
                      </m:d>
                    </m:e>
                    <m:sup>
                      <m:r>
                        <m:t>2</m:t>
                      </m:r>
                    </m:sup>
                  </m:sSup>
                </m:e>
              </m:d>
            </m:num>
            <m:den>
              <m:r>
                <m:rPr>
                  <m:sty m:val="p"/>
                  <m:scr m:val="double-struck"/>
                </m:rPr>
                <m:t>E</m:t>
              </m:r>
              <m:d>
                <m:dPr>
                  <m:begChr m:val="["/>
                  <m:sepChr m:val=""/>
                  <m:endChr m:val="]"/>
                  <m:grow/>
                </m:dPr>
                <m:e>
                  <m:r>
                    <m:t>p</m:t>
                  </m:r>
                  <m:sSup>
                    <m:e>
                      <m:d>
                        <m:dPr>
                          <m:begChr m:val="("/>
                          <m:sepChr m:val=""/>
                          <m:endChr m:val=")"/>
                          <m:grow/>
                        </m:dPr>
                        <m:e>
                          <m:r>
                            <m:t>f</m:t>
                          </m:r>
                        </m:e>
                      </m:d>
                    </m:e>
                    <m:sup>
                      <m:r>
                        <m:t>2</m:t>
                      </m:r>
                    </m:sup>
                  </m:sSup>
                </m:e>
              </m:d>
            </m:den>
          </m:f>
          <m:r>
            <m:rPr>
              <m:sty m:val="p"/>
            </m:rPr>
            <m:t>≤</m:t>
          </m:r>
          <m:r>
            <m:t>K</m:t>
          </m:r>
          <m:d>
            <m:dPr>
              <m:begChr m:val="("/>
              <m:sepChr m:val=""/>
              <m:endChr m:val=")"/>
              <m:grow/>
            </m:dPr>
            <m:e>
              <m:r>
                <m:t>A</m:t>
              </m:r>
            </m:e>
          </m:d>
          <m:r>
            <m:rPr>
              <m:sty m:val="p"/>
            </m:rPr>
            <m:t>.</m:t>
          </m:r>
        </m:oMath>
      </m:oMathPara>
    </w:p>
    <w:p>
      <w:pPr>
        <w:pStyle w:val="FirstParagraph"/>
        <w:keepLines/>
      </w:pPr>
      <w:r>
        <w:t xml:space="preserve">Optimizing</w:t>
      </w:r>
      <w:r>
        <w:t xml:space="preserve"> </w:t>
      </w:r>
      <m:oMath>
        <m:r>
          <m:t>R</m:t>
        </m:r>
      </m:oMath>
      <w:r>
        <w:t xml:space="preserve"> </w:t>
      </w:r>
      <w:r>
        <w:t xml:space="preserve">over degree at most</w:t>
      </w:r>
      <w:r>
        <w:t xml:space="preserve"> </w:t>
      </w:r>
      <m:oMath>
        <m:r>
          <m:t>d</m:t>
        </m:r>
      </m:oMath>
      <w:r>
        <w:t xml:space="preserve"> </w:t>
      </w:r>
      <w:r>
        <w:t xml:space="preserve">defines</w:t>
      </w:r>
      <w:r>
        <w:t xml:space="preserve"> </w:t>
      </w:r>
      <m:oMath>
        <m:sSub>
          <m:e>
            <m:r>
              <m:t>B</m:t>
            </m:r>
          </m:e>
          <m:sub>
            <m:r>
              <m:t>d</m:t>
            </m:r>
          </m:sub>
        </m:sSub>
        <m:d>
          <m:dPr>
            <m:begChr m:val="("/>
            <m:sepChr m:val=""/>
            <m:endChr m:val=")"/>
            <m:grow/>
          </m:dPr>
          <m:e>
            <m:r>
              <m:t>A</m:t>
            </m:r>
          </m:e>
        </m:d>
      </m:oMath>
      <w:r>
        <w:t xml:space="preserve">. Increasing the degree enlarges the choice of weights, so</w:t>
      </w:r>
      <w:r>
        <w:t xml:space="preserve"> </w:t>
      </w:r>
      <m:oMath>
        <m:sSub>
          <m:e>
            <m:r>
              <m:t>B</m:t>
            </m:r>
          </m:e>
          <m:sub>
            <m:r>
              <m:t>d</m:t>
            </m:r>
          </m:sub>
        </m:sSub>
      </m:oMath>
      <w:r>
        <w:t xml:space="preserve"> </w:t>
      </w:r>
      <w:r>
        <w:t xml:space="preserve">is nondecreasing. This construction is an instance of Lasserre’s pushforward measure hierarchy. Its general mechanism and convergence are established results, not discoveries claimed by this report.</w:t>
      </w:r>
      <w:r>
        <w:t xml:space="preserve"> </w:t>
      </w:r>
      <w:hyperlink w:anchor="lasserre2021">
        <w:r>
          <w:rPr>
            <w:rStyle w:val="Hyperlink"/>
          </w:rPr>
          <w:t xml:space="preserve">[Lasserre2021]</w:t>
        </w:r>
      </w:hyperlink>
    </w:p>
    <w:p>
      <w:pPr>
        <w:pStyle w:val="BodyText"/>
        <w:keepLines/>
      </w:pPr>
      <w:r>
        <w:t xml:space="preserve">If</w:t>
      </w:r>
      <w:r>
        <w:t xml:space="preserve"> </w:t>
      </w:r>
      <m:oMath>
        <m:r>
          <m:t>p</m:t>
        </m:r>
        <m:d>
          <m:dPr>
            <m:begChr m:val="("/>
            <m:sepChr m:val=""/>
            <m:endChr m:val=")"/>
            <m:grow/>
          </m:dPr>
          <m:e>
            <m:r>
              <m:t>t</m:t>
            </m:r>
          </m:e>
        </m:d>
        <m:r>
          <m:rPr>
            <m:sty m:val="p"/>
          </m:rPr>
          <m:t>=</m:t>
        </m:r>
        <m:nary>
          <m:naryPr>
            <m:chr m:val="∑"/>
            <m:limLoc m:val="undOvr"/>
            <m:subHide m:val="off"/>
            <m:supHide m:val="off"/>
          </m:naryPr>
          <m:sub>
            <m:r>
              <m:t>i</m:t>
            </m:r>
            <m:r>
              <m:rPr>
                <m:sty m:val="p"/>
              </m:rPr>
              <m:t>=</m:t>
            </m:r>
            <m:r>
              <m:t>0</m:t>
            </m:r>
          </m:sub>
          <m:sup>
            <m:r>
              <m:t>d</m:t>
            </m:r>
          </m:sup>
          <m:e>
            <m:sSub>
              <m:e>
                <m:r>
                  <m:t>c</m:t>
                </m:r>
              </m:e>
              <m:sub>
                <m:r>
                  <m:t>i</m:t>
                </m:r>
              </m:sub>
            </m:sSub>
          </m:e>
        </m:nary>
        <m:sSup>
          <m:e>
            <m:r>
              <m:t>t</m:t>
            </m:r>
          </m:e>
          <m:sup>
            <m:r>
              <m:t>i</m:t>
            </m:r>
          </m:sup>
        </m:sSup>
      </m:oMath>
      <w:r>
        <w:t xml:space="preserve"> </w:t>
      </w:r>
      <w:r>
        <w:t xml:space="preserve">and</w:t>
      </w:r>
      <w:r>
        <w:t xml:space="preserve"> </w:t>
      </w:r>
      <m:oMath>
        <m:sSub>
          <m:e>
            <m:r>
              <m:t>μ</m:t>
            </m:r>
          </m:e>
          <m:sub>
            <m:r>
              <m:t>k</m:t>
            </m:r>
          </m:sub>
        </m:sSub>
        <m:r>
          <m:rPr>
            <m:sty m:val="p"/>
          </m:rPr>
          <m:t>=</m:t>
        </m:r>
        <m:r>
          <m:rPr>
            <m:sty m:val="p"/>
            <m:scr m:val="double-struck"/>
          </m:rPr>
          <m:t>E</m:t>
        </m:r>
        <m:d>
          <m:dPr>
            <m:begChr m:val="["/>
            <m:sepChr m:val=""/>
            <m:endChr m:val="]"/>
            <m:grow/>
          </m:dPr>
          <m:e>
            <m:sSup>
              <m:e>
                <m:r>
                  <m:t>f</m:t>
                </m:r>
              </m:e>
              <m:sup>
                <m:r>
                  <m:t>k</m:t>
                </m:r>
              </m:sup>
            </m:sSup>
          </m:e>
        </m:d>
      </m:oMath>
      <w:r>
        <w:t xml:space="preserve">, the two quadratic forms use the matrices</w:t>
      </w:r>
    </w:p>
    <w:p>
      <w:pPr>
        <w:pStyle w:val="BodyText"/>
        <w:keepLines/>
      </w:pPr>
      <m:oMathPara>
        <m:oMathParaPr>
          <m:jc m:val="center"/>
        </m:oMathParaPr>
        <m:oMath>
          <m:sSub>
            <m:e>
              <m:r>
                <m:t>H</m:t>
              </m:r>
            </m:e>
            <m:sub>
              <m:r>
                <m:t>0</m:t>
              </m:r>
            </m:sub>
          </m:sSub>
          <m:r>
            <m:rPr>
              <m:sty m:val="p"/>
            </m:rPr>
            <m:t>=</m:t>
          </m:r>
          <m:sSub>
            <m:e>
              <m:d>
                <m:dPr>
                  <m:begChr m:val="("/>
                  <m:sepChr m:val=""/>
                  <m:endChr m:val=")"/>
                  <m:grow/>
                </m:dPr>
                <m:e>
                  <m:sSub>
                    <m:e>
                      <m:r>
                        <m:t>μ</m:t>
                      </m:r>
                    </m:e>
                    <m:sub>
                      <m:r>
                        <m:t>i</m:t>
                      </m:r>
                      <m:r>
                        <m:rPr>
                          <m:sty m:val="p"/>
                        </m:rPr>
                        <m:t>+</m:t>
                      </m:r>
                      <m:r>
                        <m:t>j</m:t>
                      </m:r>
                    </m:sub>
                  </m:sSub>
                </m:e>
              </m:d>
            </m:e>
            <m:sub>
              <m:r>
                <m:t>0</m:t>
              </m:r>
              <m:r>
                <m:rPr>
                  <m:sty m:val="p"/>
                </m:rPr>
                <m:t>≤</m:t>
              </m:r>
              <m:r>
                <m:t>i</m:t>
              </m:r>
              <m:r>
                <m:rPr>
                  <m:sty m:val="p"/>
                </m:rPr>
                <m:t>,</m:t>
              </m:r>
              <m:r>
                <m:t>j</m:t>
              </m:r>
              <m:r>
                <m:rPr>
                  <m:sty m:val="p"/>
                </m:rPr>
                <m:t>≤</m:t>
              </m:r>
              <m:r>
                <m:t>d</m:t>
              </m:r>
            </m:sub>
          </m:sSub>
          <m:r>
            <m:rPr>
              <m:sty m:val="p"/>
            </m:rPr>
            <m:t>,</m:t>
          </m:r>
          <m:r>
            <m:t>  </m:t>
          </m:r>
          <m:sSub>
            <m:e>
              <m:r>
                <m:t>H</m:t>
              </m:r>
            </m:e>
            <m:sub>
              <m:r>
                <m:t>1</m:t>
              </m:r>
            </m:sub>
          </m:sSub>
          <m:r>
            <m:rPr>
              <m:sty m:val="p"/>
            </m:rPr>
            <m:t>=</m:t>
          </m:r>
          <m:sSub>
            <m:e>
              <m:d>
                <m:dPr>
                  <m:begChr m:val="("/>
                  <m:sepChr m:val=""/>
                  <m:endChr m:val=")"/>
                  <m:grow/>
                </m:dPr>
                <m:e>
                  <m:sSub>
                    <m:e>
                      <m:r>
                        <m:t>μ</m:t>
                      </m:r>
                    </m:e>
                    <m:sub>
                      <m:r>
                        <m:t>i</m:t>
                      </m:r>
                      <m:r>
                        <m:rPr>
                          <m:sty m:val="p"/>
                        </m:rPr>
                        <m:t>+</m:t>
                      </m:r>
                      <m:r>
                        <m:t>j</m:t>
                      </m:r>
                      <m:r>
                        <m:rPr>
                          <m:sty m:val="p"/>
                        </m:rPr>
                        <m:t>+</m:t>
                      </m:r>
                      <m:r>
                        <m:t>1</m:t>
                      </m:r>
                    </m:sub>
                  </m:sSub>
                </m:e>
              </m:d>
            </m:e>
            <m:sub>
              <m:r>
                <m:t>0</m:t>
              </m:r>
              <m:r>
                <m:rPr>
                  <m:sty m:val="p"/>
                </m:rPr>
                <m:t>≤</m:t>
              </m:r>
              <m:r>
                <m:t>i</m:t>
              </m:r>
              <m:r>
                <m:rPr>
                  <m:sty m:val="p"/>
                </m:rPr>
                <m:t>,</m:t>
              </m:r>
              <m:r>
                <m:t>j</m:t>
              </m:r>
              <m:r>
                <m:rPr>
                  <m:sty m:val="p"/>
                </m:rPr>
                <m:t>≤</m:t>
              </m:r>
              <m:r>
                <m:t>d</m:t>
              </m:r>
            </m:sub>
          </m:sSub>
          <m:r>
            <m:rPr>
              <m:sty m:val="p"/>
            </m:rPr>
            <m:t>.</m:t>
          </m:r>
        </m:oMath>
      </m:oMathPara>
    </w:p>
    <w:p>
      <w:pPr>
        <w:pStyle w:val="FirstParagraph"/>
        <w:keepLines/>
      </w:pPr>
      <w:r>
        <w:t xml:space="preserve">Thus</w:t>
      </w:r>
      <w:r>
        <w:t xml:space="preserve"> </w:t>
      </w:r>
      <m:oMath>
        <m:sSub>
          <m:e>
            <m:r>
              <m:t>B</m:t>
            </m:r>
          </m:e>
          <m:sub>
            <m:r>
              <m:t>d</m:t>
            </m:r>
          </m:sub>
        </m:sSub>
      </m:oMath>
      <w:r>
        <w:t xml:space="preserve"> </w:t>
      </w:r>
      <w:r>
        <w:t xml:space="preserve">is minus the least generalized eigenvalue of</w:t>
      </w:r>
      <w:r>
        <w:t xml:space="preserve"> </w:t>
      </w:r>
      <m:oMath>
        <m:d>
          <m:dPr>
            <m:begChr m:val="("/>
            <m:sepChr m:val=""/>
            <m:endChr m:val=")"/>
            <m:grow/>
          </m:dPr>
          <m:e>
            <m:sSub>
              <m:e>
                <m:r>
                  <m:t>H</m:t>
                </m:r>
              </m:e>
              <m:sub>
                <m:r>
                  <m:t>1</m:t>
                </m:r>
              </m:sub>
            </m:sSub>
            <m:r>
              <m:rPr>
                <m:sty m:val="p"/>
              </m:rPr>
              <m:t>,</m:t>
            </m:r>
            <m:sSub>
              <m:e>
                <m:r>
                  <m:t>H</m:t>
                </m:r>
              </m:e>
              <m:sub>
                <m:r>
                  <m:t>0</m:t>
                </m:r>
              </m:sub>
            </m:sSub>
          </m:e>
        </m:d>
      </m:oMath>
      <w:r>
        <w:t xml:space="preserve">. For a cosine sum, moments can be computed from coefficients of a Laurent polynomial: integration selects its constant coefficient. Exact integer and rational arithmetic can verify a specified trial quotient without relying on numerical quadrature.</w:t>
      </w:r>
    </w:p>
    <w:bookmarkEnd w:id="76"/>
    <w:bookmarkStart w:id="77" w:name="why-chebyshev-polynomials-help"/>
    <w:p>
      <w:pPr>
        <w:pStyle w:val="Heading2"/>
      </w:pPr>
      <w:r>
        <w:t xml:space="preserve">Why Chebyshev polynomials help</w:t>
      </w:r>
    </w:p>
    <w:p>
      <w:pPr>
        <w:pStyle w:val="FirstParagraph"/>
        <w:keepLines/>
      </w:pPr>
      <w:r>
        <w:t xml:space="preserve">Chebyshev polynomials remain bounded on</w:t>
      </w:r>
      <w:r>
        <w:t xml:space="preserve"> </w:t>
      </w:r>
      <m:oMath>
        <m:d>
          <m:dPr>
            <m:begChr m:val="["/>
            <m:sepChr m:val=""/>
            <m:endChr m:val="]"/>
            <m:grow/>
          </m:dPr>
          <m:e>
            <m:r>
              <m:rPr>
                <m:sty m:val="p"/>
              </m:rPr>
              <m:t>−</m:t>
            </m:r>
            <m:r>
              <m:t>1</m:t>
            </m:r>
            <m:r>
              <m:rPr>
                <m:sty m:val="p"/>
              </m:rPr>
              <m:t>,</m:t>
            </m:r>
            <m:r>
              <m:t>1</m:t>
            </m:r>
          </m:e>
        </m:d>
      </m:oMath>
      <w:r>
        <w:t xml:space="preserve"> </w:t>
      </w:r>
      <w:r>
        <w:t xml:space="preserve">and grow rapidly outside that interval. After rescaling the signal range, this lets a polynomial give much greater weight to values near the minimum than to values farther away. That contrast, together with a lower bound on the measure of the near-minimum region, controls the weighted average. This is closely related to the needle-polynomial convergence analyses of Slot and Laurent.</w:t>
      </w:r>
      <w:r>
        <w:t xml:space="preserve"> </w:t>
      </w:r>
      <w:hyperlink w:anchor="slotlaurent2021">
        <w:r>
          <w:rPr>
            <w:rStyle w:val="Hyperlink"/>
          </w:rPr>
          <w:t xml:space="preserve">[SlotLaurent2021]</w:t>
        </w:r>
      </w:hyperlink>
      <w:r>
        <w:t xml:space="preserve"> </w:t>
      </w:r>
      <w:hyperlink w:anchor="slotlaurent2022">
        <w:r>
          <w:rPr>
            <w:rStyle w:val="Hyperlink"/>
          </w:rPr>
          <w:t xml:space="preserve">[SlotLaurent2022]</w:t>
        </w:r>
      </w:hyperlink>
      <w:r>
        <w:t xml:space="preserve"> </w:t>
      </w:r>
      <w:hyperlink w:anchor="nistdlmf">
        <w:r>
          <w:rPr>
            <w:rStyle w:val="Hyperlink"/>
          </w:rPr>
          <w:t xml:space="preserve">[NISTDLMF]</w:t>
        </w:r>
      </w:hyperlink>
    </w:p>
    <w:p>
      <w:pPr>
        <w:pStyle w:val="BodyText"/>
        <w:keepLines/>
      </w:pPr>
      <w:r>
        <w:t xml:space="preserve">The appendix proves a version uniform in the largest frequency. For</w:t>
      </w:r>
      <w:r>
        <w:t xml:space="preserve"> </w:t>
      </w:r>
      <m:oMath>
        <m:r>
          <m:t>0</m:t>
        </m:r>
        <m:r>
          <m:rPr>
            <m:sty m:val="p"/>
          </m:rPr>
          <m:t>&lt;</m:t>
        </m:r>
        <m:r>
          <m:t>ε</m:t>
        </m:r>
        <m:r>
          <m:rPr>
            <m:sty m:val="p"/>
          </m:rPr>
          <m:t>≤</m:t>
        </m:r>
        <m:r>
          <m:t>N</m:t>
        </m:r>
      </m:oMath>
      <w:r>
        <w:t xml:space="preserve">, define</w:t>
      </w:r>
      <w:r>
        <w:t xml:space="preserve"> </w:t>
      </w:r>
      <m:oMath>
        <m:r>
          <m:t>M</m:t>
        </m:r>
        <m:r>
          <m:rPr>
            <m:sty m:val="p"/>
          </m:rPr>
          <m:t>=</m:t>
        </m:r>
        <m:r>
          <m:rPr>
            <m:sty m:val="p"/>
          </m:rPr>
          <m:t>⌈</m:t>
        </m:r>
        <m:r>
          <m:t>8</m:t>
        </m:r>
        <m:r>
          <m:t>π</m:t>
        </m:r>
        <m:r>
          <m:t>N</m:t>
        </m:r>
        <m:r>
          <m:rPr>
            <m:sty m:val="p"/>
          </m:rPr>
          <m:t>/</m:t>
        </m:r>
        <m:r>
          <m:t>ε</m:t>
        </m:r>
        <m:r>
          <m:rPr>
            <m:sty m:val="p"/>
          </m:rPr>
          <m:t>⌉</m:t>
        </m:r>
      </m:oMath>
      <w:r>
        <w:t xml:space="preserve">. The sufficient degree is</w:t>
      </w:r>
    </w:p>
    <w:p>
      <w:pPr>
        <w:pStyle w:val="BodyText"/>
        <w:keepLines/>
      </w:pPr>
      <m:oMathPara>
        <m:oMathParaPr>
          <m:jc m:val="center"/>
        </m:oMathParaPr>
        <m:oMath>
          <m:r>
            <m:t>d</m:t>
          </m:r>
          <m:r>
            <m:rPr>
              <m:sty m:val="p"/>
            </m:rPr>
            <m:t>≥</m:t>
          </m:r>
          <m:d>
            <m:dPr>
              <m:begChr m:val="⌈"/>
              <m:sepChr m:val=""/>
              <m:endChr m:val="⌉"/>
              <m:grow/>
            </m:dPr>
            <m:e>
              <m:rad>
                <m:radPr>
                  <m:degHide m:val="on"/>
                </m:radPr>
                <m:deg/>
                <m:e>
                  <m:f>
                    <m:fPr>
                      <m:type m:val="bar"/>
                    </m:fPr>
                    <m:num>
                      <m:r>
                        <m:t>N</m:t>
                      </m:r>
                    </m:num>
                    <m:den>
                      <m:r>
                        <m:t>ε</m:t>
                      </m:r>
                    </m:den>
                  </m:f>
                </m:e>
              </m:rad>
              <m:d>
                <m:dPr>
                  <m:begChr m:val="["/>
                  <m:sepChr m:val=""/>
                  <m:endChr m:val="]"/>
                  <m:grow/>
                </m:dPr>
                <m:e>
                  <m:r>
                    <m:t>N</m:t>
                  </m:r>
                  <m:r>
                    <m:rPr>
                      <m:sty m:val="p"/>
                    </m:rPr>
                    <m:t>log</m:t>
                  </m:r>
                  <m:r>
                    <m:t>M</m:t>
                  </m:r>
                  <m:r>
                    <m:rPr>
                      <m:sty m:val="p"/>
                    </m:rPr>
                    <m:t>+</m:t>
                  </m:r>
                  <m:r>
                    <m:rPr>
                      <m:sty m:val="p"/>
                    </m:rPr>
                    <m:t>log</m:t>
                  </m:r>
                  <m:d>
                    <m:dPr>
                      <m:begChr m:val="("/>
                      <m:sepChr m:val=""/>
                      <m:endChr m:val=")"/>
                      <m:grow/>
                    </m:dPr>
                    <m:e>
                      <m:r>
                        <m:t>16</m:t>
                      </m:r>
                      <m:r>
                        <m:t>N</m:t>
                      </m:r>
                      <m:r>
                        <m:rPr>
                          <m:sty m:val="p"/>
                        </m:rPr>
                        <m:t>/</m:t>
                      </m:r>
                      <m:r>
                        <m:t>ε</m:t>
                      </m:r>
                    </m:e>
                  </m:d>
                </m:e>
              </m:d>
            </m:e>
          </m:d>
          <m:r>
            <m:rPr>
              <m:sty m:val="p"/>
            </m:rPr>
            <m:t>.</m:t>
          </m:r>
        </m:oMath>
      </m:oMathPara>
    </w:p>
    <w:p>
      <w:pPr>
        <w:pStyle w:val="FirstParagraph"/>
        <w:keepLines/>
      </w:pPr>
      <w:r>
        <w:t xml:space="preserve">At this degree,</w:t>
      </w:r>
      <w:r>
        <w:t xml:space="preserve"> </w:t>
      </w:r>
      <m:oMath>
        <m:r>
          <m:t>0</m:t>
        </m:r>
        <m:r>
          <m:rPr>
            <m:sty m:val="p"/>
          </m:rPr>
          <m:t>≤</m:t>
        </m:r>
        <m:r>
          <m:t>K</m:t>
        </m:r>
        <m:d>
          <m:dPr>
            <m:begChr m:val="("/>
            <m:sepChr m:val=""/>
            <m:endChr m:val=")"/>
            <m:grow/>
          </m:dPr>
          <m:e>
            <m:r>
              <m:t>A</m:t>
            </m:r>
          </m:e>
        </m:d>
        <m:r>
          <m:rPr>
            <m:sty m:val="p"/>
          </m:rPr>
          <m:t>−</m:t>
        </m:r>
        <m:sSub>
          <m:e>
            <m:r>
              <m:t>B</m:t>
            </m:r>
          </m:e>
          <m:sub>
            <m:r>
              <m:t>d</m:t>
            </m:r>
          </m:sub>
        </m:sSub>
        <m:d>
          <m:dPr>
            <m:begChr m:val="("/>
            <m:sepChr m:val=""/>
            <m:endChr m:val=")"/>
            <m:grow/>
          </m:dPr>
          <m:e>
            <m:r>
              <m:t>A</m:t>
            </m:r>
          </m:e>
        </m:d>
        <m:r>
          <m:rPr>
            <m:sty m:val="p"/>
          </m:rPr>
          <m:t>≤</m:t>
        </m:r>
        <m:r>
          <m:t>ε</m:t>
        </m:r>
      </m:oMath>
      <w:r>
        <w:t xml:space="preserve"> </w:t>
      </w:r>
      <w:r>
        <w:t xml:space="preserve">for every set of</w:t>
      </w:r>
      <w:r>
        <w:t xml:space="preserve"> </w:t>
      </w:r>
      <m:oMath>
        <m:r>
          <m:t>N</m:t>
        </m:r>
      </m:oMath>
      <w:r>
        <w:t xml:space="preserve"> </w:t>
      </w:r>
      <w:r>
        <w:t xml:space="preserve">distinct positive integer frequencies. The proof uses the geometry of all</w:t>
      </w:r>
      <w:r>
        <w:t xml:space="preserve"> </w:t>
      </w:r>
      <m:oMath>
        <m:r>
          <m:t>N</m:t>
        </m:r>
      </m:oMath>
      <w:r>
        <w:t xml:space="preserve"> </w:t>
      </w:r>
      <w:r>
        <w:t xml:space="preserve">phases together rather than a derivative bound involving the largest frequency. The formula is a sufficient bound, not an optimal one. Its constants are supplied for verification; priority for this specialization has not been established.</w:t>
      </w:r>
    </w:p>
    <w:p>
      <w:pPr>
        <w:pStyle w:val="BodyText"/>
        <w:keepLines/>
      </w:pPr>
      <w:r>
        <w:t xml:space="preserve">The proof also has a certificate using positive integers. One can choose</w:t>
      </w:r>
      <w:r>
        <w:t xml:space="preserve"> </w:t>
      </w:r>
      <m:oMath>
        <m:sSub>
          <m:e>
            <m:r>
              <m:t>M</m:t>
            </m:r>
          </m:e>
          <m:sub>
            <m:r>
              <m:t>0</m:t>
            </m:r>
          </m:sub>
        </m:sSub>
        <m:r>
          <m:rPr>
            <m:sty m:val="p"/>
          </m:rPr>
          <m:t>,</m:t>
        </m:r>
        <m:r>
          <m:t>s</m:t>
        </m:r>
        <m:r>
          <m:rPr>
            <m:sty m:val="p"/>
          </m:rPr>
          <m:t>,</m:t>
        </m:r>
        <m:r>
          <m:t>q</m:t>
        </m:r>
        <m:r>
          <m:rPr>
            <m:sty m:val="p"/>
          </m:rPr>
          <m:t>,</m:t>
        </m:r>
        <m:r>
          <m:t>p</m:t>
        </m:r>
      </m:oMath>
      <w:r>
        <w:t xml:space="preserve"> </w:t>
      </w:r>
      <w:r>
        <w:t xml:space="preserve">with</w:t>
      </w:r>
      <w:r>
        <w:t xml:space="preserve"> </w:t>
      </w:r>
      <m:oMath>
        <m:sSub>
          <m:e>
            <m:r>
              <m:t>M</m:t>
            </m:r>
          </m:e>
          <m:sub>
            <m:r>
              <m:t>0</m:t>
            </m:r>
          </m:sub>
        </m:sSub>
        <m:r>
          <m:t>ε</m:t>
        </m:r>
        <m:r>
          <m:rPr>
            <m:sty m:val="p"/>
          </m:rPr>
          <m:t>≥</m:t>
        </m:r>
        <m:r>
          <m:t>32</m:t>
        </m:r>
        <m:r>
          <m:t>N</m:t>
        </m:r>
      </m:oMath>
      <w:r>
        <w:t xml:space="preserve">,</w:t>
      </w:r>
      <w:r>
        <w:t xml:space="preserve"> </w:t>
      </w:r>
      <m:oMath>
        <m:sSup>
          <m:e>
            <m:r>
              <m:t>s</m:t>
            </m:r>
          </m:e>
          <m:sup>
            <m:r>
              <m:t>2</m:t>
            </m:r>
          </m:sup>
        </m:sSup>
        <m:r>
          <m:t>ε</m:t>
        </m:r>
        <m:r>
          <m:rPr>
            <m:sty m:val="p"/>
          </m:rPr>
          <m:t>≥</m:t>
        </m:r>
        <m:r>
          <m:t>N</m:t>
        </m:r>
      </m:oMath>
      <w:r>
        <w:t xml:space="preserve">,</w:t>
      </w:r>
      <w:r>
        <w:t xml:space="preserve"> </w:t>
      </w:r>
      <m:oMath>
        <m:sSup>
          <m:e>
            <m:r>
              <m:t>2</m:t>
            </m:r>
          </m:e>
          <m:sup>
            <m:r>
              <m:t>q</m:t>
            </m:r>
          </m:sup>
        </m:sSup>
        <m:r>
          <m:rPr>
            <m:sty m:val="p"/>
          </m:rPr>
          <m:t>≥</m:t>
        </m:r>
        <m:sSub>
          <m:e>
            <m:r>
              <m:t>M</m:t>
            </m:r>
          </m:e>
          <m:sub>
            <m:r>
              <m:t>0</m:t>
            </m:r>
          </m:sub>
        </m:sSub>
      </m:oMath>
      <w:r>
        <w:t xml:space="preserve">, and</w:t>
      </w:r>
      <w:r>
        <w:t xml:space="preserve"> </w:t>
      </w:r>
      <m:oMath>
        <m:sSup>
          <m:e>
            <m:r>
              <m:t>2</m:t>
            </m:r>
          </m:e>
          <m:sup>
            <m:r>
              <m:t>p</m:t>
            </m:r>
          </m:sup>
        </m:sSup>
        <m:r>
          <m:t>ε</m:t>
        </m:r>
        <m:r>
          <m:rPr>
            <m:sty m:val="p"/>
          </m:rPr>
          <m:t>≥</m:t>
        </m:r>
        <m:r>
          <m:t>16</m:t>
        </m:r>
        <m:r>
          <m:t>N</m:t>
        </m:r>
      </m:oMath>
      <w:r>
        <w:t xml:space="preserve">. Then</w:t>
      </w:r>
      <w:r>
        <w:t xml:space="preserve"> </w:t>
      </w:r>
      <m:oMath>
        <m:r>
          <m:t>d</m:t>
        </m:r>
        <m:r>
          <m:rPr>
            <m:sty m:val="p"/>
          </m:rPr>
          <m:t>=</m:t>
        </m:r>
        <m:r>
          <m:t>s</m:t>
        </m:r>
        <m:d>
          <m:dPr>
            <m:begChr m:val="("/>
            <m:sepChr m:val=""/>
            <m:endChr m:val=")"/>
            <m:grow/>
          </m:dPr>
          <m:e>
            <m:r>
              <m:t>N</m:t>
            </m:r>
            <m:r>
              <m:t>q</m:t>
            </m:r>
            <m:r>
              <m:rPr>
                <m:sty m:val="p"/>
              </m:rPr>
              <m:t>+</m:t>
            </m:r>
            <m:r>
              <m:t>p</m:t>
            </m:r>
          </m:e>
        </m:d>
      </m:oMath>
      <w:r>
        <w:t xml:space="preserve"> </w:t>
      </w:r>
      <w:r>
        <w:t xml:space="preserve">is sufficient. Requiring</w:t>
      </w:r>
      <w:r>
        <w:t xml:space="preserve"> </w:t>
      </w:r>
      <m:oMath>
        <m:r>
          <m:t>s</m:t>
        </m:r>
        <m:r>
          <m:rPr>
            <m:sty m:val="p"/>
          </m:rPr>
          <m:t>&gt;</m:t>
        </m:r>
        <m:r>
          <m:t>0</m:t>
        </m:r>
      </m:oMath>
      <w:r>
        <w:t xml:space="preserve"> </w:t>
      </w:r>
      <w:r>
        <w:t xml:space="preserve">is essential. This form avoids trusting a floating-point logarithm when checking the sufficient degree for rational input.</w:t>
      </w:r>
    </w:p>
    <w:bookmarkEnd w:id="77"/>
    <w:bookmarkStart w:id="80" w:name="a-concrete-exact-illustration"/>
    <w:p>
      <w:pPr>
        <w:pStyle w:val="Heading2"/>
      </w:pPr>
      <w:r>
        <w:t xml:space="preserve">A concrete exact illustration</w:t>
      </w:r>
    </w:p>
    <w:p>
      <w:pPr>
        <w:pStyle w:val="FirstParagraph"/>
        <w:keepLines/>
      </w:pPr>
      <w:r>
        <w:t xml:space="preserve">For</w:t>
      </w:r>
      <w:r>
        <w:t xml:space="preserve"> </w:t>
      </w:r>
      <m:oMath>
        <m:r>
          <m:t>A</m:t>
        </m:r>
        <m:r>
          <m:rPr>
            <m:sty m:val="p"/>
          </m:rPr>
          <m:t>=</m:t>
        </m:r>
        <m:r>
          <m:rPr>
            <m:sty m:val="p"/>
          </m:rPr>
          <m:t>{</m:t>
        </m:r>
        <m:r>
          <m:t>1</m:t>
        </m:r>
        <m:r>
          <m:rPr>
            <m:sty m:val="p"/>
          </m:rPr>
          <m:t>,</m:t>
        </m:r>
        <m:r>
          <m:t>2</m:t>
        </m:r>
        <m:r>
          <m:rPr>
            <m:sty m:val="p"/>
          </m:rPr>
          <m:t>}</m:t>
        </m:r>
      </m:oMath>
      <w:r>
        <w:t xml:space="preserve">, the true depth is</w:t>
      </w:r>
      <w:r>
        <w:t xml:space="preserve"> </w:t>
      </w:r>
      <m:oMath>
        <m:r>
          <m:t>9</m:t>
        </m:r>
        <m:r>
          <m:rPr>
            <m:sty m:val="p"/>
          </m:rPr>
          <m:t>/</m:t>
        </m:r>
        <m:r>
          <m:t>8</m:t>
        </m:r>
      </m:oMath>
      <w:r>
        <w:t xml:space="preserve">. Choose the specific trial polynomial</w:t>
      </w:r>
      <w:r>
        <w:t xml:space="preserve"> </w:t>
      </w:r>
      <m:oMath>
        <m:sSub>
          <m:e>
            <m:r>
              <m:t>T</m:t>
            </m:r>
          </m:e>
          <m:sub>
            <m:r>
              <m:t>d</m:t>
            </m:r>
          </m:sub>
        </m:sSub>
        <m:d>
          <m:dPr>
            <m:begChr m:val="("/>
            <m:sepChr m:val=""/>
            <m:endChr m:val=")"/>
            <m:grow/>
          </m:dPr>
          <m:e>
            <m:d>
              <m:dPr>
                <m:begChr m:val="("/>
                <m:sepChr m:val=""/>
                <m:endChr m:val=")"/>
                <m:grow/>
              </m:dPr>
              <m:e>
                <m:r>
                  <m:t>2</m:t>
                </m:r>
                <m:r>
                  <m:t>t</m:t>
                </m:r>
                <m:r>
                  <m:rPr>
                    <m:sty m:val="p"/>
                  </m:rPr>
                  <m:t>−</m:t>
                </m:r>
                <m:r>
                  <m:t>1</m:t>
                </m:r>
              </m:e>
            </m:d>
            <m:r>
              <m:rPr>
                <m:sty m:val="p"/>
              </m:rPr>
              <m:t>/</m:t>
            </m:r>
            <m:r>
              <m:t>3</m:t>
            </m:r>
          </m:e>
        </m:d>
      </m:oMath>
      <w:r>
        <w:t xml:space="preserve">, where</w:t>
      </w:r>
      <w:r>
        <w:t xml:space="preserve"> </w:t>
      </w:r>
      <m:oMath>
        <m:sSub>
          <m:e>
            <m:r>
              <m:t>T</m:t>
            </m:r>
          </m:e>
          <m:sub>
            <m:r>
              <m:t>d</m:t>
            </m:r>
          </m:sub>
        </m:sSub>
      </m:oMath>
      <w:r>
        <w:t xml:space="preserve"> </w:t>
      </w:r>
      <w:r>
        <w:t xml:space="preserve">is the Chebyshev polynomial of degree</w:t>
      </w:r>
      <w:r>
        <w:t xml:space="preserve"> </w:t>
      </w:r>
      <m:oMath>
        <m:r>
          <m:t>d</m:t>
        </m:r>
      </m:oMath>
      <w:r>
        <w:t xml:space="preserve">. Exact moment arithmetic gives the following values of the associated quotient.</w:t>
      </w:r>
    </w:p>
    <w:p>
      <w:pPr>
        <w:pStyle w:val="BodyText"/>
        <w:keepLines/>
      </w:pPr>
      <w:r>
        <w:rPr>
          <w:bCs/>
          <w:b/>
        </w:rPr>
        <w:t xml:space="preserve">Degree</w:t>
      </w:r>
      <w:r>
        <w:rPr>
          <w:bCs/>
          <w:b/>
        </w:rPr>
        <w:t xml:space="preserve"> </w:t>
      </w:r>
      <m:oMath>
        <m:r>
          <m:t>d</m:t>
        </m:r>
      </m:oMath>
      <w:r>
        <w:rPr>
          <w:bCs/>
          <w:b/>
        </w:rPr>
        <w:t xml:space="preserve">:</w:t>
      </w:r>
      <w:r>
        <w:t xml:space="preserve"> </w:t>
      </w:r>
      <w:r>
        <w:t xml:space="preserve">1</w:t>
      </w:r>
      <w:r>
        <w:t xml:space="preserve"> </w:t>
      </w:r>
      <w:r>
        <w:rPr>
          <w:bCs/>
          <w:b/>
        </w:rPr>
        <w:t xml:space="preserve">Exact trial value</w:t>
      </w:r>
      <w:r>
        <w:rPr>
          <w:bCs/>
          <w:b/>
        </w:rPr>
        <w:t xml:space="preserve"> </w:t>
      </w:r>
      <m:oMath>
        <m:sSub>
          <m:e>
            <m:r>
              <m:t>R</m:t>
            </m:r>
          </m:e>
          <m:sub>
            <m:r>
              <m:t>d</m:t>
            </m:r>
          </m:sub>
        </m:sSub>
      </m:oMath>
      <w:r>
        <w:rPr>
          <w:bCs/>
          <w:b/>
        </w:rPr>
        <w:t xml:space="preserve">:</w:t>
      </w:r>
      <w:r>
        <w:t xml:space="preserve"> </w:t>
      </w:r>
      <m:oMath>
        <m:r>
          <m:t>1</m:t>
        </m:r>
        <m:r>
          <m:rPr>
            <m:sty m:val="p"/>
          </m:rPr>
          <m:t>/</m:t>
        </m:r>
        <m:r>
          <m:t>5</m:t>
        </m:r>
      </m:oMath>
    </w:p>
    <w:p>
      <w:pPr>
        <w:pStyle w:val="BodyText"/>
        <w:keepLines/>
      </w:pPr>
      <w:r>
        <w:rPr>
          <w:bCs/>
          <w:b/>
        </w:rPr>
        <w:t xml:space="preserve">Degree</w:t>
      </w:r>
      <w:r>
        <w:rPr>
          <w:bCs/>
          <w:b/>
        </w:rPr>
        <w:t xml:space="preserve"> </w:t>
      </w:r>
      <m:oMath>
        <m:r>
          <m:t>d</m:t>
        </m:r>
      </m:oMath>
      <w:r>
        <w:rPr>
          <w:bCs/>
          <w:b/>
        </w:rPr>
        <w:t xml:space="preserve">:</w:t>
      </w:r>
      <w:r>
        <w:t xml:space="preserve"> </w:t>
      </w:r>
      <w:r>
        <w:t xml:space="preserve">2</w:t>
      </w:r>
      <w:r>
        <w:t xml:space="preserve"> </w:t>
      </w:r>
      <w:r>
        <w:rPr>
          <w:bCs/>
          <w:b/>
        </w:rPr>
        <w:t xml:space="preserve">Exact trial value</w:t>
      </w:r>
      <w:r>
        <w:rPr>
          <w:bCs/>
          <w:b/>
        </w:rPr>
        <w:t xml:space="preserve"> </w:t>
      </w:r>
      <m:oMath>
        <m:sSub>
          <m:e>
            <m:r>
              <m:t>R</m:t>
            </m:r>
          </m:e>
          <m:sub>
            <m:r>
              <m:t>d</m:t>
            </m:r>
          </m:sub>
        </m:sSub>
      </m:oMath>
      <w:r>
        <w:rPr>
          <w:bCs/>
          <w:b/>
        </w:rPr>
        <w:t xml:space="preserve">:</w:t>
      </w:r>
      <w:r>
        <w:t xml:space="preserve"> </w:t>
      </w:r>
      <m:oMath>
        <m:r>
          <m:t>12</m:t>
        </m:r>
        <m:r>
          <m:rPr>
            <m:sty m:val="p"/>
          </m:rPr>
          <m:t>/</m:t>
        </m:r>
        <m:r>
          <m:t>49</m:t>
        </m:r>
      </m:oMath>
    </w:p>
    <w:p>
      <w:pPr>
        <w:pStyle w:val="BodyText"/>
        <w:keepLines/>
      </w:pPr>
      <w:r>
        <w:rPr>
          <w:bCs/>
          <w:b/>
        </w:rPr>
        <w:t xml:space="preserve">Degree</w:t>
      </w:r>
      <w:r>
        <w:rPr>
          <w:bCs/>
          <w:b/>
        </w:rPr>
        <w:t xml:space="preserve"> </w:t>
      </w:r>
      <m:oMath>
        <m:r>
          <m:t>d</m:t>
        </m:r>
      </m:oMath>
      <w:r>
        <w:rPr>
          <w:bCs/>
          <w:b/>
        </w:rPr>
        <w:t xml:space="preserve">:</w:t>
      </w:r>
      <w:r>
        <w:t xml:space="preserve"> </w:t>
      </w:r>
      <w:r>
        <w:t xml:space="preserve">4</w:t>
      </w:r>
      <w:r>
        <w:t xml:space="preserve"> </w:t>
      </w:r>
      <w:r>
        <w:rPr>
          <w:bCs/>
          <w:b/>
        </w:rPr>
        <w:t xml:space="preserve">Exact trial value</w:t>
      </w:r>
      <w:r>
        <w:rPr>
          <w:bCs/>
          <w:b/>
        </w:rPr>
        <w:t xml:space="preserve"> </w:t>
      </w:r>
      <m:oMath>
        <m:sSub>
          <m:e>
            <m:r>
              <m:t>R</m:t>
            </m:r>
          </m:e>
          <m:sub>
            <m:r>
              <m:t>d</m:t>
            </m:r>
          </m:sub>
        </m:sSub>
      </m:oMath>
      <w:r>
        <w:rPr>
          <w:bCs/>
          <w:b/>
        </w:rPr>
        <w:t xml:space="preserve">:</w:t>
      </w:r>
      <w:r>
        <w:t xml:space="preserve"> </w:t>
      </w:r>
      <m:oMath>
        <m:r>
          <m:t>4656</m:t>
        </m:r>
        <m:r>
          <m:rPr>
            <m:sty m:val="p"/>
          </m:rPr>
          <m:t>/</m:t>
        </m:r>
        <m:r>
          <m:t>7201</m:t>
        </m:r>
      </m:oMath>
    </w:p>
    <w:p>
      <w:pPr>
        <w:pStyle w:val="BodyText"/>
        <w:keepLines/>
      </w:pPr>
      <w:r>
        <w:rPr>
          <w:bCs/>
          <w:b/>
        </w:rPr>
        <w:t xml:space="preserve">Degree</w:t>
      </w:r>
      <w:r>
        <w:rPr>
          <w:bCs/>
          <w:b/>
        </w:rPr>
        <w:t xml:space="preserve"> </w:t>
      </w:r>
      <m:oMath>
        <m:r>
          <m:t>d</m:t>
        </m:r>
      </m:oMath>
      <w:r>
        <w:rPr>
          <w:bCs/>
          <w:b/>
        </w:rPr>
        <w:t xml:space="preserve">:</w:t>
      </w:r>
      <w:r>
        <w:t xml:space="preserve"> </w:t>
      </w:r>
      <w:r>
        <w:t xml:space="preserve">8</w:t>
      </w:r>
      <w:r>
        <w:t xml:space="preserve"> </w:t>
      </w:r>
      <w:r>
        <w:rPr>
          <w:bCs/>
          <w:b/>
        </w:rPr>
        <w:t xml:space="preserve">Exact trial value</w:t>
      </w:r>
      <w:r>
        <w:rPr>
          <w:bCs/>
          <w:b/>
        </w:rPr>
        <w:t xml:space="preserve"> </w:t>
      </w:r>
      <m:oMath>
        <m:sSub>
          <m:e>
            <m:r>
              <m:t>R</m:t>
            </m:r>
          </m:e>
          <m:sub>
            <m:r>
              <m:t>d</m:t>
            </m:r>
          </m:sub>
        </m:sSub>
      </m:oMath>
      <w:r>
        <w:rPr>
          <w:bCs/>
          <w:b/>
        </w:rPr>
        <w:t xml:space="preserve">:</w:t>
      </w:r>
      <w:r>
        <w:t xml:space="preserve"> </w:t>
      </w:r>
      <m:oMath>
        <m:r>
          <m:t>601297088</m:t>
        </m:r>
        <m:r>
          <m:rPr>
            <m:sty m:val="p"/>
          </m:rPr>
          <m:t>/</m:t>
        </m:r>
        <m:r>
          <m:t>564810049</m:t>
        </m:r>
      </m:oMath>
    </w:p>
    <w:p>
      <w:pPr>
        <w:pStyle w:val="BodyText"/>
        <w:keepLines/>
      </w:pPr>
      <w:r>
        <w:rPr>
          <w:bCs/>
          <w:b/>
        </w:rPr>
        <w:t xml:space="preserve">Degree</w:t>
      </w:r>
      <w:r>
        <w:rPr>
          <w:bCs/>
          <w:b/>
        </w:rPr>
        <w:t xml:space="preserve"> </w:t>
      </w:r>
      <m:oMath>
        <m:r>
          <m:t>d</m:t>
        </m:r>
      </m:oMath>
      <w:r>
        <w:rPr>
          <w:bCs/>
          <w:b/>
        </w:rPr>
        <w:t xml:space="preserve">:</w:t>
      </w:r>
      <w:r>
        <w:t xml:space="preserve"> </w:t>
      </w:r>
      <w:r>
        <w:t xml:space="preserve">12</w:t>
      </w:r>
      <w:r>
        <w:t xml:space="preserve"> </w:t>
      </w:r>
      <w:r>
        <w:rPr>
          <w:bCs/>
          <w:b/>
        </w:rPr>
        <w:t xml:space="preserve">Exact trial value</w:t>
      </w:r>
      <w:r>
        <w:rPr>
          <w:bCs/>
          <w:b/>
        </w:rPr>
        <w:t xml:space="preserve"> </w:t>
      </w:r>
      <m:oMath>
        <m:sSub>
          <m:e>
            <m:r>
              <m:t>R</m:t>
            </m:r>
          </m:e>
          <m:sub>
            <m:r>
              <m:t>d</m:t>
            </m:r>
          </m:sub>
        </m:sSub>
      </m:oMath>
      <w:r>
        <w:rPr>
          <w:bCs/>
          <w:b/>
        </w:rPr>
        <w:t xml:space="preserve">:</w:t>
      </w:r>
      <w:r>
        <w:t xml:space="preserve"> </w:t>
      </w:r>
      <m:oMath>
        <m:r>
          <m:t>84674399485872</m:t>
        </m:r>
        <m:r>
          <m:rPr>
            <m:sty m:val="p"/>
          </m:rPr>
          <m:t>/</m:t>
        </m:r>
        <m:r>
          <m:t>76148427919201</m:t>
        </m:r>
      </m:oMath>
    </w:p>
    <w:p>
      <w:pPr>
        <w:pStyle w:val="BodyText"/>
        <w:keepNext/>
        <w:spacing w:after="80"/>
      </w:pPr>
      <w:r>
        <w:drawing>
          <wp:inline>
            <wp:extent cx="5852160" cy="2314208"/>
            <wp:effectExtent b="0" l="0" r="0" t="0"/>
            <wp:docPr descr="Chebyshev trial values against an exact minimum" title="" id="78" name="Picture"/>
            <a:graphic>
              <a:graphicData uri="http://schemas.openxmlformats.org/drawingml/2006/picture">
                <pic:pic>
                  <pic:nvPicPr>
                    <pic:cNvPr descr="/workspace/scratch/b671bf289294/bassplus_mathematics_publication/web/assets/fig04_chebyshev_trial.png" id="79" name="Picture"/>
                    <pic:cNvPicPr>
                      <a:picLocks noChangeArrowheads="1" noChangeAspect="1"/>
                    </pic:cNvPicPr>
                  </pic:nvPicPr>
                  <pic:blipFill>
                    <a:blip r:embed="rId44"/>
                    <a:stretch>
                      <a:fillRect/>
                    </a:stretch>
                  </pic:blipFill>
                  <pic:spPr bwMode="auto">
                    <a:xfrm>
                      <a:off x="0" y="0"/>
                      <a:ext cx="5852160" cy="2314208"/>
                    </a:xfrm>
                    <a:prstGeom prst="rect">
                      <a:avLst/>
                    </a:prstGeom>
                    <a:noFill/>
                    <a:ln w="9525">
                      <a:noFill/>
                      <a:headEnd/>
                      <a:tailEnd/>
                    </a:ln>
                  </pic:spPr>
                </pic:pic>
              </a:graphicData>
            </a:graphic>
          </wp:inline>
        </w:drawing>
      </w:r>
    </w:p>
    <w:p>
      <w:pPr>
        <w:pStyle w:val="Caption"/>
        <w:keepLines/>
        <w:spacing w:after="200"/>
      </w:pPr>
      <w:r>
        <w:rPr>
          <w:bCs/>
          <w:b/>
        </w:rPr>
        <w:t xml:space="preserve">Figure.</w:t>
      </w:r>
      <w:r>
        <w:t xml:space="preserve"> </w:t>
      </w:r>
      <w:r>
        <w:t xml:space="preserve">The highlighted rational values are certified trial values. The optimized quantity</w:t>
      </w:r>
      <w:r>
        <w:t xml:space="preserve"> </w:t>
      </w:r>
      <m:oMath>
        <m:sSub>
          <m:e>
            <m:r>
              <m:t>B</m:t>
            </m:r>
          </m:e>
          <m:sub>
            <m:r>
              <m:t>d</m:t>
            </m:r>
          </m:sub>
        </m:sSub>
      </m:oMath>
      <w:r>
        <w:t xml:space="preserve"> </w:t>
      </w:r>
      <w:r>
        <w:t xml:space="preserve">can only be larger. The graph must not relabel this particular sequence as the optimized hierarchy or suggest that monotonicity of all trial choices is guaranteed. The monotonicity theorem concerns</w:t>
      </w:r>
      <w:r>
        <w:t xml:space="preserve"> </w:t>
      </w:r>
      <m:oMath>
        <m:sSub>
          <m:e>
            <m:r>
              <m:t>B</m:t>
            </m:r>
          </m:e>
          <m:sub>
            <m:r>
              <m:t>d</m:t>
            </m:r>
          </m:sub>
        </m:sSub>
      </m:oMath>
      <w:r>
        <w:t xml:space="preserve">.</w:t>
      </w:r>
    </w:p>
    <w:bookmarkEnd w:id="80"/>
    <w:bookmarkStart w:id="81" w:name="X6f9356cacf28c7ddc41f7755c01580a22dcf285"/>
    <w:p>
      <w:pPr>
        <w:pStyle w:val="Heading2"/>
      </w:pPr>
      <w:r>
        <w:t xml:space="preserve">What the result does and does not compute</w:t>
      </w:r>
    </w:p>
    <w:p>
      <w:pPr>
        <w:pStyle w:val="FirstParagraph"/>
      </w:pPr>
      <w:r>
        <w:t xml:space="preserve">The uniform degree bound removes dependence on frequency scale from this particular approximation guarantee. It does not make moment generation free. Large degrees can require many large integers, and a monomial moment matrix can be ill-conditioned in floating point. A plotted generalized eigenvalue without a certified numerical error is still an estimate.</w:t>
      </w:r>
    </w:p>
    <w:p>
      <w:pPr>
        <w:pStyle w:val="BodyText"/>
        <w:keepLines/>
      </w:pPr>
      <w:r>
        <w:t xml:space="preserve">There is also an unavoidable distinction between approximation and an extremal theorem. Approximating</w:t>
      </w:r>
      <w:r>
        <w:t xml:space="preserve"> </w:t>
      </w:r>
      <m:oMath>
        <m:r>
          <m:t>K</m:t>
        </m:r>
        <m:d>
          <m:dPr>
            <m:begChr m:val="("/>
            <m:sepChr m:val=""/>
            <m:endChr m:val=")"/>
            <m:grow/>
          </m:dPr>
          <m:e>
            <m:r>
              <m:t>A</m:t>
            </m:r>
          </m:e>
        </m:d>
      </m:oMath>
      <w:r>
        <w:t xml:space="preserve"> </w:t>
      </w:r>
      <w:r>
        <w:t xml:space="preserve">for each input does not prove that the resulting values are all at least</w:t>
      </w:r>
      <w:r>
        <w:t xml:space="preserve"> </w:t>
      </w:r>
      <m:oMath>
        <m:r>
          <m:t>c</m:t>
        </m:r>
        <m:rad>
          <m:radPr>
            <m:degHide m:val="on"/>
          </m:radPr>
          <m:deg/>
          <m:e>
            <m:r>
              <m:t>N</m:t>
            </m:r>
          </m:e>
        </m:rad>
      </m:oMath>
      <w:r>
        <w:t xml:space="preserve">. That further inequality is exactly the unresolved target of Chowla’s problem. The approximation theorem is useful because it states clearly what accuracy can be obtained and under which assumptions, not because it bypasses that target.</w:t>
      </w:r>
    </w:p>
    <w:bookmarkEnd w:id="81"/>
    <w:bookmarkEnd w:id="82"/>
    <w:bookmarkStart w:id="92" w:name="the-limits-of-wave-analogies"/>
    <w:p>
      <w:pPr>
        <w:pStyle w:val="Heading1"/>
        <w:pageBreakBefore/>
      </w:pPr>
      <w:r>
        <w:t xml:space="preserve">The Limits of Wave Analogies</w:t>
      </w:r>
    </w:p>
    <w:p>
      <w:pPr>
        <w:pStyle w:val="FirstParagraph"/>
      </w:pPr>
      <w:r>
        <w:t xml:space="preserve">The research explored ideas from physics, biology, social dynamics, and optimization. Their usefulness depended on an exact question: which mathematical quantity survives the translation? An attractive analogy can generate a hypothesis, but its conclusion needs a proof in the original model.</w:t>
      </w:r>
    </w:p>
    <w:bookmarkStart w:id="83" w:name="negative-pressure-is-not-negative-energy"/>
    <w:p>
      <w:pPr>
        <w:pStyle w:val="Heading2"/>
      </w:pPr>
      <w:r>
        <w:t xml:space="preserve">Negative pressure is not negative energy</w:t>
      </w:r>
    </w:p>
    <w:p>
      <w:pPr>
        <w:pStyle w:val="FirstParagraph"/>
      </w:pPr>
      <w:r>
        <w:t xml:space="preserve">A cosine sum is signed. Its negative trough is the object of Chowla’s problem. Acoustic pressure relative to equilibrium can also be negative, describing rarefaction. Average acoustic intensity, under the usual plane progressive-wave assumptions, depends on mean-square pressure and acoustic impedance. Squaring a waveform discards its sign, so an energy statement does not automatically constrain a negative pressure excursion.</w:t>
      </w:r>
      <w:r>
        <w:t xml:space="preserve"> </w:t>
      </w:r>
      <w:hyperlink w:anchor="bakeracoustics">
        <w:r>
          <w:rPr>
            <w:rStyle w:val="Hyperlink"/>
          </w:rPr>
          <w:t xml:space="preserve">[BakerAcoustics]</w:t>
        </w:r>
      </w:hyperlink>
    </w:p>
    <w:p>
      <w:pPr>
        <w:pStyle w:val="BodyText"/>
        <w:keepLines/>
      </w:pPr>
      <w:r>
        <w:t xml:space="preserve">A similar issue arises with a complex amplitude. Let</w:t>
      </w:r>
      <w:r>
        <w:t xml:space="preserve"> </w:t>
      </w:r>
      <m:oMath>
        <m:sSub>
          <m:e>
            <m:r>
              <m:t>S</m:t>
            </m:r>
          </m:e>
          <m:sub>
            <m:r>
              <m:t>A</m:t>
            </m:r>
          </m:sub>
        </m:sSub>
        <m:d>
          <m:dPr>
            <m:begChr m:val="("/>
            <m:sepChr m:val=""/>
            <m:endChr m:val=")"/>
            <m:grow/>
          </m:dPr>
          <m:e>
            <m:r>
              <m:t>x</m:t>
            </m:r>
          </m:e>
        </m:d>
        <m:r>
          <m:rPr>
            <m:sty m:val="p"/>
          </m:rPr>
          <m:t>=</m:t>
        </m:r>
        <m:nary>
          <m:naryPr>
            <m:chr m:val="∑"/>
            <m:limLoc m:val="undOvr"/>
            <m:subHide m:val="off"/>
            <m:supHide m:val="on"/>
          </m:naryPr>
          <m:sub>
            <m:r>
              <m:t>a</m:t>
            </m:r>
            <m:r>
              <m:rPr>
                <m:sty m:val="p"/>
              </m:rPr>
              <m:t>∈</m:t>
            </m:r>
            <m:r>
              <m:t>A</m:t>
            </m:r>
          </m:sub>
          <m:sup>
            <m:r>
              <m:t>​</m:t>
            </m:r>
          </m:sup>
          <m:e>
            <m:sSup>
              <m:e>
                <m:r>
                  <m:t>e</m:t>
                </m:r>
              </m:e>
              <m:sup>
                <m:r>
                  <m:t>i</m:t>
                </m:r>
                <m:r>
                  <m:t>a</m:t>
                </m:r>
                <m:r>
                  <m:t>x</m:t>
                </m:r>
              </m:sup>
            </m:sSup>
          </m:e>
        </m:nary>
      </m:oMath>
      <w:r>
        <w:t xml:space="preserve">. The sets</w:t>
      </w:r>
      <w:r>
        <w:t xml:space="preserve"> </w:t>
      </w:r>
      <m:oMath>
        <m:r>
          <m:t>A</m:t>
        </m:r>
        <m:r>
          <m:rPr>
            <m:sty m:val="p"/>
          </m:rPr>
          <m:t>=</m:t>
        </m:r>
        <m:r>
          <m:rPr>
            <m:sty m:val="p"/>
          </m:rPr>
          <m:t>{</m:t>
        </m:r>
        <m:r>
          <m:t>1</m:t>
        </m:r>
        <m:r>
          <m:rPr>
            <m:sty m:val="p"/>
          </m:rPr>
          <m:t>,</m:t>
        </m:r>
        <m:r>
          <m:t>2</m:t>
        </m:r>
        <m:r>
          <m:rPr>
            <m:sty m:val="p"/>
          </m:rPr>
          <m:t>}</m:t>
        </m:r>
      </m:oMath>
      <w:r>
        <w:t xml:space="preserve"> </w:t>
      </w:r>
      <w:r>
        <w:t xml:space="preserve">and</w:t>
      </w:r>
      <w:r>
        <w:t xml:space="preserve"> </w:t>
      </w:r>
      <m:oMath>
        <m:r>
          <m:t>A</m:t>
        </m:r>
        <m:r>
          <m:rPr>
            <m:sty m:val="p"/>
          </m:rPr>
          <m:t>=</m:t>
        </m:r>
        <m:r>
          <m:rPr>
            <m:sty m:val="p"/>
          </m:rPr>
          <m:t>{</m:t>
        </m:r>
        <m:r>
          <m:t>2</m:t>
        </m:r>
        <m:r>
          <m:rPr>
            <m:sty m:val="p"/>
          </m:rPr>
          <m:t>,</m:t>
        </m:r>
        <m:r>
          <m:t>3</m:t>
        </m:r>
        <m:r>
          <m:rPr>
            <m:sty m:val="p"/>
          </m:rPr>
          <m:t>}</m:t>
        </m:r>
      </m:oMath>
      <w:r>
        <w:t xml:space="preserve"> </w:t>
      </w:r>
      <w:r>
        <w:t xml:space="preserve">have exactly the same</w:t>
      </w:r>
      <w:r>
        <w:t xml:space="preserve"> </w:t>
      </w:r>
      <m:oMath>
        <m:sSup>
          <m:e>
            <m:d>
              <m:dPr>
                <m:begChr m:val="|"/>
                <m:sepChr m:val=""/>
                <m:endChr m:val="|"/>
                <m:grow/>
              </m:dPr>
              <m:e>
                <m:sSub>
                  <m:e>
                    <m:r>
                      <m:t>S</m:t>
                    </m:r>
                  </m:e>
                  <m:sub>
                    <m:r>
                      <m:t>A</m:t>
                    </m:r>
                  </m:sub>
                </m:sSub>
                <m:d>
                  <m:dPr>
                    <m:begChr m:val="("/>
                    <m:sepChr m:val=""/>
                    <m:endChr m:val=")"/>
                    <m:grow/>
                  </m:dPr>
                  <m:e>
                    <m:r>
                      <m:t>x</m:t>
                    </m:r>
                  </m:e>
                </m:d>
              </m:e>
            </m:d>
          </m:e>
          <m:sup>
            <m:r>
              <m:t>2</m:t>
            </m:r>
          </m:sup>
        </m:sSup>
        <m:r>
          <m:rPr>
            <m:sty m:val="p"/>
          </m:rPr>
          <m:t>=</m:t>
        </m:r>
        <m:r>
          <m:t>2</m:t>
        </m:r>
        <m:r>
          <m:rPr>
            <m:sty m:val="p"/>
          </m:rPr>
          <m:t>+</m:t>
        </m:r>
        <m:r>
          <m:t>2</m:t>
        </m:r>
        <m:r>
          <m:rPr>
            <m:sty m:val="p"/>
          </m:rPr>
          <m:t>cos</m:t>
        </m:r>
        <m:r>
          <m:t>x</m:t>
        </m:r>
      </m:oMath>
      <w:r>
        <w:t xml:space="preserve">, because one complex sum is obtained from the other by a unit-modulus phase factor. Their real parts have different negative minima. This example concerns the squared magnitude of a complex amplitude; it does not assert equality of the squares of their real waveforms. That qualification prevents a misleading physical interpretation.</w:t>
      </w:r>
    </w:p>
    <w:bookmarkEnd w:id="83"/>
    <w:bookmarkStart w:id="86" w:name="Xea8758bf611e068f007c20342f870358e9f2ddb"/>
    <w:p>
      <w:pPr>
        <w:pStyle w:val="Heading2"/>
      </w:pPr>
      <w:r>
        <w:t xml:space="preserve">Equal energy does not fix a signed trough</w:t>
      </w:r>
    </w:p>
    <w:p>
      <w:pPr>
        <w:pStyle w:val="FirstParagraph"/>
        <w:keepLines/>
      </w:pPr>
      <w:r>
        <w:t xml:space="preserve">For distinct unit-amplitude cosine frequencies, the full-period mean square is always</w:t>
      </w:r>
      <w:r>
        <w:t xml:space="preserve"> </w:t>
      </w:r>
      <m:oMath>
        <m:r>
          <m:t>N</m:t>
        </m:r>
        <m:r>
          <m:rPr>
            <m:sty m:val="p"/>
          </m:rPr>
          <m:t>/</m:t>
        </m:r>
        <m:r>
          <m:t>2</m:t>
        </m:r>
      </m:oMath>
      <w:r>
        <w:t xml:space="preserve">. The two sets</w:t>
      </w:r>
      <w:r>
        <w:t xml:space="preserve"> </w:t>
      </w:r>
      <m:oMath>
        <m:r>
          <m:rPr>
            <m:sty m:val="p"/>
          </m:rPr>
          <m:t>{</m:t>
        </m:r>
        <m:r>
          <m:t>1</m:t>
        </m:r>
        <m:r>
          <m:rPr>
            <m:sty m:val="p"/>
          </m:rPr>
          <m:t>,</m:t>
        </m:r>
        <m:r>
          <m:t>2</m:t>
        </m:r>
        <m:r>
          <m:rPr>
            <m:sty m:val="p"/>
          </m:rPr>
          <m:t>}</m:t>
        </m:r>
      </m:oMath>
      <w:r>
        <w:t xml:space="preserve"> </w:t>
      </w:r>
      <w:r>
        <w:t xml:space="preserve">and</w:t>
      </w:r>
      <w:r>
        <w:t xml:space="preserve"> </w:t>
      </w:r>
      <m:oMath>
        <m:r>
          <m:rPr>
            <m:sty m:val="p"/>
          </m:rPr>
          <m:t>{</m:t>
        </m:r>
        <m:r>
          <m:t>1</m:t>
        </m:r>
        <m:r>
          <m:rPr>
            <m:sty m:val="p"/>
          </m:rPr>
          <m:t>,</m:t>
        </m:r>
        <m:r>
          <m:t>3</m:t>
        </m:r>
        <m:r>
          <m:rPr>
            <m:sty m:val="p"/>
          </m:rPr>
          <m:t>}</m:t>
        </m:r>
      </m:oMath>
      <w:r>
        <w:t xml:space="preserve"> </w:t>
      </w:r>
      <w:r>
        <w:t xml:space="preserve">therefore have the same RMS amplitude while their negative depths are</w:t>
      </w:r>
      <w:r>
        <w:t xml:space="preserve"> </w:t>
      </w:r>
      <m:oMath>
        <m:r>
          <m:t>9</m:t>
        </m:r>
        <m:r>
          <m:rPr>
            <m:sty m:val="p"/>
          </m:rPr>
          <m:t>/</m:t>
        </m:r>
        <m:r>
          <m:t>8</m:t>
        </m:r>
      </m:oMath>
      <w:r>
        <w:t xml:space="preserve"> </w:t>
      </w:r>
      <w:r>
        <w:t xml:space="preserve">and</w:t>
      </w:r>
      <w:r>
        <w:t xml:space="preserve"> </w:t>
      </w:r>
      <m:oMath>
        <m:r>
          <m:t>2</m:t>
        </m:r>
      </m:oMath>
      <w:r>
        <w:t xml:space="preserve">. Any proposed formula using only this energy statistic must miss information about arithmetic phase constraints.</w:t>
      </w:r>
    </w:p>
    <w:p>
      <w:pPr>
        <w:pStyle w:val="BodyText"/>
        <w:keepNext/>
        <w:spacing w:after="80"/>
      </w:pPr>
      <w:r>
        <w:drawing>
          <wp:inline>
            <wp:extent cx="5852160" cy="2391752"/>
            <wp:effectExtent b="0" l="0" r="0" t="0"/>
            <wp:docPr descr="Equal RMS and different negative minima" title="" id="84" name="Picture"/>
            <a:graphic>
              <a:graphicData uri="http://schemas.openxmlformats.org/drawingml/2006/picture">
                <pic:pic>
                  <pic:nvPicPr>
                    <pic:cNvPr descr="/workspace/scratch/b671bf289294/bassplus_mathematics_publication/web/assets/fig02_phase_locking.png" id="85" name="Picture"/>
                    <pic:cNvPicPr>
                      <a:picLocks noChangeArrowheads="1" noChangeAspect="1"/>
                    </pic:cNvPicPr>
                  </pic:nvPicPr>
                  <pic:blipFill>
                    <a:blip r:embed="rId25"/>
                    <a:stretch>
                      <a:fillRect/>
                    </a:stretch>
                  </pic:blipFill>
                  <pic:spPr bwMode="auto">
                    <a:xfrm>
                      <a:off x="0" y="0"/>
                      <a:ext cx="5852160" cy="2391752"/>
                    </a:xfrm>
                    <a:prstGeom prst="rect">
                      <a:avLst/>
                    </a:prstGeom>
                    <a:noFill/>
                    <a:ln w="9525">
                      <a:noFill/>
                      <a:headEnd/>
                      <a:tailEnd/>
                    </a:ln>
                  </pic:spPr>
                </pic:pic>
              </a:graphicData>
            </a:graphic>
          </wp:inline>
        </w:drawing>
      </w:r>
    </w:p>
    <w:p>
      <w:pPr>
        <w:pStyle w:val="Caption"/>
        <w:spacing w:after="200"/>
      </w:pPr>
      <w:r>
        <w:rPr>
          <w:bCs/>
          <w:b/>
        </w:rPr>
        <w:t xml:space="preserve">Figure.</w:t>
      </w:r>
      <w:r>
        <w:t xml:space="preserve"> </w:t>
      </w:r>
      <w:r>
        <w:t xml:space="preserve">The comparison separates the average squared amplitude from the attainable negative peak. It also marks the independently adjustable phase value as belonging to a different model.</w:t>
      </w:r>
    </w:p>
    <w:bookmarkEnd w:id="86"/>
    <w:bookmarkStart w:id="89" w:name="integer-amplitudes-are-not-enough"/>
    <w:p>
      <w:pPr>
        <w:pStyle w:val="Heading2"/>
      </w:pPr>
      <w:r>
        <w:t xml:space="preserve">Integer amplitudes are not enough</w:t>
      </w:r>
    </w:p>
    <w:p>
      <w:pPr>
        <w:pStyle w:val="FirstParagraph"/>
        <w:keepLines/>
      </w:pPr>
      <w:r>
        <w:t xml:space="preserve">The user-inspired question about quantization led to a precise test: would restricting coefficients to positive integers restore a square-root lower bound normalized by coefficient energy? The answer is no. Start with the Fejér weights</w:t>
      </w:r>
      <w:r>
        <w:t xml:space="preserve"> </w:t>
      </w:r>
      <m:oMath>
        <m:sSub>
          <m:e>
            <m:r>
              <m:t>w</m:t>
            </m:r>
          </m:e>
          <m:sub>
            <m:r>
              <m:t>a</m:t>
            </m:r>
          </m:sub>
        </m:sSub>
        <m:r>
          <m:rPr>
            <m:sty m:val="p"/>
          </m:rPr>
          <m:t>=</m:t>
        </m:r>
        <m:r>
          <m:t>1</m:t>
        </m:r>
        <m:r>
          <m:rPr>
            <m:sty m:val="p"/>
          </m:rPr>
          <m:t>−</m:t>
        </m:r>
        <m:r>
          <m:t>a</m:t>
        </m:r>
        <m:r>
          <m:rPr>
            <m:sty m:val="p"/>
          </m:rPr>
          <m:t>/</m:t>
        </m:r>
        <m:d>
          <m:dPr>
            <m:begChr m:val="("/>
            <m:sepChr m:val=""/>
            <m:endChr m:val=")"/>
            <m:grow/>
          </m:dPr>
          <m:e>
            <m:r>
              <m:t>N</m:t>
            </m:r>
            <m:r>
              <m:rPr>
                <m:sty m:val="p"/>
              </m:rPr>
              <m:t>+</m:t>
            </m:r>
            <m:r>
              <m:t>1</m:t>
            </m:r>
          </m:e>
        </m:d>
      </m:oMath>
      <w:r>
        <w:t xml:space="preserve">. The nonnegative Fejér kernel gives a weighted negative depth of exactly</w:t>
      </w:r>
      <w:r>
        <w:t xml:space="preserve"> </w:t>
      </w:r>
      <m:oMath>
        <m:r>
          <m:t>1</m:t>
        </m:r>
        <m:r>
          <m:rPr>
            <m:sty m:val="p"/>
          </m:rPr>
          <m:t>/</m:t>
        </m:r>
        <m:r>
          <m:t>2</m:t>
        </m:r>
      </m:oMath>
      <w:r>
        <w:t xml:space="preserve">. Scaling to integer weights</w:t>
      </w:r>
      <w:r>
        <w:t xml:space="preserve"> </w:t>
      </w:r>
      <m:oMath>
        <m:sSub>
          <m:e>
            <m:r>
              <m:t>v</m:t>
            </m:r>
          </m:e>
          <m:sub>
            <m:r>
              <m:t>a</m:t>
            </m:r>
          </m:sub>
        </m:sSub>
        <m:r>
          <m:rPr>
            <m:sty m:val="p"/>
          </m:rPr>
          <m:t>=</m:t>
        </m:r>
        <m:r>
          <m:t>N</m:t>
        </m:r>
        <m:r>
          <m:rPr>
            <m:sty m:val="p"/>
          </m:rPr>
          <m:t>+</m:t>
        </m:r>
        <m:r>
          <m:t>1</m:t>
        </m:r>
        <m:r>
          <m:rPr>
            <m:sty m:val="p"/>
          </m:rPr>
          <m:t>−</m:t>
        </m:r>
        <m:r>
          <m:t>a</m:t>
        </m:r>
      </m:oMath>
      <w:r>
        <w:t xml:space="preserve"> </w:t>
      </w:r>
      <w:r>
        <w:t xml:space="preserve">gives</w:t>
      </w:r>
    </w:p>
    <w:p>
      <w:pPr>
        <w:pStyle w:val="BodyText"/>
        <w:keepLines/>
      </w:pPr>
      <m:oMathPara>
        <m:oMathParaPr>
          <m:jc m:val="center"/>
        </m:oMathParaPr>
        <m:oMath>
          <m:sSub>
            <m:e>
              <m:r>
                <m:t>K</m:t>
              </m:r>
            </m:e>
            <m:sub>
              <m:r>
                <m:t>v</m:t>
              </m:r>
            </m:sub>
          </m:sSub>
          <m:r>
            <m:rPr>
              <m:sty m:val="p"/>
            </m:rPr>
            <m:t>=</m:t>
          </m:r>
          <m:f>
            <m:fPr>
              <m:type m:val="bar"/>
            </m:fPr>
            <m:num>
              <m:r>
                <m:t>N</m:t>
              </m:r>
              <m:r>
                <m:rPr>
                  <m:sty m:val="p"/>
                </m:rPr>
                <m:t>+</m:t>
              </m:r>
              <m:r>
                <m:t>1</m:t>
              </m:r>
            </m:num>
            <m:den>
              <m:r>
                <m:t>2</m:t>
              </m:r>
            </m:den>
          </m:f>
          <m:r>
            <m:rPr>
              <m:sty m:val="p"/>
            </m:rPr>
            <m:t>,</m:t>
          </m:r>
          <m:r>
            <m:t>  </m:t>
          </m:r>
          <m:nary>
            <m:naryPr>
              <m:chr m:val="∑"/>
              <m:limLoc m:val="undOvr"/>
              <m:subHide m:val="off"/>
              <m:supHide m:val="off"/>
            </m:naryPr>
            <m:sub>
              <m:r>
                <m:t>a</m:t>
              </m:r>
              <m:r>
                <m:rPr>
                  <m:sty m:val="p"/>
                </m:rPr>
                <m:t>=</m:t>
              </m:r>
              <m:r>
                <m:t>1</m:t>
              </m:r>
            </m:sub>
            <m:sup>
              <m:r>
                <m:t>N</m:t>
              </m:r>
            </m:sup>
            <m:e>
              <m:sSubSup>
                <m:e>
                  <m:r>
                    <m:t>v</m:t>
                  </m:r>
                </m:e>
                <m:sub>
                  <m:r>
                    <m:t>a</m:t>
                  </m:r>
                </m:sub>
                <m:sup>
                  <m:r>
                    <m:t>2</m:t>
                  </m:r>
                </m:sup>
              </m:sSubSup>
            </m:e>
          </m:nary>
          <m:r>
            <m:rPr>
              <m:sty m:val="p"/>
            </m:rPr>
            <m:t>=</m:t>
          </m:r>
          <m:f>
            <m:fPr>
              <m:type m:val="bar"/>
            </m:fPr>
            <m:num>
              <m:r>
                <m:t>N</m:t>
              </m:r>
              <m:d>
                <m:dPr>
                  <m:begChr m:val="("/>
                  <m:sepChr m:val=""/>
                  <m:endChr m:val=")"/>
                  <m:grow/>
                </m:dPr>
                <m:e>
                  <m:r>
                    <m:t>N</m:t>
                  </m:r>
                  <m:r>
                    <m:rPr>
                      <m:sty m:val="p"/>
                    </m:rPr>
                    <m:t>+</m:t>
                  </m:r>
                  <m:r>
                    <m:t>1</m:t>
                  </m:r>
                </m:e>
              </m:d>
              <m:d>
                <m:dPr>
                  <m:begChr m:val="("/>
                  <m:sepChr m:val=""/>
                  <m:endChr m:val=")"/>
                  <m:grow/>
                </m:dPr>
                <m:e>
                  <m:r>
                    <m:t>2</m:t>
                  </m:r>
                  <m:r>
                    <m:t>N</m:t>
                  </m:r>
                  <m:r>
                    <m:rPr>
                      <m:sty m:val="p"/>
                    </m:rPr>
                    <m:t>+</m:t>
                  </m:r>
                  <m:r>
                    <m:t>1</m:t>
                  </m:r>
                </m:e>
              </m:d>
            </m:num>
            <m:den>
              <m:r>
                <m:t>6</m:t>
              </m:r>
            </m:den>
          </m:f>
          <m:r>
            <m:rPr>
              <m:sty m:val="p"/>
            </m:rPr>
            <m:t>.</m:t>
          </m:r>
        </m:oMath>
      </m:oMathPara>
    </w:p>
    <w:p>
      <w:pPr>
        <w:pStyle w:val="FirstParagraph"/>
        <w:keepLines/>
      </w:pPr>
      <w:r>
        <w:t xml:space="preserve">Consequently</w:t>
      </w:r>
      <w:r>
        <w:t xml:space="preserve"> </w:t>
      </w:r>
      <m:oMath>
        <m:sSub>
          <m:e>
            <m:r>
              <m:t>K</m:t>
            </m:r>
          </m:e>
          <m:sub>
            <m:r>
              <m:t>v</m:t>
            </m:r>
          </m:sub>
        </m:sSub>
        <m:r>
          <m:rPr>
            <m:sty m:val="p"/>
          </m:rPr>
          <m:t>/</m:t>
        </m:r>
        <m:sSup>
          <m:e>
            <m:d>
              <m:dPr>
                <m:begChr m:val="("/>
                <m:sepChr m:val=""/>
                <m:endChr m:val=")"/>
                <m:grow/>
              </m:dPr>
              <m:e>
                <m:r>
                  <m:rPr>
                    <m:sty m:val="p"/>
                  </m:rPr>
                  <m:t>∑</m:t>
                </m:r>
                <m:sSubSup>
                  <m:e>
                    <m:r>
                      <m:t>v</m:t>
                    </m:r>
                  </m:e>
                  <m:sub>
                    <m:r>
                      <m:t>a</m:t>
                    </m:r>
                  </m:sub>
                  <m:sup>
                    <m:r>
                      <m:t>2</m:t>
                    </m:r>
                  </m:sup>
                </m:sSubSup>
              </m:e>
            </m:d>
          </m:e>
          <m:sup>
            <m:r>
              <m:t>1</m:t>
            </m:r>
            <m:r>
              <m:rPr>
                <m:sty m:val="p"/>
              </m:rPr>
              <m:t>/</m:t>
            </m:r>
            <m:r>
              <m:t>2</m:t>
            </m:r>
          </m:sup>
        </m:sSup>
        <m:r>
          <m:rPr>
            <m:sty m:val="p"/>
          </m:rPr>
          <m:t>→</m:t>
        </m:r>
        <m:r>
          <m:t>0</m:t>
        </m:r>
      </m:oMath>
      <w:r>
        <w:t xml:space="preserve">. This is a rigorous obstruction to the weighted extension. It leaves the original unit-amplitude problem untouched because the coefficients in that problem must all equal one.</w:t>
      </w:r>
    </w:p>
    <w:p>
      <w:pPr>
        <w:pStyle w:val="BodyText"/>
        <w:keepNext/>
        <w:spacing w:after="80"/>
      </w:pPr>
      <w:r>
        <w:drawing>
          <wp:inline>
            <wp:extent cx="5852160" cy="2365096"/>
            <wp:effectExtent b="0" l="0" r="0" t="0"/>
            <wp:docPr descr="The Fejér weighted-amplitude obstruction" title="" id="87" name="Picture"/>
            <a:graphic>
              <a:graphicData uri="http://schemas.openxmlformats.org/drawingml/2006/picture">
                <pic:pic>
                  <pic:nvPicPr>
                    <pic:cNvPr descr="/workspace/scratch/b671bf289294/bassplus_mathematics_publication/web/assets/fig03_fejer_weights.png" id="88" name="Picture"/>
                    <pic:cNvPicPr>
                      <a:picLocks noChangeArrowheads="1" noChangeAspect="1"/>
                    </pic:cNvPicPr>
                  </pic:nvPicPr>
                  <pic:blipFill>
                    <a:blip r:embed="rId48"/>
                    <a:stretch>
                      <a:fillRect/>
                    </a:stretch>
                  </pic:blipFill>
                  <pic:spPr bwMode="auto">
                    <a:xfrm>
                      <a:off x="0" y="0"/>
                      <a:ext cx="5852160" cy="2365096"/>
                    </a:xfrm>
                    <a:prstGeom prst="rect">
                      <a:avLst/>
                    </a:prstGeom>
                    <a:noFill/>
                    <a:ln w="9525">
                      <a:noFill/>
                      <a:headEnd/>
                      <a:tailEnd/>
                    </a:ln>
                  </pic:spPr>
                </pic:pic>
              </a:graphicData>
            </a:graphic>
          </wp:inline>
        </w:drawing>
      </w:r>
    </w:p>
    <w:p>
      <w:pPr>
        <w:pStyle w:val="Caption"/>
        <w:spacing w:after="200"/>
      </w:pPr>
      <w:r>
        <w:rPr>
          <w:bCs/>
          <w:b/>
        </w:rPr>
        <w:t xml:space="preserve">Figure.</w:t>
      </w:r>
      <w:r>
        <w:t xml:space="preserve"> </w:t>
      </w:r>
      <w:r>
        <w:t xml:space="preserve">The pulse shape and the normalization curve explain the counterexample together. The tall positive pulse is compensated by a shallow negative floor over a broad region.</w:t>
      </w:r>
    </w:p>
    <w:bookmarkEnd w:id="89"/>
    <w:bookmarkStart w:id="90" w:name="what-phonons-actually-quantize"/>
    <w:p>
      <w:pPr>
        <w:pStyle w:val="Heading2"/>
      </w:pPr>
      <w:r>
        <w:t xml:space="preserve">What phonons actually quantize</w:t>
      </w:r>
    </w:p>
    <w:p>
      <w:pPr>
        <w:pStyle w:val="FirstParagraph"/>
        <w:keepLines/>
      </w:pPr>
      <w:r>
        <w:t xml:space="preserve">For a harmonic oscillator, the number operator has integer eigenvalues and the energy levels are</w:t>
      </w:r>
      <w:r>
        <w:t xml:space="preserve"> </w:t>
      </w:r>
      <m:oMath>
        <m:r>
          <m:rPr>
            <m:sty m:val="p"/>
          </m:rPr>
          <m:t>ℏ</m:t>
        </m:r>
        <m:r>
          <m:t>ω</m:t>
        </m:r>
        <m:d>
          <m:dPr>
            <m:begChr m:val="("/>
            <m:sepChr m:val=""/>
            <m:endChr m:val=")"/>
            <m:grow/>
          </m:dPr>
          <m:e>
            <m:r>
              <m:t>n</m:t>
            </m:r>
            <m:r>
              <m:rPr>
                <m:sty m:val="p"/>
              </m:rPr>
              <m:t>+</m:t>
            </m:r>
            <m:r>
              <m:t>1</m:t>
            </m:r>
            <m:r>
              <m:rPr>
                <m:sty m:val="p"/>
              </m:rPr>
              <m:t>/</m:t>
            </m:r>
            <m:r>
              <m:t>2</m:t>
            </m:r>
          </m:e>
        </m:d>
      </m:oMath>
      <w:r>
        <w:t xml:space="preserve">. That is a statement about measurement outcomes in a quantum model. In a number state, the mean displacement is zero. For a coherent state with complex parameter</w:t>
      </w:r>
      <w:r>
        <w:t xml:space="preserve"> </w:t>
      </w:r>
      <m:oMath>
        <m:r>
          <m:t>α</m:t>
        </m:r>
      </m:oMath>
      <w:r>
        <w:t xml:space="preserve">, the mean occupation is</w:t>
      </w:r>
      <w:r>
        <w:t xml:space="preserve"> </w:t>
      </w:r>
      <m:oMath>
        <m:sSup>
          <m:e>
            <m:d>
              <m:dPr>
                <m:begChr m:val="|"/>
                <m:sepChr m:val=""/>
                <m:endChr m:val="|"/>
                <m:grow/>
              </m:dPr>
              <m:e>
                <m:r>
                  <m:t>α</m:t>
                </m:r>
              </m:e>
            </m:d>
          </m:e>
          <m:sup>
            <m:r>
              <m:t>2</m:t>
            </m:r>
          </m:sup>
        </m:sSup>
      </m:oMath>
      <w:r>
        <w:t xml:space="preserve">, which need not be an integer, while the mean displacement oscillates sinusoidally. A classical Fourier coefficient can be associated with a coherent mean without becoming an integer.</w:t>
      </w:r>
      <w:r>
        <w:t xml:space="preserve"> </w:t>
      </w:r>
      <w:hyperlink w:anchor="cappellaro2012">
        <w:r>
          <w:rPr>
            <w:rStyle w:val="Hyperlink"/>
          </w:rPr>
          <w:t xml:space="preserve">[Cappellaro2012]</w:t>
        </w:r>
      </w:hyperlink>
      <w:r>
        <w:t xml:space="preserve"> </w:t>
      </w:r>
      <w:hyperlink w:anchor="shapiro6453">
        <w:r>
          <w:rPr>
            <w:rStyle w:val="Hyperlink"/>
          </w:rPr>
          <w:t xml:space="preserve">[Shapiro6453]</w:t>
        </w:r>
      </w:hyperlink>
    </w:p>
    <w:p>
      <w:pPr>
        <w:pStyle w:val="BodyText"/>
      </w:pPr>
      <w:r>
        <w:t xml:space="preserve">Squeezing further illustrates the distinction: it changes quadrature variances while a chosen displacement can preserve the mean waveform. A bound on fluctuations and a bound on the signed mean are different statements. Experiments that control a single mechanical quantum establish the physical relevance of phonons, but do not supply a theorem about every classical cosine sum.</w:t>
      </w:r>
      <w:r>
        <w:t xml:space="preserve"> </w:t>
      </w:r>
      <w:hyperlink w:anchor="oconnell2010">
        <w:r>
          <w:rPr>
            <w:rStyle w:val="Hyperlink"/>
          </w:rPr>
          <w:t xml:space="preserve">[OConnell2010]</w:t>
        </w:r>
      </w:hyperlink>
    </w:p>
    <w:p>
      <w:pPr>
        <w:pStyle w:val="BodyText"/>
      </w:pPr>
      <w:r>
        <w:t xml:space="preserve">The exact lattice operator in</w:t>
      </w:r>
      <w:r>
        <w:t xml:space="preserve"> </w:t>
      </w:r>
      <w:r>
        <w:rPr>
          <w:bCs/>
          <w:b/>
        </w:rPr>
        <w:t xml:space="preserve">Waves and Lattice Particles</w:t>
      </w:r>
      <w:r>
        <w:t xml:space="preserve"> </w:t>
      </w:r>
      <w:r>
        <w:t xml:space="preserve">is more productive for this particular problem because it preserves the minimum itself. Even there, the spectral correspondence does not prove the desired universal lower bound.</w:t>
      </w:r>
    </w:p>
    <w:bookmarkEnd w:id="90"/>
    <w:bookmarkStart w:id="91" w:name="X3aeab1a9921ec8e4b1425b5cc79db0c47512811"/>
    <w:p>
      <w:pPr>
        <w:pStyle w:val="Heading2"/>
      </w:pPr>
      <w:r>
        <w:t xml:space="preserve">Biology and social dynamics as search tools</w:t>
      </w:r>
    </w:p>
    <w:p>
      <w:pPr>
        <w:pStyle w:val="FirstParagraph"/>
      </w:pPr>
      <w:r>
        <w:t xml:space="preserve">Ideas such as selection, competition, and consensus can suggest a nonnegative weighting scheme or an optimization process. Once translated, the method has to specify its objective, normalization, and domain. A replicator-like rule may concentrate weight on low values, but convergence to a minimum says nothing yet about how negative that minimum must be for every frequency set. A game may become easier when its adversary is restricted to a finite frequency range; that restricted value is not automatically the value of the unrestricted game.</w:t>
      </w:r>
    </w:p>
    <w:p>
      <w:pPr>
        <w:pStyle w:val="BodyText"/>
      </w:pPr>
      <w:r>
        <w:t xml:space="preserve">The</w:t>
      </w:r>
      <w:r>
        <w:t xml:space="preserve"> </w:t>
      </w:r>
      <w:r>
        <w:rPr>
          <w:bCs/>
          <w:b/>
        </w:rPr>
        <w:t xml:space="preserve">Research Catalogue of Ninety Approaches</w:t>
      </w:r>
      <w:r>
        <w:t xml:space="preserve"> </w:t>
      </w:r>
      <w:r>
        <w:t xml:space="preserve">records these translations and their actual outcomes. Some produce exact identities, some give approximations or useful counterexamples, and some remain unproved hypotheses. Treating those statuses separately makes unusual approaches scientifically useful: it lets another reader reproduce the successful step, understand the failed implication, and formulate a different next test.</w:t>
      </w:r>
    </w:p>
    <w:bookmarkEnd w:id="91"/>
    <w:bookmarkEnd w:id="92"/>
    <w:bookmarkStart w:id="127" w:name="Xdfa45be52a2bb3c37367cc7e71680a3ab2873ce"/>
    <w:p>
      <w:pPr>
        <w:pStyle w:val="Heading1"/>
        <w:pageBreakBefore/>
      </w:pPr>
      <w:r>
        <w:t xml:space="preserve">Mathematical Appendix: Certificates, Spectral Models, and Limitations for Cosine Sums</w:t>
      </w:r>
    </w:p>
    <w:p>
      <w:pPr>
        <w:pStyle w:val="FirstParagraph"/>
      </w:pPr>
      <w:r>
        <w:rPr>
          <w:bCs/>
          <w:b/>
        </w:rPr>
        <w:t xml:space="preserve">Companion to the Bass Plus</w:t>
      </w:r>
      <w:r>
        <w:rPr>
          <w:bCs/>
          <w:b/>
        </w:rPr>
        <w:t xml:space="preserve"> </w:t>
      </w:r>
      <w:r>
        <w:rPr>
          <w:bCs/>
          <w:b/>
        </w:rPr>
        <w:t xml:space="preserve">“</w:t>
      </w:r>
      <w:r>
        <w:rPr>
          <w:bCs/>
          <w:b/>
        </w:rPr>
        <w:t xml:space="preserve">Mathematics of Sound</w:t>
      </w:r>
      <w:r>
        <w:rPr>
          <w:bCs/>
          <w:b/>
        </w:rPr>
        <w:t xml:space="preserve">”</w:t>
      </w:r>
      <w:r>
        <w:rPr>
          <w:bCs/>
          <w:b/>
        </w:rPr>
        <w:t xml:space="preserve"> </w:t>
      </w:r>
      <w:r>
        <w:rPr>
          <w:bCs/>
          <w:b/>
        </w:rPr>
        <w:t xml:space="preserve">research report.</w:t>
      </w:r>
      <w:r>
        <w:br/>
      </w:r>
      <w:r>
        <w:rPr>
          <w:bCs/>
          <w:b/>
        </w:rPr>
        <w:t xml:space="preserve">Version:</w:t>
      </w:r>
      <w:r>
        <w:t xml:space="preserve"> </w:t>
      </w:r>
      <w:r>
        <w:t xml:space="preserve">18 October 2026.</w:t>
      </w:r>
      <w:r>
        <w:br/>
      </w:r>
      <w:r>
        <w:rPr>
          <w:bCs/>
          <w:b/>
        </w:rPr>
        <w:t xml:space="preserve">Scope:</w:t>
      </w:r>
      <w:r>
        <w:t xml:space="preserve"> </w:t>
      </w:r>
      <w:r>
        <w:t xml:space="preserve">complete statements and proofs for the results promoted in the accompanying articles.</w:t>
      </w:r>
    </w:p>
    <w:p>
      <w:pPr>
        <w:pStyle w:val="BodyText"/>
      </w:pPr>
      <w:r>
        <w:t xml:space="preserve">This appendix studies a precise model of synchronized, equally weighted harmonics. It does not prove or disprove Chowla’s cosine conjecture. Its purpose is to make the report independently checkable: every bound states its domain, every computational observation identifies its finite search space, and every change of model is explicit.</w:t>
      </w:r>
    </w:p>
    <w:p>
      <w:pPr>
        <w:pStyle w:val="BodyText"/>
      </w:pPr>
      <w:r>
        <w:t xml:space="preserve">The moment hierarchy below is a specialization of</w:t>
      </w:r>
      <w:r>
        <w:t xml:space="preserve"> </w:t>
      </w:r>
      <w:r>
        <w:rPr>
          <w:bCs/>
          <w:b/>
        </w:rPr>
        <w:t xml:space="preserve">Lasserre’s univariate pushforward-measure hierarchy</w:t>
      </w:r>
      <w:r>
        <w:t xml:space="preserve"> </w:t>
      </w:r>
      <w:hyperlink w:anchor="lasserre2021">
        <w:r>
          <w:rPr>
            <w:rStyle w:val="Hyperlink"/>
          </w:rPr>
          <w:t xml:space="preserve">[Lasserre2021]</w:t>
        </w:r>
      </w:hyperlink>
      <w:r>
        <w:t xml:space="preserve">. Polynomial concentration using Chebyshev or needle polynomials is established prior art, including the analyses of Slot and Laurent</w:t>
      </w:r>
      <w:r>
        <w:t xml:space="preserve"> </w:t>
      </w:r>
      <w:hyperlink w:anchor="slotlaurent2021">
        <w:r>
          <w:rPr>
            <w:rStyle w:val="Hyperlink"/>
          </w:rPr>
          <w:t xml:space="preserve">[SlotLaurent2021]</w:t>
        </w:r>
      </w:hyperlink>
      <w:r>
        <w:t xml:space="preserve">;</w:t>
      </w:r>
      <w:r>
        <w:t xml:space="preserve"> </w:t>
      </w:r>
      <w:hyperlink w:anchor="slotlaurent2022">
        <w:r>
          <w:rPr>
            <w:rStyle w:val="Hyperlink"/>
          </w:rPr>
          <w:t xml:space="preserve">[SlotLaurent2022]</w:t>
        </w:r>
      </w:hyperlink>
      <w:r>
        <w:t xml:space="preserve">. We therefore make no claim to have invented either mechanism. The maximum-frequency-independent degree estimate proved here is a specialized bound obtained during this investigation; its novelty relative to all existing literature has not been established. The proofs below stand independently of a novelty claim.</w:t>
      </w:r>
    </w:p>
    <w:bookmarkStart w:id="93" w:name="contents"/>
    <w:p>
      <w:pPr>
        <w:pStyle w:val="Heading2"/>
      </w:pPr>
      <w:r>
        <w:t xml:space="preserve">Contents</w:t>
      </w:r>
    </w:p>
    <w:p>
      <w:pPr>
        <w:pStyle w:val="Compact"/>
      </w:pPr>
      <w:r>
        <w:rPr>
          <w:rStyle w:val="Hyperlink"/>
        </w:rPr>
        <w:t xml:space="preserve">A. Model, normalization, and the constant</w:t>
      </w:r>
    </w:p>
    <w:p>
      <w:pPr>
        <w:pStyle w:val="Compact"/>
      </w:pPr>
      <w:r>
        <w:rPr>
          <w:rStyle w:val="Hyperlink"/>
        </w:rPr>
        <w:t xml:space="preserve">B. Attainment at a fixed number of frequencies</w:t>
      </w:r>
    </w:p>
    <w:p>
      <w:pPr>
        <w:pStyle w:val="Compact"/>
      </w:pPr>
      <w:r>
        <w:rPr>
          <w:rStyle w:val="Hyperlink"/>
        </w:rPr>
        <w:t xml:space="preserve">C. Exact moments and the polynomial hierarchy</w:t>
      </w:r>
    </w:p>
    <w:p>
      <w:pPr>
        <w:pStyle w:val="Compact"/>
      </w:pPr>
      <w:r>
        <w:rPr>
          <w:rStyle w:val="Hyperlink"/>
        </w:rPr>
        <w:t xml:space="preserve">D. A phase-mass lemma independent of the highest frequency</w:t>
      </w:r>
    </w:p>
    <w:p>
      <w:pPr>
        <w:pStyle w:val="Compact"/>
      </w:pPr>
      <w:r>
        <w:rPr>
          <w:rStyle w:val="Hyperlink"/>
        </w:rPr>
        <w:t xml:space="preserve">E. Uniform approximation using a Chebyshev filter</w:t>
      </w:r>
    </w:p>
    <w:p>
      <w:pPr>
        <w:pStyle w:val="Compact"/>
      </w:pPr>
      <w:r>
        <w:rPr>
          <w:rStyle w:val="Hyperlink"/>
        </w:rPr>
        <w:t xml:space="preserve">F. Consecutive frequencies and low-degree certificates</w:t>
      </w:r>
    </w:p>
    <w:p>
      <w:pPr>
        <w:pStyle w:val="Compact"/>
      </w:pPr>
      <w:r>
        <w:rPr>
          <w:rStyle w:val="Hyperlink"/>
        </w:rPr>
        <w:t xml:space="preserve">G. The lattice operator and a finite open box</w:t>
      </w:r>
    </w:p>
    <w:p>
      <w:pPr>
        <w:pStyle w:val="Compact"/>
      </w:pPr>
      <w:r>
        <w:rPr>
          <w:rStyle w:val="Hyperlink"/>
        </w:rPr>
        <w:t xml:space="preserve">H. A discrete grid can miss the minimum</w:t>
      </w:r>
    </w:p>
    <w:p>
      <w:pPr>
        <w:pStyle w:val="Compact"/>
      </w:pPr>
      <w:r>
        <w:rPr>
          <w:rStyle w:val="Hyperlink"/>
        </w:rPr>
        <w:t xml:space="preserve">I. Why integer amplitudes do not preserve the conjecture</w:t>
      </w:r>
    </w:p>
    <w:p>
      <w:pPr>
        <w:pStyle w:val="Compact"/>
      </w:pPr>
      <w:r>
        <w:rPr>
          <w:rStyle w:val="Hyperlink"/>
        </w:rPr>
        <w:t xml:space="preserve">J. A positive Riesz-product certificate</w:t>
      </w:r>
    </w:p>
    <w:p>
      <w:pPr>
        <w:pStyle w:val="Compact"/>
      </w:pPr>
      <w:r>
        <w:rPr>
          <w:rStyle w:val="Hyperlink"/>
        </w:rPr>
        <w:t xml:space="preserve">K. Negative moments, quantiles, and a saturating detector</w:t>
      </w:r>
    </w:p>
    <w:p>
      <w:pPr>
        <w:pStyle w:val="Compact"/>
      </w:pPr>
      <w:r>
        <w:rPr>
          <w:rStyle w:val="Hyperlink"/>
        </w:rPr>
        <w:t xml:space="preserve">L. Gibbs weights and an entropy budget</w:t>
      </w:r>
    </w:p>
    <w:p>
      <w:pPr>
        <w:pStyle w:val="Compact"/>
      </w:pPr>
      <w:r>
        <w:rPr>
          <w:rStyle w:val="Hyperlink"/>
        </w:rPr>
        <w:t xml:space="preserve">M. Frequency scaling and finite observation time</w:t>
      </w:r>
    </w:p>
    <w:p>
      <w:pPr>
        <w:pStyle w:val="Compact"/>
      </w:pPr>
      <w:r>
        <w:rPr>
          <w:rStyle w:val="Hyperlink"/>
        </w:rPr>
        <w:t xml:space="preserve">N. What has and has not been established</w:t>
      </w:r>
    </w:p>
    <w:bookmarkEnd w:id="93"/>
    <w:bookmarkStart w:id="94" w:name="appendix-a-model"/>
    <w:p>
      <w:pPr>
        <w:pStyle w:val="Heading2"/>
      </w:pPr>
      <w:r>
        <w:t xml:space="preserve">A. Model, normalization, and the constant</w:t>
      </w:r>
    </w:p>
    <w:p>
      <w:pPr>
        <w:pStyle w:val="FirstParagraph"/>
      </w:pPr>
      <w:r>
        <w:t xml:space="preserve">Let</w:t>
      </w:r>
    </w:p>
    <w:p>
      <w:pPr>
        <w:pStyle w:val="BodyText"/>
        <w:keepLines/>
      </w:pPr>
      <m:oMathPara>
        <m:oMathParaPr>
          <m:jc m:val="center"/>
        </m:oMathParaPr>
        <m:oMath>
          <m:r>
            <m:t>A</m:t>
          </m:r>
          <m:r>
            <m:rPr>
              <m:sty m:val="p"/>
            </m:rPr>
            <m:t>=</m:t>
          </m:r>
          <m:r>
            <m:rPr>
              <m:sty m:val="p"/>
            </m:rPr>
            <m:t>{</m:t>
          </m:r>
          <m:sSub>
            <m:e>
              <m:r>
                <m:t>a</m:t>
              </m:r>
            </m:e>
            <m:sub>
              <m:r>
                <m:t>1</m:t>
              </m:r>
            </m:sub>
          </m:sSub>
          <m:r>
            <m:rPr>
              <m:sty m:val="p"/>
            </m:rPr>
            <m:t>,</m:t>
          </m:r>
          <m:r>
            <m:rPr>
              <m:sty m:val="p"/>
            </m:rPr>
            <m:t>…</m:t>
          </m:r>
          <m:r>
            <m:rPr>
              <m:sty m:val="p"/>
            </m:rPr>
            <m:t>,</m:t>
          </m:r>
          <m:sSub>
            <m:e>
              <m:r>
                <m:t>a</m:t>
              </m:r>
            </m:e>
            <m:sub>
              <m:r>
                <m:t>N</m:t>
              </m:r>
            </m:sub>
          </m:sSub>
          <m:r>
            <m:rPr>
              <m:sty m:val="p"/>
            </m:rPr>
            <m:t>}</m:t>
          </m:r>
          <m:r>
            <m:rPr>
              <m:sty m:val="p"/>
            </m:rPr>
            <m:t>⊂</m:t>
          </m:r>
          <m:sSub>
            <m:e>
              <m:r>
                <m:rPr>
                  <m:sty m:val="p"/>
                  <m:scr m:val="double-struck"/>
                </m:rPr>
                <m:t>Z</m:t>
              </m:r>
            </m:e>
            <m:sub>
              <m:r>
                <m:rPr>
                  <m:sty m:val="p"/>
                </m:rPr>
                <m:t>&gt;</m:t>
              </m:r>
              <m:r>
                <m:t>0</m:t>
              </m:r>
            </m:sub>
          </m:sSub>
          <m:r>
            <m:rPr>
              <m:sty m:val="p"/>
            </m:rPr>
            <m:t>,</m:t>
          </m:r>
          <m:r>
            <m:t>  </m:t>
          </m:r>
          <m:r>
            <m:t>N</m:t>
          </m:r>
          <m:r>
            <m:rPr>
              <m:sty m:val="p"/>
            </m:rPr>
            <m:t>≥</m:t>
          </m:r>
          <m:r>
            <m:t>1</m:t>
          </m:r>
          <m:r>
            <m:rPr>
              <m:sty m:val="p"/>
            </m:rPr>
            <m:t>,</m:t>
          </m:r>
        </m:oMath>
      </m:oMathPara>
    </w:p>
    <w:p>
      <w:pPr>
        <w:pStyle w:val="FirstParagraph"/>
      </w:pPr>
      <w:r>
        <w:t xml:space="preserve">where the frequencies are distinct. Throughout the original problem,</w:t>
      </w:r>
    </w:p>
    <w:p>
      <w:pPr>
        <w:pStyle w:val="BodyText"/>
        <w:keepNext/>
        <w:keepLines/>
      </w:pPr>
      <m:oMathPara>
        <m:oMathParaPr>
          <m:jc m:val="center"/>
        </m:oMathParaPr>
        <m:oMath>
          <m:sSub>
            <m:e>
              <m:r>
                <m:t>f</m:t>
              </m:r>
            </m:e>
            <m:sub>
              <m:r>
                <m:t>A</m:t>
              </m:r>
            </m:sub>
          </m:sSub>
          <m:d>
            <m:dPr>
              <m:begChr m:val="("/>
              <m:sepChr m:val=""/>
              <m:endChr m:val=")"/>
              <m:grow/>
            </m:dPr>
            <m:e>
              <m:r>
                <m:t>x</m:t>
              </m:r>
            </m:e>
          </m:d>
          <m:r>
            <m:rPr>
              <m:sty m:val="p"/>
            </m:rPr>
            <m:t>=</m:t>
          </m:r>
          <m:nary>
            <m:naryPr>
              <m:chr m:val="∑"/>
              <m:limLoc m:val="undOvr"/>
              <m:subHide m:val="off"/>
              <m:supHide m:val="on"/>
            </m:naryPr>
            <m:sub>
              <m:r>
                <m:t>a</m:t>
              </m:r>
              <m:r>
                <m:rPr>
                  <m:sty m:val="p"/>
                </m:rPr>
                <m:t>∈</m:t>
              </m:r>
              <m:r>
                <m:t>A</m:t>
              </m:r>
            </m:sub>
            <m:sup>
              <m:r>
                <m:t>​</m:t>
              </m:r>
            </m:sup>
            <m:e>
              <m:r>
                <m:rPr>
                  <m:sty m:val="p"/>
                </m:rPr>
                <m:t>cos</m:t>
              </m:r>
            </m:e>
          </m:nary>
          <m:d>
            <m:dPr>
              <m:begChr m:val="("/>
              <m:sepChr m:val=""/>
              <m:endChr m:val=")"/>
              <m:grow/>
            </m:dPr>
            <m:e>
              <m:r>
                <m:t>a</m:t>
              </m:r>
              <m:r>
                <m:t>x</m:t>
              </m:r>
            </m:e>
          </m:d>
          <m:r>
            <m:rPr>
              <m:sty m:val="p"/>
            </m:rPr>
            <m:t>,</m:t>
          </m:r>
          <m:r>
            <m:t>  </m:t>
          </m:r>
          <m:r>
            <m:t>K</m:t>
          </m:r>
          <m:d>
            <m:dPr>
              <m:begChr m:val="("/>
              <m:sepChr m:val=""/>
              <m:endChr m:val=")"/>
              <m:grow/>
            </m:dPr>
            <m:e>
              <m:r>
                <m:t>A</m:t>
              </m:r>
            </m:e>
          </m:d>
          <m:r>
            <m:rPr>
              <m:sty m:val="p"/>
            </m:rPr>
            <m:t>=</m:t>
          </m:r>
          <m:r>
            <m:rPr>
              <m:sty m:val="p"/>
            </m:rPr>
            <m:t>−</m:t>
          </m:r>
          <m:limLow>
            <m:e>
              <m:r>
                <m:rPr>
                  <m:sty m:val="p"/>
                </m:rPr>
                <m:t>min</m:t>
              </m:r>
            </m:e>
            <m:lim>
              <m:r>
                <m:t>x</m:t>
              </m:r>
              <m:r>
                <m:rPr>
                  <m:sty m:val="p"/>
                </m:rPr>
                <m:t>∈</m:t>
              </m:r>
              <m:r>
                <m:rPr>
                  <m:sty m:val="p"/>
                  <m:scr m:val="double-struck"/>
                </m:rPr>
                <m:t>R</m:t>
              </m:r>
            </m:lim>
          </m:limLow>
          <m:sSub>
            <m:e>
              <m:r>
                <m:t>f</m:t>
              </m:r>
            </m:e>
            <m:sub>
              <m:r>
                <m:t>A</m:t>
              </m:r>
            </m:sub>
          </m:sSub>
          <m:d>
            <m:dPr>
              <m:begChr m:val="("/>
              <m:sepChr m:val=""/>
              <m:endChr m:val=")"/>
              <m:grow/>
            </m:dPr>
            <m:e>
              <m:r>
                <m:t>x</m:t>
              </m:r>
            </m:e>
          </m:d>
          <m:r>
            <m:rPr>
              <m:sty m:val="p"/>
            </m:rPr>
            <m:t>.</m:t>
          </m:r>
        </m:oMath>
      </m:oMathPara>
    </w:p>
    <w:p>
      <w:pPr>
        <w:pStyle w:val="Caption"/>
        <w:spacing w:before="0" w:after="140"/>
      </w:pPr>
      <w:r>
        <w:t xml:space="preserve">Equation (A.1)</w:t>
      </w:r>
    </w:p>
    <w:p>
      <w:pPr>
        <w:pStyle w:val="BodyText"/>
        <w:keepLines/>
      </w:pPr>
      <w:r>
        <w:t xml:space="preserve">The variable belongs to the circle</w:t>
      </w:r>
      <w:r>
        <w:t xml:space="preserve"> </w:t>
      </w:r>
      <m:oMath>
        <m:r>
          <m:rPr>
            <m:sty m:val="p"/>
            <m:scr m:val="double-struck"/>
          </m:rPr>
          <m:t>T</m:t>
        </m:r>
        <m:r>
          <m:rPr>
            <m:sty m:val="p"/>
          </m:rPr>
          <m:t>=</m:t>
        </m:r>
        <m:r>
          <m:rPr>
            <m:sty m:val="p"/>
            <m:scr m:val="double-struck"/>
          </m:rPr>
          <m:t>R</m:t>
        </m:r>
        <m:r>
          <m:rPr>
            <m:sty m:val="p"/>
          </m:rPr>
          <m:t>/</m:t>
        </m:r>
        <m:d>
          <m:dPr>
            <m:begChr m:val="("/>
            <m:sepChr m:val=""/>
            <m:endChr m:val=")"/>
            <m:grow/>
          </m:dPr>
          <m:e>
            <m:r>
              <m:t>2</m:t>
            </m:r>
            <m:r>
              <m:t>π</m:t>
            </m:r>
            <m:r>
              <m:rPr>
                <m:sty m:val="p"/>
                <m:scr m:val="double-struck"/>
              </m:rPr>
              <m:t>Z</m:t>
            </m:r>
          </m:e>
        </m:d>
      </m:oMath>
      <w:r>
        <w:t xml:space="preserve">. There is one common variable, not an independently adjustable phase for each frequency. All amplitudes equal one, and all initial phases equal zero. Write</w:t>
      </w:r>
    </w:p>
    <w:p>
      <w:pPr>
        <w:pStyle w:val="BodyText"/>
        <w:keepLines/>
      </w:pPr>
      <m:oMathPara>
        <m:oMathParaPr>
          <m:jc m:val="center"/>
        </m:oMathParaPr>
        <m:oMath>
          <m:r>
            <m:rPr>
              <m:sty m:val="p"/>
              <m:scr m:val="double-struck"/>
            </m:rPr>
            <m:t>E</m:t>
          </m:r>
          <m:r>
            <m:t>u</m:t>
          </m:r>
          <m:r>
            <m:rPr>
              <m:sty m:val="p"/>
            </m:rPr>
            <m:t>=</m:t>
          </m:r>
          <m:nary>
            <m:naryPr>
              <m:chr m:val="∫"/>
              <m:limLoc m:val="subSup"/>
              <m:subHide m:val="off"/>
              <m:supHide m:val="on"/>
            </m:naryPr>
            <m:sub>
              <m:r>
                <m:rPr>
                  <m:sty m:val="p"/>
                  <m:scr m:val="double-struck"/>
                </m:rPr>
                <m:t>T</m:t>
              </m:r>
            </m:sub>
            <m:sup>
              <m:r>
                <m:t>​</m:t>
              </m:r>
            </m:sup>
            <m:e>
              <m:r>
                <m:t>u</m:t>
              </m:r>
            </m:e>
          </m:nary>
          <m:d>
            <m:dPr>
              <m:begChr m:val="("/>
              <m:sepChr m:val=""/>
              <m:endChr m:val=")"/>
              <m:grow/>
            </m:dPr>
            <m:e>
              <m:r>
                <m:t>x</m:t>
              </m:r>
            </m:e>
          </m:d>
          <m:r>
            <m:t> </m:t>
          </m:r>
          <m:r>
            <m:t>d</m:t>
          </m:r>
          <m:r>
            <m:t>μ</m:t>
          </m:r>
          <m:d>
            <m:dPr>
              <m:begChr m:val="("/>
              <m:sepChr m:val=""/>
              <m:endChr m:val=")"/>
              <m:grow/>
            </m:dPr>
            <m:e>
              <m:r>
                <m:t>x</m:t>
              </m:r>
            </m:e>
          </m:d>
          <m:r>
            <m:rPr>
              <m:sty m:val="p"/>
            </m:rPr>
            <m:t>,</m:t>
          </m:r>
          <m:r>
            <m:t>  </m:t>
          </m:r>
          <m:r>
            <m:t>d</m:t>
          </m:r>
          <m:r>
            <m:t>μ</m:t>
          </m:r>
          <m:d>
            <m:dPr>
              <m:begChr m:val="("/>
              <m:sepChr m:val=""/>
              <m:endChr m:val=")"/>
              <m:grow/>
            </m:dPr>
            <m:e>
              <m:r>
                <m:t>x</m:t>
              </m:r>
            </m:e>
          </m:d>
          <m:r>
            <m:rPr>
              <m:sty m:val="p"/>
            </m:rPr>
            <m:t>=</m:t>
          </m:r>
          <m:f>
            <m:fPr>
              <m:type m:val="bar"/>
            </m:fPr>
            <m:num>
              <m:r>
                <m:t>d</m:t>
              </m:r>
              <m:r>
                <m:t>x</m:t>
              </m:r>
            </m:num>
            <m:den>
              <m:r>
                <m:t>2</m:t>
              </m:r>
              <m:r>
                <m:t>π</m:t>
              </m:r>
            </m:den>
          </m:f>
          <m:r>
            <m:rPr>
              <m:sty m:val="p"/>
            </m:rPr>
            <m:t>.</m:t>
          </m:r>
        </m:oMath>
      </m:oMathPara>
    </w:p>
    <w:p>
      <w:pPr>
        <w:pStyle w:val="FirstParagraph"/>
      </w:pPr>
      <w:r>
        <w:t xml:space="preserve">The measure has total mass one. Consequently, different positive integer harmonics are orthogonal and</w:t>
      </w:r>
    </w:p>
    <w:p>
      <w:pPr>
        <w:pStyle w:val="BodyText"/>
        <w:keepNext/>
        <w:keepLines/>
      </w:pPr>
      <m:oMathPara>
        <m:oMathParaPr>
          <m:jc m:val="center"/>
        </m:oMathParaPr>
        <m:oMath>
          <m:r>
            <m:rPr>
              <m:sty m:val="p"/>
              <m:scr m:val="double-struck"/>
            </m:rPr>
            <m:t>E</m:t>
          </m:r>
          <m:sSub>
            <m:e>
              <m:r>
                <m:t>f</m:t>
              </m:r>
            </m:e>
            <m:sub>
              <m:r>
                <m:t>A</m:t>
              </m:r>
            </m:sub>
          </m:sSub>
          <m:r>
            <m:rPr>
              <m:sty m:val="p"/>
            </m:rPr>
            <m:t>=</m:t>
          </m:r>
          <m:r>
            <m:t>0</m:t>
          </m:r>
          <m:r>
            <m:rPr>
              <m:sty m:val="p"/>
            </m:rPr>
            <m:t>,</m:t>
          </m:r>
          <m:r>
            <m:t>  </m:t>
          </m:r>
          <m:r>
            <m:rPr>
              <m:sty m:val="p"/>
              <m:scr m:val="double-struck"/>
            </m:rPr>
            <m:t>E</m:t>
          </m:r>
          <m:sSubSup>
            <m:e>
              <m:r>
                <m:t>f</m:t>
              </m:r>
            </m:e>
            <m:sub>
              <m:r>
                <m:t>A</m:t>
              </m:r>
            </m:sub>
            <m:sup>
              <m:r>
                <m:t>2</m:t>
              </m:r>
            </m:sup>
          </m:sSubSup>
          <m:r>
            <m:rPr>
              <m:sty m:val="p"/>
            </m:rPr>
            <m:t>=</m:t>
          </m:r>
          <m:f>
            <m:fPr>
              <m:type m:val="bar"/>
            </m:fPr>
            <m:num>
              <m:r>
                <m:t>N</m:t>
              </m:r>
            </m:num>
            <m:den>
              <m:r>
                <m:t>2</m:t>
              </m:r>
            </m:den>
          </m:f>
          <m:r>
            <m:rPr>
              <m:sty m:val="p"/>
            </m:rPr>
            <m:t>,</m:t>
          </m:r>
          <m:r>
            <m:t>  </m:t>
          </m:r>
          <m:r>
            <m:rPr>
              <m:sty m:val="p"/>
            </m:rPr>
            <m:t>−</m:t>
          </m:r>
          <m:r>
            <m:t>N</m:t>
          </m:r>
          <m:r>
            <m:rPr>
              <m:sty m:val="p"/>
            </m:rPr>
            <m:t>≤</m:t>
          </m:r>
          <m:sSub>
            <m:e>
              <m:r>
                <m:t>f</m:t>
              </m:r>
            </m:e>
            <m:sub>
              <m:r>
                <m:t>A</m:t>
              </m:r>
            </m:sub>
          </m:sSub>
          <m:d>
            <m:dPr>
              <m:begChr m:val="("/>
              <m:sepChr m:val=""/>
              <m:endChr m:val=")"/>
              <m:grow/>
            </m:dPr>
            <m:e>
              <m:r>
                <m:t>x</m:t>
              </m:r>
            </m:e>
          </m:d>
          <m:r>
            <m:rPr>
              <m:sty m:val="p"/>
            </m:rPr>
            <m:t>≤</m:t>
          </m:r>
          <m:r>
            <m:t>N</m:t>
          </m:r>
          <m:r>
            <m:rPr>
              <m:sty m:val="p"/>
            </m:rPr>
            <m:t>,</m:t>
          </m:r>
          <m:r>
            <m:t>  </m:t>
          </m:r>
          <m:sSub>
            <m:e>
              <m:r>
                <m:t>f</m:t>
              </m:r>
            </m:e>
            <m:sub>
              <m:r>
                <m:t>A</m:t>
              </m:r>
            </m:sub>
          </m:sSub>
          <m:d>
            <m:dPr>
              <m:begChr m:val="("/>
              <m:sepChr m:val=""/>
              <m:endChr m:val=")"/>
              <m:grow/>
            </m:dPr>
            <m:e>
              <m:r>
                <m:t>0</m:t>
              </m:r>
            </m:e>
          </m:d>
          <m:r>
            <m:rPr>
              <m:sty m:val="p"/>
            </m:rPr>
            <m:t>=</m:t>
          </m:r>
          <m:r>
            <m:t>N</m:t>
          </m:r>
          <m:r>
            <m:rPr>
              <m:sty m:val="p"/>
            </m:rPr>
            <m:t>.</m:t>
          </m:r>
        </m:oMath>
      </m:oMathPara>
    </w:p>
    <w:p>
      <w:pPr>
        <w:pStyle w:val="Caption"/>
        <w:spacing w:before="0" w:after="140"/>
      </w:pPr>
      <w:r>
        <w:t xml:space="preserve">Equation (A.2)</w:t>
      </w:r>
    </w:p>
    <w:p>
      <w:pPr>
        <w:pStyle w:val="BodyText"/>
        <w:keepLines/>
      </w:pPr>
      <w:r>
        <w:t xml:space="preserve">For completeness, writing each cosine as</w:t>
      </w:r>
      <w:r>
        <w:t xml:space="preserve"> </w:t>
      </w:r>
      <m:oMath>
        <m:d>
          <m:dPr>
            <m:begChr m:val="("/>
            <m:sepChr m:val=""/>
            <m:endChr m:val=")"/>
            <m:grow/>
          </m:dPr>
          <m:e>
            <m:sSup>
              <m:e>
                <m:r>
                  <m:t>e</m:t>
                </m:r>
              </m:e>
              <m:sup>
                <m:r>
                  <m:t>i</m:t>
                </m:r>
                <m:r>
                  <m:t>a</m:t>
                </m:r>
                <m:r>
                  <m:t>x</m:t>
                </m:r>
              </m:sup>
            </m:sSup>
            <m:r>
              <m:rPr>
                <m:sty m:val="p"/>
              </m:rPr>
              <m:t>+</m:t>
            </m:r>
            <m:sSup>
              <m:e>
                <m:r>
                  <m:t>e</m:t>
                </m:r>
              </m:e>
              <m:sup>
                <m:r>
                  <m:rPr>
                    <m:sty m:val="p"/>
                  </m:rPr>
                  <m:t>−</m:t>
                </m:r>
                <m:r>
                  <m:t>i</m:t>
                </m:r>
                <m:r>
                  <m:t>a</m:t>
                </m:r>
                <m:r>
                  <m:t>x</m:t>
                </m:r>
              </m:sup>
            </m:sSup>
          </m:e>
        </m:d>
        <m:r>
          <m:rPr>
            <m:sty m:val="p"/>
          </m:rPr>
          <m:t>/</m:t>
        </m:r>
        <m:r>
          <m:t>2</m:t>
        </m:r>
      </m:oMath>
      <w:r>
        <w:t xml:space="preserve"> </w:t>
      </w:r>
      <w:r>
        <w:t xml:space="preserve">reduces these assertions to</w:t>
      </w:r>
      <w:r>
        <w:t xml:space="preserve"> </w:t>
      </w:r>
      <m:oMath>
        <m:r>
          <m:rPr>
            <m:sty m:val="p"/>
            <m:scr m:val="double-struck"/>
          </m:rPr>
          <m:t>E</m:t>
        </m:r>
        <m:sSup>
          <m:e>
            <m:r>
              <m:t>e</m:t>
            </m:r>
          </m:e>
          <m:sup>
            <m:r>
              <m:t>i</m:t>
            </m:r>
            <m:r>
              <m:t>k</m:t>
            </m:r>
            <m:r>
              <m:t>x</m:t>
            </m:r>
          </m:sup>
        </m:sSup>
        <m:r>
          <m:rPr>
            <m:sty m:val="p"/>
          </m:rPr>
          <m:t>=</m:t>
        </m:r>
        <m:r>
          <m:t>0</m:t>
        </m:r>
      </m:oMath>
      <w:r>
        <w:t xml:space="preserve"> </w:t>
      </w:r>
      <w:r>
        <w:t xml:space="preserve">for every nonzero integer</w:t>
      </w:r>
      <w:r>
        <w:t xml:space="preserve"> </w:t>
      </w:r>
      <m:oMath>
        <m:r>
          <m:t>k</m:t>
        </m:r>
      </m:oMath>
      <w:r>
        <w:t xml:space="preserve">, and to one when</w:t>
      </w:r>
      <w:r>
        <w:t xml:space="preserve"> </w:t>
      </w:r>
      <m:oMath>
        <m:r>
          <m:t>k</m:t>
        </m:r>
        <m:r>
          <m:rPr>
            <m:sty m:val="p"/>
          </m:rPr>
          <m:t>=</m:t>
        </m:r>
        <m:r>
          <m:t>0</m:t>
        </m:r>
      </m:oMath>
      <w:r>
        <w:t xml:space="preserve">. Continuity makes the minimum in (A.1) attainable. Its value is negative, since a nonconstant continuous function of mean zero cannot be nonnegative everywhere.</w:t>
      </w:r>
    </w:p>
    <w:p>
      <w:pPr>
        <w:pStyle w:val="BodyText"/>
        <w:keepLines/>
      </w:pPr>
      <w:r>
        <w:rPr>
          <w:bCs/>
          <w:b/>
        </w:rPr>
        <w:t xml:space="preserve">Proposition A.1 — An elementary uniform bound.</w:t>
      </w:r>
      <w:r>
        <w:t xml:space="preserve"> </w:t>
      </w:r>
      <w:r>
        <w:t xml:space="preserve">For every admissible</w:t>
      </w:r>
      <w:r>
        <w:t xml:space="preserve"> </w:t>
      </w:r>
      <m:oMath>
        <m:r>
          <m:t>A</m:t>
        </m:r>
      </m:oMath>
      <w:r>
        <w:t xml:space="preserve">,</w:t>
      </w:r>
    </w:p>
    <w:p>
      <w:pPr>
        <w:pStyle w:val="BodyText"/>
        <w:keepNext/>
        <w:keepLines/>
      </w:pPr>
      <m:oMathPara>
        <m:oMathParaPr>
          <m:jc m:val="center"/>
        </m:oMathParaPr>
        <m:oMath>
          <m:r>
            <m:t>1</m:t>
          </m:r>
          <m:r>
            <m:rPr>
              <m:sty m:val="p"/>
            </m:rPr>
            <m:t>≤</m:t>
          </m:r>
          <m:r>
            <m:t>K</m:t>
          </m:r>
          <m:d>
            <m:dPr>
              <m:begChr m:val="("/>
              <m:sepChr m:val=""/>
              <m:endChr m:val=")"/>
              <m:grow/>
            </m:dPr>
            <m:e>
              <m:r>
                <m:t>A</m:t>
              </m:r>
            </m:e>
          </m:d>
          <m:r>
            <m:rPr>
              <m:sty m:val="p"/>
            </m:rPr>
            <m:t>≤</m:t>
          </m:r>
          <m:r>
            <m:t>N</m:t>
          </m:r>
          <m:r>
            <m:rPr>
              <m:sty m:val="p"/>
            </m:rPr>
            <m:t>.</m:t>
          </m:r>
        </m:oMath>
      </m:oMathPara>
    </w:p>
    <w:p>
      <w:pPr>
        <w:pStyle w:val="Caption"/>
        <w:spacing w:before="0" w:after="140"/>
      </w:pPr>
      <w:r>
        <w:t xml:space="preserve">Equation (A.3)</w:t>
      </w:r>
    </w:p>
    <w:p>
      <w:pPr>
        <w:pStyle w:val="BodyText"/>
        <w:keepLines/>
      </w:pPr>
      <w:r>
        <w:rPr>
          <w:bCs/>
          <w:b/>
        </w:rPr>
        <w:t xml:space="preserve">Proof.</w:t>
      </w:r>
      <w:r>
        <w:t xml:space="preserve"> </w:t>
      </w:r>
      <w:r>
        <w:t xml:space="preserve">Only the lower bound requires an argument. Let</w:t>
      </w:r>
      <w:r>
        <w:t xml:space="preserve"> </w:t>
      </w:r>
      <m:oMath>
        <m:r>
          <m:t>D</m:t>
        </m:r>
        <m:r>
          <m:rPr>
            <m:sty m:val="p"/>
          </m:rPr>
          <m:t>=</m:t>
        </m:r>
        <m:r>
          <m:rPr>
            <m:sty m:val="p"/>
          </m:rPr>
          <m:t>max</m:t>
        </m:r>
        <m:r>
          <m:t>A</m:t>
        </m:r>
      </m:oMath>
      <w:r>
        <w:t xml:space="preserve">, and take the</w:t>
      </w:r>
      <w:r>
        <w:t xml:space="preserve"> </w:t>
      </w:r>
      <m:oMath>
        <m:r>
          <m:t>D</m:t>
        </m:r>
      </m:oMath>
      <w:r>
        <w:t xml:space="preserve"> </w:t>
      </w:r>
      <w:r>
        <w:t xml:space="preserve">points</w:t>
      </w:r>
    </w:p>
    <w:p>
      <w:pPr>
        <w:pStyle w:val="BodyText"/>
        <w:keepLines/>
      </w:pPr>
      <m:oMathPara>
        <m:oMathParaPr>
          <m:jc m:val="center"/>
        </m:oMathParaPr>
        <m:oMath>
          <m:sSub>
            <m:e>
              <m:r>
                <m:t>x</m:t>
              </m:r>
            </m:e>
            <m:sub>
              <m:r>
                <m:t>j</m:t>
              </m:r>
            </m:sub>
          </m:sSub>
          <m:r>
            <m:rPr>
              <m:sty m:val="p"/>
            </m:rPr>
            <m:t>=</m:t>
          </m:r>
          <m:f>
            <m:fPr>
              <m:type m:val="bar"/>
            </m:fPr>
            <m:num>
              <m:d>
                <m:dPr>
                  <m:begChr m:val="("/>
                  <m:sepChr m:val=""/>
                  <m:endChr m:val=")"/>
                  <m:grow/>
                </m:dPr>
                <m:e>
                  <m:r>
                    <m:t>2</m:t>
                  </m:r>
                  <m:r>
                    <m:t>j</m:t>
                  </m:r>
                  <m:r>
                    <m:rPr>
                      <m:sty m:val="p"/>
                    </m:rPr>
                    <m:t>+</m:t>
                  </m:r>
                  <m:r>
                    <m:t>1</m:t>
                  </m:r>
                </m:e>
              </m:d>
              <m:r>
                <m:t>π</m:t>
              </m:r>
            </m:num>
            <m:den>
              <m:r>
                <m:t>D</m:t>
              </m:r>
            </m:den>
          </m:f>
          <m:r>
            <m:rPr>
              <m:sty m:val="p"/>
            </m:rPr>
            <m:t>,</m:t>
          </m:r>
          <m:r>
            <m:t>  </m:t>
          </m:r>
          <m:r>
            <m:t>0</m:t>
          </m:r>
          <m:r>
            <m:rPr>
              <m:sty m:val="p"/>
            </m:rPr>
            <m:t>≤</m:t>
          </m:r>
          <m:r>
            <m:t>j</m:t>
          </m:r>
          <m:r>
            <m:rPr>
              <m:sty m:val="p"/>
            </m:rPr>
            <m:t>&lt;</m:t>
          </m:r>
          <m:r>
            <m:t>D</m:t>
          </m:r>
          <m:r>
            <m:rPr>
              <m:sty m:val="p"/>
            </m:rPr>
            <m:t>.</m:t>
          </m:r>
        </m:oMath>
      </m:oMathPara>
    </w:p>
    <w:p>
      <w:pPr>
        <w:pStyle w:val="FirstParagraph"/>
        <w:keepLines/>
      </w:pPr>
      <w:r>
        <w:t xml:space="preserve">For</w:t>
      </w:r>
      <w:r>
        <w:t xml:space="preserve"> </w:t>
      </w:r>
      <m:oMath>
        <m:r>
          <m:t>1</m:t>
        </m:r>
        <m:r>
          <m:rPr>
            <m:sty m:val="p"/>
          </m:rPr>
          <m:t>≤</m:t>
        </m:r>
        <m:r>
          <m:t>a</m:t>
        </m:r>
        <m:r>
          <m:rPr>
            <m:sty m:val="p"/>
          </m:rPr>
          <m:t>&lt;</m:t>
        </m:r>
        <m:r>
          <m:t>D</m:t>
        </m:r>
      </m:oMath>
      <w:r>
        <w:t xml:space="preserve">, the average of</w:t>
      </w:r>
      <w:r>
        <w:t xml:space="preserve"> </w:t>
      </w:r>
      <m:oMath>
        <m:sSup>
          <m:e>
            <m:r>
              <m:t>e</m:t>
            </m:r>
          </m:e>
          <m:sup>
            <m:r>
              <m:t>i</m:t>
            </m:r>
            <m:r>
              <m:t>a</m:t>
            </m:r>
            <m:sSub>
              <m:e>
                <m:r>
                  <m:t>x</m:t>
                </m:r>
              </m:e>
              <m:sub>
                <m:r>
                  <m:t>j</m:t>
                </m:r>
              </m:sub>
            </m:sSub>
          </m:sup>
        </m:sSup>
      </m:oMath>
      <w:r>
        <w:t xml:space="preserve"> </w:t>
      </w:r>
      <w:r>
        <w:t xml:space="preserve">equals</w:t>
      </w:r>
    </w:p>
    <w:p>
      <w:pPr>
        <w:pStyle w:val="BodyText"/>
        <w:keepLines/>
      </w:pPr>
      <m:oMathPara>
        <m:oMathParaPr>
          <m:jc m:val="center"/>
        </m:oMathParaPr>
        <m:oMath>
          <m:f>
            <m:fPr>
              <m:type m:val="bar"/>
            </m:fPr>
            <m:num>
              <m:sSup>
                <m:e>
                  <m:r>
                    <m:t>e</m:t>
                  </m:r>
                </m:e>
                <m:sup>
                  <m:r>
                    <m:t>i</m:t>
                  </m:r>
                  <m:r>
                    <m:t>a</m:t>
                  </m:r>
                  <m:r>
                    <m:t>π</m:t>
                  </m:r>
                  <m:r>
                    <m:rPr>
                      <m:sty m:val="p"/>
                    </m:rPr>
                    <m:t>/</m:t>
                  </m:r>
                  <m:r>
                    <m:t>D</m:t>
                  </m:r>
                </m:sup>
              </m:sSup>
            </m:num>
            <m:den>
              <m:r>
                <m:t>D</m:t>
              </m:r>
            </m:den>
          </m:f>
          <m:nary>
            <m:naryPr>
              <m:chr m:val="∑"/>
              <m:limLoc m:val="undOvr"/>
              <m:subHide m:val="off"/>
              <m:supHide m:val="off"/>
            </m:naryPr>
            <m:sub>
              <m:r>
                <m:t>j</m:t>
              </m:r>
              <m:r>
                <m:rPr>
                  <m:sty m:val="p"/>
                </m:rPr>
                <m:t>=</m:t>
              </m:r>
              <m:r>
                <m:t>0</m:t>
              </m:r>
            </m:sub>
            <m:sup>
              <m:r>
                <m:t>D</m:t>
              </m:r>
              <m:r>
                <m:rPr>
                  <m:sty m:val="p"/>
                </m:rPr>
                <m:t>−</m:t>
              </m:r>
              <m:r>
                <m:t>1</m:t>
              </m:r>
            </m:sup>
            <m:e>
              <m:sSup>
                <m:e>
                  <m:r>
                    <m:t>e</m:t>
                  </m:r>
                </m:e>
                <m:sup>
                  <m:r>
                    <m:t>2</m:t>
                  </m:r>
                  <m:r>
                    <m:t>π</m:t>
                  </m:r>
                  <m:r>
                    <m:t>i</m:t>
                  </m:r>
                  <m:r>
                    <m:t>a</m:t>
                  </m:r>
                  <m:r>
                    <m:t>j</m:t>
                  </m:r>
                  <m:r>
                    <m:rPr>
                      <m:sty m:val="p"/>
                    </m:rPr>
                    <m:t>/</m:t>
                  </m:r>
                  <m:r>
                    <m:t>D</m:t>
                  </m:r>
                </m:sup>
              </m:sSup>
            </m:e>
          </m:nary>
          <m:r>
            <m:rPr>
              <m:sty m:val="p"/>
            </m:rPr>
            <m:t>=</m:t>
          </m:r>
          <m:r>
            <m:t>0</m:t>
          </m:r>
          <m:r>
            <m:rPr>
              <m:sty m:val="p"/>
            </m:rPr>
            <m:t>.</m:t>
          </m:r>
        </m:oMath>
      </m:oMathPara>
    </w:p>
    <w:p>
      <w:pPr>
        <w:pStyle w:val="FirstParagraph"/>
        <w:keepLines/>
      </w:pPr>
      <w:r>
        <w:t xml:space="preserve">For</w:t>
      </w:r>
      <w:r>
        <w:t xml:space="preserve"> </w:t>
      </w:r>
      <m:oMath>
        <m:r>
          <m:t>a</m:t>
        </m:r>
        <m:r>
          <m:rPr>
            <m:sty m:val="p"/>
          </m:rPr>
          <m:t>=</m:t>
        </m:r>
        <m:r>
          <m:t>D</m:t>
        </m:r>
      </m:oMath>
      <w:r>
        <w:t xml:space="preserve">, every</w:t>
      </w:r>
      <w:r>
        <w:t xml:space="preserve"> </w:t>
      </w:r>
      <m:oMath>
        <m:r>
          <m:rPr>
            <m:sty m:val="p"/>
          </m:rPr>
          <m:t>cos</m:t>
        </m:r>
        <m:d>
          <m:dPr>
            <m:begChr m:val="("/>
            <m:sepChr m:val=""/>
            <m:endChr m:val=")"/>
            <m:grow/>
          </m:dPr>
          <m:e>
            <m:r>
              <m:t>D</m:t>
            </m:r>
            <m:sSub>
              <m:e>
                <m:r>
                  <m:t>x</m:t>
                </m:r>
              </m:e>
              <m:sub>
                <m:r>
                  <m:t>j</m:t>
                </m:r>
              </m:sub>
            </m:sSub>
          </m:e>
        </m:d>
        <m:r>
          <m:rPr>
            <m:sty m:val="p"/>
          </m:rPr>
          <m:t>=</m:t>
        </m:r>
        <m:r>
          <m:rPr>
            <m:sty m:val="p"/>
          </m:rPr>
          <m:t>−</m:t>
        </m:r>
        <m:r>
          <m:t>1</m:t>
        </m:r>
      </m:oMath>
      <w:r>
        <w:t xml:space="preserve">. The average of</w:t>
      </w:r>
      <w:r>
        <w:t xml:space="preserve"> </w:t>
      </w:r>
      <m:oMath>
        <m:sSub>
          <m:e>
            <m:r>
              <m:t>f</m:t>
            </m:r>
          </m:e>
          <m:sub>
            <m:r>
              <m:t>A</m:t>
            </m:r>
          </m:sub>
        </m:sSub>
      </m:oMath>
      <w:r>
        <w:t xml:space="preserve"> </w:t>
      </w:r>
      <w:r>
        <w:t xml:space="preserve">over these points is therefore exactly</w:t>
      </w:r>
      <w:r>
        <w:t xml:space="preserve"> </w:t>
      </w:r>
      <m:oMath>
        <m:r>
          <m:rPr>
            <m:sty m:val="p"/>
          </m:rPr>
          <m:t>−</m:t>
        </m:r>
        <m:r>
          <m:t>1</m:t>
        </m:r>
      </m:oMath>
      <w:r>
        <w:t xml:space="preserve">, so at least one point has value at most</w:t>
      </w:r>
      <w:r>
        <w:t xml:space="preserve"> </w:t>
      </w:r>
      <m:oMath>
        <m:r>
          <m:rPr>
            <m:sty m:val="p"/>
          </m:rPr>
          <m:t>−</m:t>
        </m:r>
        <m:r>
          <m:t>1</m:t>
        </m:r>
      </m:oMath>
      <w:r>
        <w:t xml:space="preserve">. The upper bound follows from</w:t>
      </w:r>
      <w:r>
        <w:t xml:space="preserve"> </w:t>
      </w:r>
      <m:oMath>
        <m:sSub>
          <m:e>
            <m:r>
              <m:t>f</m:t>
            </m:r>
          </m:e>
          <m:sub>
            <m:r>
              <m:t>A</m:t>
            </m:r>
          </m:sub>
        </m:sSub>
        <m:r>
          <m:rPr>
            <m:sty m:val="p"/>
          </m:rPr>
          <m:t>≥</m:t>
        </m:r>
        <m:r>
          <m:rPr>
            <m:sty m:val="p"/>
          </m:rPr>
          <m:t>−</m:t>
        </m:r>
        <m:r>
          <m:t>N</m:t>
        </m:r>
      </m:oMath>
      <w:r>
        <w:t xml:space="preserve">.</w:t>
      </w:r>
      <w:r>
        <w:t xml:space="preserve"> </w:t>
      </w:r>
      <m:oMath>
        <m:r>
          <m:rPr>
            <m:sty m:val="p"/>
          </m:rPr>
          <m:t>▫</m:t>
        </m:r>
      </m:oMath>
    </w:p>
    <w:p>
      <w:pPr>
        <w:pStyle w:val="BodyText"/>
      </w:pPr>
      <w:r>
        <w:t xml:space="preserve">The coefficient attached to an individual set is</w:t>
      </w:r>
    </w:p>
    <w:p>
      <w:pPr>
        <w:pStyle w:val="BodyText"/>
        <w:keepLines/>
      </w:pPr>
      <m:oMathPara>
        <m:oMathParaPr>
          <m:jc m:val="center"/>
        </m:oMathParaPr>
        <m:oMath>
          <m:r>
            <m:t>c</m:t>
          </m:r>
          <m:d>
            <m:dPr>
              <m:begChr m:val="("/>
              <m:sepChr m:val=""/>
              <m:endChr m:val=")"/>
              <m:grow/>
            </m:dPr>
            <m:e>
              <m:r>
                <m:t>A</m:t>
              </m:r>
            </m:e>
          </m:d>
          <m:r>
            <m:rPr>
              <m:sty m:val="p"/>
            </m:rPr>
            <m:t>=</m:t>
          </m:r>
          <m:f>
            <m:fPr>
              <m:type m:val="bar"/>
            </m:fPr>
            <m:num>
              <m:r>
                <m:t>K</m:t>
              </m:r>
              <m:d>
                <m:dPr>
                  <m:begChr m:val="("/>
                  <m:sepChr m:val=""/>
                  <m:endChr m:val=")"/>
                  <m:grow/>
                </m:dPr>
                <m:e>
                  <m:r>
                    <m:t>A</m:t>
                  </m:r>
                </m:e>
              </m:d>
            </m:num>
            <m:den>
              <m:rad>
                <m:radPr>
                  <m:degHide m:val="on"/>
                </m:radPr>
                <m:deg/>
                <m:e>
                  <m:r>
                    <m:t>N</m:t>
                  </m:r>
                </m:e>
              </m:rad>
            </m:den>
          </m:f>
          <m:r>
            <m:rPr>
              <m:sty m:val="p"/>
            </m:rPr>
            <m:t>.</m:t>
          </m:r>
        </m:oMath>
      </m:oMathPara>
    </w:p>
    <w:p>
      <w:pPr>
        <w:pStyle w:val="FirstParagraph"/>
      </w:pPr>
      <w:r>
        <w:t xml:space="preserve">A physically scaled pressure perturbation might be represented by</w:t>
      </w:r>
    </w:p>
    <w:p>
      <w:pPr>
        <w:pStyle w:val="BodyText"/>
        <w:keepLines/>
      </w:pPr>
      <m:oMathPara>
        <m:oMathParaPr>
          <m:jc m:val="center"/>
        </m:oMathParaPr>
        <m:oMath>
          <m:r>
            <m:t>p</m:t>
          </m:r>
          <m:d>
            <m:dPr>
              <m:begChr m:val="("/>
              <m:sepChr m:val=""/>
              <m:endChr m:val=")"/>
              <m:grow/>
            </m:dPr>
            <m:e>
              <m:r>
                <m:t>t</m:t>
              </m:r>
            </m:e>
          </m:d>
          <m:r>
            <m:rPr>
              <m:sty m:val="p"/>
            </m:rPr>
            <m:t>=</m:t>
          </m:r>
          <m:sSub>
            <m:e>
              <m:r>
                <m:t>P</m:t>
              </m:r>
            </m:e>
            <m:sub>
              <m:r>
                <m:t>0</m:t>
              </m:r>
            </m:sub>
          </m:sSub>
          <m:sSub>
            <m:e>
              <m:r>
                <m:t>f</m:t>
              </m:r>
            </m:e>
            <m:sub>
              <m:r>
                <m:t>A</m:t>
              </m:r>
            </m:sub>
          </m:sSub>
          <m:d>
            <m:dPr>
              <m:begChr m:val="("/>
              <m:sepChr m:val=""/>
              <m:endChr m:val=")"/>
              <m:grow/>
            </m:dPr>
            <m:e>
              <m:sSub>
                <m:e>
                  <m:r>
                    <m:t>ω</m:t>
                  </m:r>
                </m:e>
                <m:sub>
                  <m:r>
                    <m:t>0</m:t>
                  </m:r>
                </m:sub>
              </m:sSub>
              <m:r>
                <m:t>t</m:t>
              </m:r>
            </m:e>
          </m:d>
          <m:r>
            <m:rPr>
              <m:sty m:val="p"/>
            </m:rPr>
            <m:t>,</m:t>
          </m:r>
          <m:r>
            <m:t>  </m:t>
          </m:r>
          <m:sSub>
            <m:e>
              <m:r>
                <m:t>P</m:t>
              </m:r>
            </m:e>
            <m:sub>
              <m:r>
                <m:t>0</m:t>
              </m:r>
            </m:sub>
          </m:sSub>
          <m:r>
            <m:rPr>
              <m:sty m:val="p"/>
            </m:rPr>
            <m:t>&gt;</m:t>
          </m:r>
          <m:r>
            <m:t>0</m:t>
          </m:r>
          <m:r>
            <m:rPr>
              <m:sty m:val="p"/>
            </m:rPr>
            <m:t>,</m:t>
          </m:r>
          <m:r>
            <m:t> </m:t>
          </m:r>
          <m:sSub>
            <m:e>
              <m:r>
                <m:t>ω</m:t>
              </m:r>
            </m:e>
            <m:sub>
              <m:r>
                <m:t>0</m:t>
              </m:r>
            </m:sub>
          </m:sSub>
          <m:r>
            <m:rPr>
              <m:sty m:val="p"/>
            </m:rPr>
            <m:t>&gt;</m:t>
          </m:r>
          <m:r>
            <m:t>0</m:t>
          </m:r>
          <m:r>
            <m:rPr>
              <m:sty m:val="p"/>
            </m:rPr>
            <m:t>.</m:t>
          </m:r>
        </m:oMath>
      </m:oMathPara>
    </w:p>
    <w:p>
      <w:pPr>
        <w:pStyle w:val="FirstParagraph"/>
        <w:keepLines/>
      </w:pPr>
      <w:r>
        <w:t xml:space="preserve">Over a full period,</w:t>
      </w:r>
      <w:r>
        <w:t xml:space="preserve"> </w:t>
      </w:r>
      <m:oMath>
        <m:sSub>
          <m:e>
            <m:r>
              <m:t>p</m:t>
            </m:r>
          </m:e>
          <m:sub>
            <m:r>
              <m:rPr>
                <m:sty m:val="p"/>
              </m:rPr>
              <m:t>r</m:t>
            </m:r>
            <m:r>
              <m:rPr>
                <m:sty m:val="p"/>
              </m:rPr>
              <m:t>m</m:t>
            </m:r>
            <m:r>
              <m:rPr>
                <m:sty m:val="p"/>
              </m:rPr>
              <m:t>s</m:t>
            </m:r>
          </m:sub>
        </m:sSub>
        <m:r>
          <m:rPr>
            <m:sty m:val="p"/>
          </m:rPr>
          <m:t>=</m:t>
        </m:r>
        <m:sSub>
          <m:e>
            <m:r>
              <m:t>P</m:t>
            </m:r>
          </m:e>
          <m:sub>
            <m:r>
              <m:t>0</m:t>
            </m:r>
          </m:sub>
        </m:sSub>
        <m:rad>
          <m:radPr>
            <m:degHide m:val="on"/>
          </m:radPr>
          <m:deg/>
          <m:e>
            <m:r>
              <m:t>N</m:t>
            </m:r>
            <m:r>
              <m:rPr>
                <m:sty m:val="p"/>
              </m:rPr>
              <m:t>/</m:t>
            </m:r>
            <m:r>
              <m:t>2</m:t>
            </m:r>
          </m:e>
        </m:rad>
      </m:oMath>
      <w:r>
        <w:t xml:space="preserve">, while its negative peak magnitude is</w:t>
      </w:r>
      <w:r>
        <w:t xml:space="preserve"> </w:t>
      </w:r>
      <m:oMath>
        <m:sSub>
          <m:e>
            <m:r>
              <m:t>P</m:t>
            </m:r>
          </m:e>
          <m:sub>
            <m:r>
              <m:t>0</m:t>
            </m:r>
          </m:sub>
        </m:sSub>
        <m:r>
          <m:t>K</m:t>
        </m:r>
        <m:d>
          <m:dPr>
            <m:begChr m:val="("/>
            <m:sepChr m:val=""/>
            <m:endChr m:val=")"/>
            <m:grow/>
          </m:dPr>
          <m:e>
            <m:r>
              <m:t>A</m:t>
            </m:r>
          </m:e>
        </m:d>
      </m:oMath>
      <w:r>
        <w:t xml:space="preserve">. Thus its negative peak-to-RMS ratio is exactly</w:t>
      </w:r>
      <w:r>
        <w:t xml:space="preserve"> </w:t>
      </w:r>
      <m:oMath>
        <m:rad>
          <m:radPr>
            <m:degHide m:val="on"/>
          </m:radPr>
          <m:deg/>
          <m:e>
            <m:r>
              <m:t>2</m:t>
            </m:r>
          </m:e>
        </m:rad>
        <m:r>
          <m:t> </m:t>
        </m:r>
        <m:r>
          <m:t>c</m:t>
        </m:r>
        <m:d>
          <m:dPr>
            <m:begChr m:val="("/>
            <m:sepChr m:val=""/>
            <m:endChr m:val=")"/>
            <m:grow/>
          </m:dPr>
          <m:e>
            <m:r>
              <m:t>A</m:t>
            </m:r>
          </m:e>
        </m:d>
      </m:oMath>
      <w:r>
        <w:t xml:space="preserve">. The ratio is dimensionless and unchanged by either common scale. This interpretation concerns the shape of the waveform; it does not identify</w:t>
      </w:r>
      <w:r>
        <w:t xml:space="preserve"> </w:t>
      </w:r>
      <m:oMath>
        <m:r>
          <m:t>c</m:t>
        </m:r>
        <m:d>
          <m:dPr>
            <m:begChr m:val="("/>
            <m:sepChr m:val=""/>
            <m:endChr m:val=")"/>
            <m:grow/>
          </m:dPr>
          <m:e>
            <m:r>
              <m:t>A</m:t>
            </m:r>
          </m:e>
        </m:d>
      </m:oMath>
      <w:r>
        <w:t xml:space="preserve"> </w:t>
      </w:r>
      <w:r>
        <w:t xml:space="preserve">with an energy quantum or a material constant.</w:t>
      </w:r>
    </w:p>
    <w:p>
      <w:pPr>
        <w:pStyle w:val="BodyText"/>
      </w:pPr>
      <w:r>
        <w:t xml:space="preserve">To formulate the open question, define</w:t>
      </w:r>
    </w:p>
    <w:p>
      <w:pPr>
        <w:pStyle w:val="BodyText"/>
        <w:keepNext/>
        <w:keepLines/>
      </w:pPr>
      <m:oMathPara>
        <m:oMathParaPr>
          <m:jc m:val="center"/>
        </m:oMathParaPr>
        <m:oMath>
          <m:sSub>
            <m:e>
              <m:r>
                <m:t>κ</m:t>
              </m:r>
            </m:e>
            <m:sub>
              <m:r>
                <m:t>N</m:t>
              </m:r>
            </m:sub>
          </m:sSub>
          <m:r>
            <m:rPr>
              <m:sty m:val="p"/>
            </m:rPr>
            <m:t>=</m:t>
          </m:r>
          <m:limLow>
            <m:e>
              <m:r>
                <m:rPr>
                  <m:sty m:val="p"/>
                </m:rPr>
                <m:t>inf</m:t>
              </m:r>
            </m:e>
            <m:lim>
              <m:d>
                <m:dPr>
                  <m:begChr m:val="|"/>
                  <m:sepChr m:val=""/>
                  <m:endChr m:val="|"/>
                  <m:grow/>
                </m:dPr>
                <m:e>
                  <m:r>
                    <m:t>A</m:t>
                  </m:r>
                </m:e>
              </m:d>
              <m:r>
                <m:rPr>
                  <m:sty m:val="p"/>
                </m:rPr>
                <m:t>=</m:t>
              </m:r>
              <m:r>
                <m:t>N</m:t>
              </m:r>
            </m:lim>
          </m:limLow>
          <m:r>
            <m:t>K</m:t>
          </m:r>
          <m:d>
            <m:dPr>
              <m:begChr m:val="("/>
              <m:sepChr m:val=""/>
              <m:endChr m:val=")"/>
              <m:grow/>
            </m:dPr>
            <m:e>
              <m:r>
                <m:t>A</m:t>
              </m:r>
            </m:e>
          </m:d>
          <m:r>
            <m:rPr>
              <m:sty m:val="p"/>
            </m:rPr>
            <m:t>,</m:t>
          </m:r>
          <m:r>
            <m:t>  </m:t>
          </m:r>
          <m:sSub>
            <m:e>
              <m:r>
                <m:t>c</m:t>
              </m:r>
            </m:e>
            <m:sub>
              <m:r>
                <m:t>N</m:t>
              </m:r>
            </m:sub>
          </m:sSub>
          <m:r>
            <m:rPr>
              <m:sty m:val="p"/>
            </m:rPr>
            <m:t>=</m:t>
          </m:r>
          <m:f>
            <m:fPr>
              <m:type m:val="bar"/>
            </m:fPr>
            <m:num>
              <m:sSub>
                <m:e>
                  <m:r>
                    <m:t>κ</m:t>
                  </m:r>
                </m:e>
                <m:sub>
                  <m:r>
                    <m:t>N</m:t>
                  </m:r>
                </m:sub>
              </m:sSub>
            </m:num>
            <m:den>
              <m:rad>
                <m:radPr>
                  <m:degHide m:val="on"/>
                </m:radPr>
                <m:deg/>
                <m:e>
                  <m:r>
                    <m:t>N</m:t>
                  </m:r>
                </m:e>
              </m:rad>
            </m:den>
          </m:f>
          <m:r>
            <m:rPr>
              <m:sty m:val="p"/>
            </m:rPr>
            <m:t>.</m:t>
          </m:r>
        </m:oMath>
      </m:oMathPara>
    </w:p>
    <w:p>
      <w:pPr>
        <w:pStyle w:val="Caption"/>
        <w:spacing w:before="0" w:after="140"/>
      </w:pPr>
      <w:r>
        <w:t xml:space="preserve">Equation (A.4)</w:t>
      </w:r>
    </w:p>
    <w:p>
      <w:pPr>
        <w:pStyle w:val="BodyText"/>
        <w:keepLines/>
      </w:pPr>
      <w:r>
        <w:t xml:space="preserve">Chowla’s assertion is the existence of an absolute</w:t>
      </w:r>
      <w:r>
        <w:t xml:space="preserve"> </w:t>
      </w:r>
      <m:oMath>
        <m:r>
          <m:t>c</m:t>
        </m:r>
        <m:r>
          <m:rPr>
            <m:sty m:val="p"/>
          </m:rPr>
          <m:t>&gt;</m:t>
        </m:r>
        <m:r>
          <m:t>0</m:t>
        </m:r>
      </m:oMath>
      <w:r>
        <w:t xml:space="preserve"> </w:t>
      </w:r>
      <w:r>
        <w:t xml:space="preserve">for which</w:t>
      </w:r>
    </w:p>
    <w:p>
      <w:pPr>
        <w:pStyle w:val="BodyText"/>
        <w:keepNext/>
        <w:keepLines/>
      </w:pPr>
      <m:oMathPara>
        <m:oMathParaPr>
          <m:jc m:val="center"/>
        </m:oMathParaPr>
        <m:oMath>
          <m:r>
            <m:t>K</m:t>
          </m:r>
          <m:d>
            <m:dPr>
              <m:begChr m:val="("/>
              <m:sepChr m:val=""/>
              <m:endChr m:val=")"/>
              <m:grow/>
            </m:dPr>
            <m:e>
              <m:r>
                <m:t>A</m:t>
              </m:r>
            </m:e>
          </m:d>
          <m:r>
            <m:rPr>
              <m:sty m:val="p"/>
            </m:rPr>
            <m:t>≥</m:t>
          </m:r>
          <m:r>
            <m:t>c</m:t>
          </m:r>
          <m:rad>
            <m:radPr>
              <m:degHide m:val="on"/>
            </m:radPr>
            <m:deg/>
            <m:e>
              <m:d>
                <m:dPr>
                  <m:begChr m:val="|"/>
                  <m:sepChr m:val=""/>
                  <m:endChr m:val="|"/>
                  <m:grow/>
                </m:dPr>
                <m:e>
                  <m:r>
                    <m:t>A</m:t>
                  </m:r>
                </m:e>
              </m:d>
            </m:e>
          </m:rad>
          <m:r>
            <m:t> </m:t>
          </m:r>
          <m:r>
            <m:rPr>
              <m:nor/>
              <m:sty m:val="p"/>
            </m:rPr>
            <m:t>for every admissible </m:t>
          </m:r>
          <m:r>
            <m:t>A</m:t>
          </m:r>
          <m:r>
            <m:rPr>
              <m:sty m:val="p"/>
            </m:rPr>
            <m:t>.</m:t>
          </m:r>
        </m:oMath>
      </m:oMathPara>
    </w:p>
    <w:p>
      <w:pPr>
        <w:pStyle w:val="Caption"/>
        <w:spacing w:before="0" w:after="140"/>
      </w:pPr>
      <w:r>
        <w:t xml:space="preserve">Equation (A.5)</w:t>
      </w:r>
    </w:p>
    <w:p>
      <w:pPr>
        <w:pStyle w:val="BodyText"/>
        <w:keepLines/>
      </w:pPr>
      <w:r>
        <w:t xml:space="preserve">Equivalently,</w:t>
      </w:r>
      <w:r>
        <w:t xml:space="preserve"> </w:t>
      </w:r>
      <m:oMath>
        <m:sSub>
          <m:e>
            <m:r>
              <m:rPr>
                <m:sty m:val="p"/>
              </m:rPr>
              <m:t>inf</m:t>
            </m:r>
          </m:e>
          <m:sub>
            <m:r>
              <m:t>N</m:t>
            </m:r>
            <m:r>
              <m:rPr>
                <m:sty m:val="p"/>
              </m:rPr>
              <m:t>≥</m:t>
            </m:r>
            <m:r>
              <m:t>1</m:t>
            </m:r>
          </m:sub>
        </m:sSub>
        <m:sSub>
          <m:e>
            <m:r>
              <m:t>c</m:t>
            </m:r>
          </m:e>
          <m:sub>
            <m:r>
              <m:t>N</m:t>
            </m:r>
          </m:sub>
        </m:sSub>
        <m:r>
          <m:rPr>
            <m:sty m:val="p"/>
          </m:rPr>
          <m:t>&gt;</m:t>
        </m:r>
        <m:r>
          <m:t>0</m:t>
        </m:r>
      </m:oMath>
      <w:r>
        <w:t xml:space="preserve">. It is also equivalent to</w:t>
      </w:r>
      <w:r>
        <w:t xml:space="preserve"> </w:t>
      </w:r>
      <m:oMath>
        <m:limLow>
          <m:e>
            <m:r>
              <m:rPr>
                <m:sty m:val="p"/>
              </m:rPr>
              <m:t>liminf</m:t>
            </m:r>
          </m:e>
          <m:lim>
            <m:r>
              <m:t>N</m:t>
            </m:r>
            <m:r>
              <m:rPr>
                <m:sty m:val="p"/>
              </m:rPr>
              <m:t>→</m:t>
            </m:r>
            <m:r>
              <m:rPr>
                <m:sty m:val="p"/>
              </m:rPr>
              <m:t>∞</m:t>
            </m:r>
          </m:lim>
        </m:limLow>
        <m:sSub>
          <m:e>
            <m:r>
              <m:t>c</m:t>
            </m:r>
          </m:e>
          <m:sub>
            <m:r>
              <m:t>N</m:t>
            </m:r>
          </m:sub>
        </m:sSub>
        <m:r>
          <m:rPr>
            <m:sty m:val="p"/>
          </m:rPr>
          <m:t>&gt;</m:t>
        </m:r>
        <m:r>
          <m:t>0</m:t>
        </m:r>
      </m:oMath>
      <w:r>
        <w:t xml:space="preserve">: a positive eventual lower bound can be combined with</w:t>
      </w:r>
      <w:r>
        <w:t xml:space="preserve"> </w:t>
      </w:r>
      <m:oMath>
        <m:sSub>
          <m:e>
            <m:r>
              <m:t>c</m:t>
            </m:r>
          </m:e>
          <m:sub>
            <m:r>
              <m:t>N</m:t>
            </m:r>
          </m:sub>
        </m:sSub>
        <m:r>
          <m:rPr>
            <m:sty m:val="p"/>
          </m:rPr>
          <m:t>≥</m:t>
        </m:r>
        <m:r>
          <m:t>1</m:t>
        </m:r>
        <m:r>
          <m:rPr>
            <m:sty m:val="p"/>
          </m:rPr>
          <m:t>/</m:t>
        </m:r>
        <m:rad>
          <m:radPr>
            <m:degHide m:val="on"/>
          </m:radPr>
          <m:deg/>
          <m:e>
            <m:r>
              <m:t>N</m:t>
            </m:r>
          </m:e>
        </m:rad>
      </m:oMath>
      <w:r>
        <w:t xml:space="preserve"> </w:t>
      </w:r>
      <w:r>
        <w:t xml:space="preserve">for the finitely many remaining sizes. In contrast, positivity of each individual</w:t>
      </w:r>
      <w:r>
        <w:t xml:space="preserve"> </w:t>
      </w:r>
      <m:oMath>
        <m:sSub>
          <m:e>
            <m:r>
              <m:t>c</m:t>
            </m:r>
          </m:e>
          <m:sub>
            <m:r>
              <m:t>N</m:t>
            </m:r>
          </m:sub>
        </m:sSub>
      </m:oMath>
      <w:r>
        <w:t xml:space="preserve"> </w:t>
      </w:r>
      <w:r>
        <w:t xml:space="preserve">follows already from (A.3) and does not settle (A.5).</w:t>
      </w:r>
    </w:p>
    <w:p>
      <w:pPr>
        <w:pStyle w:val="BodyText"/>
        <w:keepLines/>
      </w:pPr>
      <w:r>
        <w:t xml:space="preserve">A disproof would require actual admissible sets</w:t>
      </w:r>
      <w:r>
        <w:t xml:space="preserve"> </w:t>
      </w:r>
      <m:oMath>
        <m:sSub>
          <m:e>
            <m:r>
              <m:t>A</m:t>
            </m:r>
          </m:e>
          <m:sub>
            <m:r>
              <m:t>j</m:t>
            </m:r>
          </m:sub>
        </m:sSub>
      </m:oMath>
      <w:r>
        <w:t xml:space="preserve"> </w:t>
      </w:r>
      <w:r>
        <w:t xml:space="preserve">with</w:t>
      </w:r>
      <w:r>
        <w:t xml:space="preserve"> </w:t>
      </w:r>
      <m:oMath>
        <m:d>
          <m:dPr>
            <m:begChr m:val="|"/>
            <m:sepChr m:val=""/>
            <m:endChr m:val="|"/>
            <m:grow/>
          </m:dPr>
          <m:e>
            <m:sSub>
              <m:e>
                <m:r>
                  <m:t>A</m:t>
                </m:r>
              </m:e>
              <m:sub>
                <m:r>
                  <m:t>j</m:t>
                </m:r>
              </m:sub>
            </m:sSub>
          </m:e>
        </m:d>
        <m:r>
          <m:rPr>
            <m:sty m:val="p"/>
          </m:rPr>
          <m:t>→</m:t>
        </m:r>
        <m:r>
          <m:rPr>
            <m:sty m:val="p"/>
          </m:rPr>
          <m:t>∞</m:t>
        </m:r>
      </m:oMath>
      <w:r>
        <w:t xml:space="preserve"> </w:t>
      </w:r>
      <w:r>
        <w:t xml:space="preserve">and</w:t>
      </w:r>
      <w:r>
        <w:t xml:space="preserve"> </w:t>
      </w:r>
      <m:oMath>
        <m:r>
          <m:t>K</m:t>
        </m:r>
        <m:d>
          <m:dPr>
            <m:begChr m:val="("/>
            <m:sepChr m:val=""/>
            <m:endChr m:val=")"/>
            <m:grow/>
          </m:dPr>
          <m:e>
            <m:sSub>
              <m:e>
                <m:r>
                  <m:t>A</m:t>
                </m:r>
              </m:e>
              <m:sub>
                <m:r>
                  <m:t>j</m:t>
                </m:r>
              </m:sub>
            </m:sSub>
          </m:e>
        </m:d>
        <m:r>
          <m:rPr>
            <m:sty m:val="p"/>
          </m:rPr>
          <m:t>/</m:t>
        </m:r>
        <m:rad>
          <m:radPr>
            <m:degHide m:val="on"/>
          </m:radPr>
          <m:deg/>
          <m:e>
            <m:d>
              <m:dPr>
                <m:begChr m:val="|"/>
                <m:sepChr m:val=""/>
                <m:endChr m:val="|"/>
                <m:grow/>
              </m:dPr>
              <m:e>
                <m:sSub>
                  <m:e>
                    <m:r>
                      <m:t>A</m:t>
                    </m:r>
                  </m:e>
                  <m:sub>
                    <m:r>
                      <m:t>j</m:t>
                    </m:r>
                  </m:sub>
                </m:sSub>
              </m:e>
            </m:d>
          </m:e>
        </m:rad>
        <m:r>
          <m:rPr>
            <m:sty m:val="p"/>
          </m:rPr>
          <m:t>→</m:t>
        </m:r>
        <m:r>
          <m:t>0</m:t>
        </m:r>
      </m:oMath>
      <w:r>
        <w:t xml:space="preserve">. A lower-bound formula that becomes small does not supply such a sequence: the formula may merely fail to detect a much deeper minimum.</w:t>
      </w:r>
    </w:p>
    <w:bookmarkEnd w:id="94"/>
    <w:bookmarkStart w:id="95" w:name="appendix-b-attainment"/>
    <w:p>
      <w:pPr>
        <w:pStyle w:val="Heading2"/>
      </w:pPr>
      <w:r>
        <w:t xml:space="preserve">B. Attainment at a fixed number of frequencies</w:t>
      </w:r>
    </w:p>
    <w:p>
      <w:pPr>
        <w:pStyle w:val="FirstParagraph"/>
      </w:pPr>
      <w:r>
        <w:t xml:space="preserve">The infimum in (A.4) is taken over infinitely many frequency sets. Nevertheless it is attained. This fact does not give an effective bound on the largest frequency of an exact minimizer.</w:t>
      </w:r>
    </w:p>
    <w:p>
      <w:pPr>
        <w:pStyle w:val="BodyText"/>
        <w:keepLines/>
      </w:pPr>
      <w:r>
        <w:rPr>
          <w:bCs/>
          <w:b/>
        </w:rPr>
        <w:t xml:space="preserve">Theorem B.1 — Fixed-size attainment.</w:t>
      </w:r>
      <w:r>
        <w:t xml:space="preserve"> </w:t>
      </w:r>
      <w:r>
        <w:t xml:space="preserve">For each integer</w:t>
      </w:r>
      <w:r>
        <w:t xml:space="preserve"> </w:t>
      </w:r>
      <m:oMath>
        <m:r>
          <m:t>N</m:t>
        </m:r>
        <m:r>
          <m:rPr>
            <m:sty m:val="p"/>
          </m:rPr>
          <m:t>≥</m:t>
        </m:r>
        <m:r>
          <m:t>1</m:t>
        </m:r>
      </m:oMath>
      <w:r>
        <w:t xml:space="preserve">, some admissible set</w:t>
      </w:r>
      <w:r>
        <w:t xml:space="preserve"> </w:t>
      </w:r>
      <m:oMath>
        <m:r>
          <m:t>A</m:t>
        </m:r>
      </m:oMath>
      <w:r>
        <w:t xml:space="preserve"> </w:t>
      </w:r>
      <w:r>
        <w:t xml:space="preserve">of size</w:t>
      </w:r>
      <w:r>
        <w:t xml:space="preserve"> </w:t>
      </w:r>
      <m:oMath>
        <m:r>
          <m:t>N</m:t>
        </m:r>
      </m:oMath>
      <w:r>
        <w:t xml:space="preserve"> </w:t>
      </w:r>
      <w:r>
        <w:t xml:space="preserve">satisfies</w:t>
      </w:r>
      <w:r>
        <w:t xml:space="preserve"> </w:t>
      </w:r>
      <m:oMath>
        <m:r>
          <m:t>K</m:t>
        </m:r>
        <m:d>
          <m:dPr>
            <m:begChr m:val="("/>
            <m:sepChr m:val=""/>
            <m:endChr m:val=")"/>
            <m:grow/>
          </m:dPr>
          <m:e>
            <m:r>
              <m:t>A</m:t>
            </m:r>
          </m:e>
        </m:d>
        <m:r>
          <m:rPr>
            <m:sty m:val="p"/>
          </m:rPr>
          <m:t>=</m:t>
        </m:r>
        <m:sSub>
          <m:e>
            <m:r>
              <m:t>κ</m:t>
            </m:r>
          </m:e>
          <m:sub>
            <m:r>
              <m:t>N</m:t>
            </m:r>
          </m:sub>
        </m:sSub>
      </m:oMath>
      <w:r>
        <w:t xml:space="preserve">.</w:t>
      </w:r>
    </w:p>
    <w:p>
      <w:pPr>
        <w:pStyle w:val="BodyText"/>
        <w:keepLines/>
      </w:pPr>
      <w:r>
        <w:rPr>
          <w:bCs/>
          <w:b/>
        </w:rPr>
        <w:t xml:space="preserve">Proof.</w:t>
      </w:r>
      <w:r>
        <w:t xml:space="preserve"> </w:t>
      </w:r>
      <w:r>
        <w:t xml:space="preserve">Choose admissible ordered tuples</w:t>
      </w:r>
      <w:r>
        <w:t xml:space="preserve"> </w:t>
      </w:r>
      <m:oMath>
        <m:sSup>
          <m:e>
            <m:r>
              <m:t>a</m:t>
            </m:r>
          </m:e>
          <m:sup>
            <m:d>
              <m:dPr>
                <m:begChr m:val="("/>
                <m:sepChr m:val=""/>
                <m:endChr m:val=")"/>
                <m:grow/>
              </m:dPr>
              <m:e>
                <m:r>
                  <m:t>j</m:t>
                </m:r>
              </m:e>
            </m:d>
          </m:sup>
        </m:sSup>
        <m:r>
          <m:rPr>
            <m:sty m:val="p"/>
          </m:rPr>
          <m:t>=</m:t>
        </m:r>
        <m:d>
          <m:dPr>
            <m:begChr m:val="("/>
            <m:sepChr m:val=""/>
            <m:endChr m:val=")"/>
            <m:grow/>
          </m:dPr>
          <m:e>
            <m:sSubSup>
              <m:e>
                <m:r>
                  <m:t>a</m:t>
                </m:r>
              </m:e>
              <m:sub>
                <m:r>
                  <m:t>1</m:t>
                </m:r>
              </m:sub>
              <m:sup>
                <m:d>
                  <m:dPr>
                    <m:begChr m:val="("/>
                    <m:sepChr m:val=""/>
                    <m:endChr m:val=")"/>
                    <m:grow/>
                  </m:dPr>
                  <m:e>
                    <m:r>
                      <m:t>j</m:t>
                    </m:r>
                  </m:e>
                </m:d>
              </m:sup>
            </m:sSubSup>
            <m:r>
              <m:rPr>
                <m:sty m:val="p"/>
              </m:rPr>
              <m:t>,</m:t>
            </m:r>
            <m:r>
              <m:rPr>
                <m:sty m:val="p"/>
              </m:rPr>
              <m:t>…</m:t>
            </m:r>
            <m:r>
              <m:rPr>
                <m:sty m:val="p"/>
              </m:rPr>
              <m:t>,</m:t>
            </m:r>
            <m:sSubSup>
              <m:e>
                <m:r>
                  <m:t>a</m:t>
                </m:r>
              </m:e>
              <m:sub>
                <m:r>
                  <m:t>N</m:t>
                </m:r>
              </m:sub>
              <m:sup>
                <m:d>
                  <m:dPr>
                    <m:begChr m:val="("/>
                    <m:sepChr m:val=""/>
                    <m:endChr m:val=")"/>
                    <m:grow/>
                  </m:dPr>
                  <m:e>
                    <m:r>
                      <m:t>j</m:t>
                    </m:r>
                  </m:e>
                </m:d>
              </m:sup>
            </m:sSubSup>
          </m:e>
        </m:d>
      </m:oMath>
      <w:r>
        <w:t xml:space="preserve"> </w:t>
      </w:r>
      <w:r>
        <w:t xml:space="preserve">with</w:t>
      </w:r>
      <w:r>
        <w:t xml:space="preserve"> </w:t>
      </w:r>
      <m:oMath>
        <m:r>
          <m:t>K</m:t>
        </m:r>
        <m:d>
          <m:dPr>
            <m:begChr m:val="("/>
            <m:sepChr m:val=""/>
            <m:endChr m:val=")"/>
            <m:grow/>
          </m:dPr>
          <m:e>
            <m:sSub>
              <m:e>
                <m:r>
                  <m:t>A</m:t>
                </m:r>
              </m:e>
              <m:sub>
                <m:r>
                  <m:t>j</m:t>
                </m:r>
              </m:sub>
            </m:sSub>
          </m:e>
        </m:d>
        <m:r>
          <m:rPr>
            <m:sty m:val="p"/>
          </m:rPr>
          <m:t>→</m:t>
        </m:r>
        <m:sSub>
          <m:e>
            <m:r>
              <m:t>κ</m:t>
            </m:r>
          </m:e>
          <m:sub>
            <m:r>
              <m:t>N</m:t>
            </m:r>
          </m:sub>
        </m:sSub>
      </m:oMath>
      <w:r>
        <w:t xml:space="preserve">, and let</w:t>
      </w:r>
    </w:p>
    <w:p>
      <w:pPr>
        <w:pStyle w:val="BodyText"/>
        <w:keepLines/>
      </w:pPr>
      <m:oMathPara>
        <m:oMathParaPr>
          <m:jc m:val="center"/>
        </m:oMathParaPr>
        <m:oMath>
          <m:sSub>
            <m:e>
              <m:r>
                <m:t>H</m:t>
              </m:r>
            </m:e>
            <m:sub>
              <m:r>
                <m:t>j</m:t>
              </m:r>
            </m:sub>
          </m:sSub>
          <m:r>
            <m:rPr>
              <m:sty m:val="p"/>
            </m:rPr>
            <m:t>=</m:t>
          </m:r>
          <m:r>
            <m:rPr>
              <m:sty m:val="p"/>
            </m:rPr>
            <m:t>{</m:t>
          </m:r>
          <m:sSup>
            <m:e>
              <m:r>
                <m:t>a</m:t>
              </m:r>
            </m:e>
            <m:sup>
              <m:d>
                <m:dPr>
                  <m:begChr m:val="("/>
                  <m:sepChr m:val=""/>
                  <m:endChr m:val=")"/>
                  <m:grow/>
                </m:dPr>
                <m:e>
                  <m:r>
                    <m:t>j</m:t>
                  </m:r>
                </m:e>
              </m:d>
            </m:sup>
          </m:sSup>
          <m:r>
            <m:t>x</m:t>
          </m:r>
          <m:r>
            <m:t> </m:t>
          </m:r>
          <m:r>
            <m:rPr>
              <m:sty m:val="p"/>
            </m:rPr>
            <m:t>mod</m:t>
          </m:r>
          <m:r>
            <m:t> </m:t>
          </m:r>
          <m:r>
            <m:t>2</m:t>
          </m:r>
          <m:r>
            <m:t>π</m:t>
          </m:r>
          <m:r>
            <m:rPr>
              <m:sty m:val="p"/>
            </m:rPr>
            <m:t>:</m:t>
          </m:r>
          <m:r>
            <m:t>x</m:t>
          </m:r>
          <m:r>
            <m:rPr>
              <m:sty m:val="p"/>
            </m:rPr>
            <m:t>∈</m:t>
          </m:r>
          <m:r>
            <m:rPr>
              <m:sty m:val="p"/>
              <m:scr m:val="double-struck"/>
            </m:rPr>
            <m:t>T</m:t>
          </m:r>
          <m:r>
            <m:rPr>
              <m:sty m:val="p"/>
            </m:rPr>
            <m:t>}</m:t>
          </m:r>
          <m:r>
            <m:rPr>
              <m:sty m:val="p"/>
            </m:rPr>
            <m:t>⊂</m:t>
          </m:r>
          <m:sSup>
            <m:e>
              <m:r>
                <m:rPr>
                  <m:sty m:val="p"/>
                  <m:scr m:val="double-struck"/>
                </m:rPr>
                <m:t>T</m:t>
              </m:r>
            </m:e>
            <m:sup>
              <m:r>
                <m:t>N</m:t>
              </m:r>
            </m:sup>
          </m:sSup>
          <m:r>
            <m:rPr>
              <m:sty m:val="p"/>
            </m:rPr>
            <m:t>.</m:t>
          </m:r>
        </m:oMath>
      </m:oMathPara>
    </w:p>
    <w:p>
      <w:pPr>
        <w:pStyle w:val="FirstParagraph"/>
        <w:keepLines/>
      </w:pPr>
      <w:r>
        <w:t xml:space="preserve">Each</w:t>
      </w:r>
      <w:r>
        <w:t xml:space="preserve"> </w:t>
      </w:r>
      <m:oMath>
        <m:sSub>
          <m:e>
            <m:r>
              <m:t>H</m:t>
            </m:r>
          </m:e>
          <m:sub>
            <m:r>
              <m:t>j</m:t>
            </m:r>
          </m:sub>
        </m:sSub>
      </m:oMath>
      <w:r>
        <w:t xml:space="preserve"> </w:t>
      </w:r>
      <w:r>
        <w:t xml:space="preserve">is a compact circle subgroup. The nonempty compact subsets of a compact metric space are compact for the Hausdorff metric; one proof chooses convergent membership patterns on successively finer finite nets and takes a diagonal subsequence. Pass to a subsequence with Hausdorff limit</w:t>
      </w:r>
      <w:r>
        <w:t xml:space="preserve"> </w:t>
      </w:r>
      <m:oMath>
        <m:r>
          <m:t>H</m:t>
        </m:r>
      </m:oMath>
      <w:r>
        <w:t xml:space="preserve">. This limit is a subgroup: approximating any</w:t>
      </w:r>
      <w:r>
        <w:t xml:space="preserve"> </w:t>
      </w:r>
      <m:oMath>
        <m:r>
          <m:t>u</m:t>
        </m:r>
        <m:r>
          <m:rPr>
            <m:sty m:val="p"/>
          </m:rPr>
          <m:t>,</m:t>
        </m:r>
        <m:r>
          <m:t>v</m:t>
        </m:r>
        <m:r>
          <m:rPr>
            <m:sty m:val="p"/>
          </m:rPr>
          <m:t>∈</m:t>
        </m:r>
        <m:r>
          <m:t>H</m:t>
        </m:r>
      </m:oMath>
      <w:r>
        <w:t xml:space="preserve"> </w:t>
      </w:r>
      <w:r>
        <w:t xml:space="preserve">by</w:t>
      </w:r>
      <w:r>
        <w:t xml:space="preserve"> </w:t>
      </w:r>
      <m:oMath>
        <m:sSub>
          <m:e>
            <m:r>
              <m:t>u</m:t>
            </m:r>
          </m:e>
          <m:sub>
            <m:r>
              <m:t>j</m:t>
            </m:r>
          </m:sub>
        </m:sSub>
        <m:r>
          <m:rPr>
            <m:sty m:val="p"/>
          </m:rPr>
          <m:t>,</m:t>
        </m:r>
        <m:sSub>
          <m:e>
            <m:r>
              <m:t>v</m:t>
            </m:r>
          </m:e>
          <m:sub>
            <m:r>
              <m:t>j</m:t>
            </m:r>
          </m:sub>
        </m:sSub>
        <m:r>
          <m:rPr>
            <m:sty m:val="p"/>
          </m:rPr>
          <m:t>∈</m:t>
        </m:r>
        <m:sSub>
          <m:e>
            <m:r>
              <m:t>H</m:t>
            </m:r>
          </m:e>
          <m:sub>
            <m:r>
              <m:t>j</m:t>
            </m:r>
          </m:sub>
        </m:sSub>
      </m:oMath>
      <w:r>
        <w:t xml:space="preserve"> </w:t>
      </w:r>
      <w:r>
        <w:t xml:space="preserve">shows that</w:t>
      </w:r>
      <w:r>
        <w:t xml:space="preserve"> </w:t>
      </w:r>
      <m:oMath>
        <m:r>
          <m:t>u</m:t>
        </m:r>
        <m:r>
          <m:rPr>
            <m:sty m:val="p"/>
          </m:rPr>
          <m:t>−</m:t>
        </m:r>
        <m:r>
          <m:t>v</m:t>
        </m:r>
      </m:oMath>
      <w:r>
        <w:t xml:space="preserve">, the limit of</w:t>
      </w:r>
      <w:r>
        <w:t xml:space="preserve"> </w:t>
      </w:r>
      <m:oMath>
        <m:sSub>
          <m:e>
            <m:r>
              <m:t>u</m:t>
            </m:r>
          </m:e>
          <m:sub>
            <m:r>
              <m:t>j</m:t>
            </m:r>
          </m:sub>
        </m:sSub>
        <m:r>
          <m:rPr>
            <m:sty m:val="p"/>
          </m:rPr>
          <m:t>−</m:t>
        </m:r>
        <m:sSub>
          <m:e>
            <m:r>
              <m:t>v</m:t>
            </m:r>
          </m:e>
          <m:sub>
            <m:r>
              <m:t>j</m:t>
            </m:r>
          </m:sub>
        </m:sSub>
      </m:oMath>
      <w:r>
        <w:t xml:space="preserve">, belongs to</w:t>
      </w:r>
      <w:r>
        <w:t xml:space="preserve"> </w:t>
      </w:r>
      <m:oMath>
        <m:r>
          <m:t>H</m:t>
        </m:r>
      </m:oMath>
      <w:r>
        <w:t xml:space="preserve">.</w:t>
      </w:r>
    </w:p>
    <w:p>
      <w:pPr>
        <w:pStyle w:val="BodyText"/>
      </w:pPr>
      <w:r>
        <w:t xml:space="preserve">Define the integer annihilator</w:t>
      </w:r>
    </w:p>
    <w:p>
      <w:pPr>
        <w:pStyle w:val="BodyText"/>
        <w:keepLines/>
      </w:pPr>
      <m:oMathPara>
        <m:oMathParaPr>
          <m:jc m:val="center"/>
        </m:oMathParaPr>
        <m:oMath>
          <m:r>
            <m:t>L</m:t>
          </m:r>
          <m:d>
            <m:dPr>
              <m:begChr m:val="("/>
              <m:sepChr m:val=""/>
              <m:endChr m:val=")"/>
              <m:grow/>
            </m:dPr>
            <m:e>
              <m:r>
                <m:t>H</m:t>
              </m:r>
            </m:e>
          </m:d>
          <m:r>
            <m:rPr>
              <m:sty m:val="p"/>
            </m:rPr>
            <m:t>=</m:t>
          </m:r>
          <m:r>
            <m:rPr>
              <m:sty m:val="p"/>
            </m:rPr>
            <m:t>{</m:t>
          </m:r>
          <m:r>
            <m:t>k</m:t>
          </m:r>
          <m:r>
            <m:rPr>
              <m:sty m:val="p"/>
            </m:rPr>
            <m:t>∈</m:t>
          </m:r>
          <m:sSup>
            <m:e>
              <m:r>
                <m:rPr>
                  <m:sty m:val="p"/>
                  <m:scr m:val="double-struck"/>
                </m:rPr>
                <m:t>Z</m:t>
              </m:r>
            </m:e>
            <m:sup>
              <m:r>
                <m:t>N</m:t>
              </m:r>
            </m:sup>
          </m:sSup>
          <m:r>
            <m:rPr>
              <m:sty m:val="p"/>
            </m:rPr>
            <m:t>:</m:t>
          </m:r>
          <m:sSup>
            <m:e>
              <m:r>
                <m:t>e</m:t>
              </m:r>
            </m:e>
            <m:sup>
              <m:r>
                <m:t>i</m:t>
              </m:r>
              <m:r>
                <m:t>k</m:t>
              </m:r>
              <m:r>
                <m:rPr>
                  <m:sty m:val="p"/>
                </m:rPr>
                <m:t>⋅</m:t>
              </m:r>
              <m:r>
                <m:t>θ</m:t>
              </m:r>
            </m:sup>
          </m:sSup>
          <m:r>
            <m:rPr>
              <m:sty m:val="p"/>
            </m:rPr>
            <m:t>=</m:t>
          </m:r>
          <m:r>
            <m:t>1</m:t>
          </m:r>
          <m:r>
            <m:rPr>
              <m:nor/>
              <m:sty m:val="p"/>
            </m:rPr>
            <m:t> for every </m:t>
          </m:r>
          <m:r>
            <m:t>θ</m:t>
          </m:r>
          <m:r>
            <m:rPr>
              <m:sty m:val="p"/>
            </m:rPr>
            <m:t>∈</m:t>
          </m:r>
          <m:r>
            <m:t>H</m:t>
          </m:r>
          <m:r>
            <m:rPr>
              <m:sty m:val="p"/>
            </m:rPr>
            <m:t>}</m:t>
          </m:r>
          <m:r>
            <m:rPr>
              <m:sty m:val="p"/>
            </m:rPr>
            <m:t>.</m:t>
          </m:r>
        </m:oMath>
      </m:oMathPara>
    </w:p>
    <w:p>
      <w:pPr>
        <w:pStyle w:val="FirstParagraph"/>
        <w:keepLines/>
      </w:pPr>
      <w:r>
        <w:t xml:space="preserve">We use two elementary facts about this group. First, every subgroup of</w:t>
      </w:r>
      <w:r>
        <w:t xml:space="preserve"> </w:t>
      </w:r>
      <m:oMath>
        <m:sSup>
          <m:e>
            <m:r>
              <m:rPr>
                <m:sty m:val="p"/>
                <m:scr m:val="double-struck"/>
              </m:rPr>
              <m:t>Z</m:t>
            </m:r>
          </m:e>
          <m:sup>
            <m:r>
              <m:t>N</m:t>
            </m:r>
          </m:sup>
        </m:sSup>
      </m:oMath>
      <w:r>
        <w:t xml:space="preserve"> </w:t>
      </w:r>
      <w:r>
        <w:t xml:space="preserve">is finitely generated. An induction proves this: project onto the first coordinate, whose image is either zero or</w:t>
      </w:r>
      <w:r>
        <w:t xml:space="preserve"> </w:t>
      </w:r>
      <m:oMath>
        <m:r>
          <m:t>d</m:t>
        </m:r>
        <m:r>
          <m:rPr>
            <m:sty m:val="p"/>
            <m:scr m:val="double-struck"/>
          </m:rPr>
          <m:t>Z</m:t>
        </m:r>
      </m:oMath>
      <w:r>
        <w:t xml:space="preserve">; choose one lift of</w:t>
      </w:r>
      <w:r>
        <w:t xml:space="preserve"> </w:t>
      </w:r>
      <m:oMath>
        <m:r>
          <m:t>d</m:t>
        </m:r>
      </m:oMath>
      <w:r>
        <w:t xml:space="preserve"> </w:t>
      </w:r>
      <w:r>
        <w:t xml:space="preserve">in the latter case, and apply the induction to the kernel. Second,</w:t>
      </w:r>
    </w:p>
    <w:p>
      <w:pPr>
        <w:pStyle w:val="BodyText"/>
        <w:keepNext/>
        <w:keepLines/>
      </w:pPr>
      <m:oMathPara>
        <m:oMathParaPr>
          <m:jc m:val="center"/>
        </m:oMathParaPr>
        <m:oMath>
          <m:r>
            <m:t>H</m:t>
          </m:r>
          <m:r>
            <m:rPr>
              <m:sty m:val="p"/>
            </m:rPr>
            <m:t>=</m:t>
          </m:r>
          <m:r>
            <m:rPr>
              <m:sty m:val="p"/>
            </m:rPr>
            <m:t>{</m:t>
          </m:r>
          <m:r>
            <m:t>θ</m:t>
          </m:r>
          <m:r>
            <m:rPr>
              <m:sty m:val="p"/>
            </m:rPr>
            <m:t>:</m:t>
          </m:r>
          <m:sSup>
            <m:e>
              <m:r>
                <m:t>e</m:t>
              </m:r>
            </m:e>
            <m:sup>
              <m:r>
                <m:t>i</m:t>
              </m:r>
              <m:r>
                <m:t>k</m:t>
              </m:r>
              <m:r>
                <m:rPr>
                  <m:sty m:val="p"/>
                </m:rPr>
                <m:t>⋅</m:t>
              </m:r>
              <m:r>
                <m:t>θ</m:t>
              </m:r>
            </m:sup>
          </m:sSup>
          <m:r>
            <m:rPr>
              <m:sty m:val="p"/>
            </m:rPr>
            <m:t>=</m:t>
          </m:r>
          <m:r>
            <m:t>1</m:t>
          </m:r>
          <m:r>
            <m:rPr>
              <m:nor/>
              <m:sty m:val="p"/>
            </m:rPr>
            <m:t> for every </m:t>
          </m:r>
          <m:r>
            <m:t>k</m:t>
          </m:r>
          <m:r>
            <m:rPr>
              <m:sty m:val="p"/>
            </m:rPr>
            <m:t>∈</m:t>
          </m:r>
          <m:r>
            <m:t>L</m:t>
          </m:r>
          <m:d>
            <m:dPr>
              <m:begChr m:val="("/>
              <m:sepChr m:val=""/>
              <m:endChr m:val=")"/>
              <m:grow/>
            </m:dPr>
            <m:e>
              <m:r>
                <m:t>H</m:t>
              </m:r>
            </m:e>
          </m:d>
          <m:r>
            <m:rPr>
              <m:sty m:val="p"/>
            </m:rPr>
            <m:t>}</m:t>
          </m:r>
          <m:r>
            <m:rPr>
              <m:sty m:val="p"/>
            </m:rPr>
            <m:t>.</m:t>
          </m:r>
        </m:oMath>
      </m:oMathPara>
    </w:p>
    <w:p>
      <w:pPr>
        <w:pStyle w:val="Caption"/>
        <w:spacing w:before="0" w:after="140"/>
      </w:pPr>
      <w:r>
        <w:t xml:space="preserve">Equation (B.1)</w:t>
      </w:r>
    </w:p>
    <w:p>
      <w:pPr>
        <w:pStyle w:val="BodyText"/>
        <w:keepLines/>
      </w:pPr>
      <w:r>
        <w:t xml:space="preserve">Here is a direct justification of the separation statement (B.1). With a translation-invariant metric on the torus, the continuous function</w:t>
      </w:r>
      <w:r>
        <w:t xml:space="preserve"> </w:t>
      </w:r>
      <m:oMath>
        <m:r>
          <m:t>r</m:t>
        </m:r>
        <m:d>
          <m:dPr>
            <m:begChr m:val="("/>
            <m:sepChr m:val=""/>
            <m:endChr m:val=")"/>
            <m:grow/>
          </m:dPr>
          <m:e>
            <m:r>
              <m:t>θ</m:t>
            </m:r>
          </m:e>
        </m:d>
        <m:r>
          <m:rPr>
            <m:sty m:val="p"/>
          </m:rPr>
          <m:t>=</m:t>
        </m:r>
        <m:r>
          <m:rPr>
            <m:sty m:val="p"/>
          </m:rPr>
          <m:t>dist</m:t>
        </m:r>
        <m:d>
          <m:dPr>
            <m:begChr m:val="("/>
            <m:sepChr m:val=""/>
            <m:endChr m:val=")"/>
            <m:grow/>
          </m:dPr>
          <m:e>
            <m:r>
              <m:t>θ</m:t>
            </m:r>
            <m:r>
              <m:rPr>
                <m:sty m:val="p"/>
              </m:rPr>
              <m:t>,</m:t>
            </m:r>
            <m:r>
              <m:t>H</m:t>
            </m:r>
          </m:e>
        </m:d>
      </m:oMath>
      <w:r>
        <w:t xml:space="preserve"> </w:t>
      </w:r>
      <w:r>
        <w:t xml:space="preserve">is invariant under translations by</w:t>
      </w:r>
      <w:r>
        <w:t xml:space="preserve"> </w:t>
      </w:r>
      <m:oMath>
        <m:r>
          <m:t>H</m:t>
        </m:r>
      </m:oMath>
      <w:r>
        <w:t xml:space="preserve">. Its Fourier coefficient at</w:t>
      </w:r>
      <w:r>
        <w:t xml:space="preserve"> </w:t>
      </w:r>
      <m:oMath>
        <m:r>
          <m:t>k</m:t>
        </m:r>
      </m:oMath>
      <w:r>
        <w:t xml:space="preserve"> </w:t>
      </w:r>
      <w:r>
        <w:t xml:space="preserve">vanishes unless</w:t>
      </w:r>
      <w:r>
        <w:t xml:space="preserve"> </w:t>
      </w:r>
      <m:oMath>
        <m:r>
          <m:t>k</m:t>
        </m:r>
        <m:r>
          <m:rPr>
            <m:sty m:val="p"/>
          </m:rPr>
          <m:t>∈</m:t>
        </m:r>
        <m:r>
          <m:t>L</m:t>
        </m:r>
        <m:d>
          <m:dPr>
            <m:begChr m:val="("/>
            <m:sepChr m:val=""/>
            <m:endChr m:val=")"/>
            <m:grow/>
          </m:dPr>
          <m:e>
            <m:r>
              <m:t>H</m:t>
            </m:r>
          </m:e>
        </m:d>
      </m:oMath>
      <w:r>
        <w:t xml:space="preserve">: translate the defining integral by any</w:t>
      </w:r>
      <w:r>
        <w:t xml:space="preserve"> </w:t>
      </w:r>
      <m:oMath>
        <m:r>
          <m:t>h</m:t>
        </m:r>
        <m:r>
          <m:rPr>
            <m:sty m:val="p"/>
          </m:rPr>
          <m:t>∈</m:t>
        </m:r>
        <m:r>
          <m:t>H</m:t>
        </m:r>
      </m:oMath>
      <w:r>
        <w:t xml:space="preserve">. Product Fejér convolutions approximate</w:t>
      </w:r>
      <w:r>
        <w:t xml:space="preserve"> </w:t>
      </w:r>
      <m:oMath>
        <m:r>
          <m:t>r</m:t>
        </m:r>
      </m:oMath>
      <w:r>
        <w:t xml:space="preserve"> </w:t>
      </w:r>
      <w:r>
        <w:t xml:space="preserve">uniformly, and contain only Fourier coefficients already present in</w:t>
      </w:r>
      <w:r>
        <w:t xml:space="preserve"> </w:t>
      </w:r>
      <m:oMath>
        <m:r>
          <m:t>r</m:t>
        </m:r>
      </m:oMath>
      <w:r>
        <w:t xml:space="preserve">. The uniform approximation follows from positivity, integral one, and concentration at the origin of the kernels</w:t>
      </w:r>
    </w:p>
    <w:p>
      <w:pPr>
        <w:pStyle w:val="BodyText"/>
        <w:keepLines/>
      </w:pPr>
      <m:oMathPara>
        <m:oMathParaPr>
          <m:jc m:val="center"/>
        </m:oMathParaPr>
        <m:oMath>
          <m:sSub>
            <m:e>
              <m:r>
                <m:t>F</m:t>
              </m:r>
            </m:e>
            <m:sub>
              <m:r>
                <m:t>m</m:t>
              </m:r>
            </m:sub>
          </m:sSub>
          <m:d>
            <m:dPr>
              <m:begChr m:val="("/>
              <m:sepChr m:val=""/>
              <m:endChr m:val=")"/>
              <m:grow/>
            </m:dPr>
            <m:e>
              <m:r>
                <m:t>u</m:t>
              </m:r>
            </m:e>
          </m:d>
          <m:r>
            <m:rPr>
              <m:sty m:val="p"/>
            </m:rPr>
            <m:t>=</m:t>
          </m:r>
          <m:f>
            <m:fPr>
              <m:type m:val="bar"/>
            </m:fPr>
            <m:num>
              <m:r>
                <m:t>1</m:t>
              </m:r>
            </m:num>
            <m:den>
              <m:r>
                <m:t>m</m:t>
              </m:r>
            </m:den>
          </m:f>
          <m:sSup>
            <m:e>
              <m:d>
                <m:dPr>
                  <m:begChr m:val="|"/>
                  <m:sepChr m:val=""/>
                  <m:endChr m:val="|"/>
                  <m:grow/>
                </m:dPr>
                <m:e>
                  <m:nary>
                    <m:naryPr>
                      <m:chr m:val="∑"/>
                      <m:limLoc m:val="undOvr"/>
                      <m:subHide m:val="off"/>
                      <m:supHide m:val="off"/>
                    </m:naryPr>
                    <m:sub>
                      <m:r>
                        <m:t>j</m:t>
                      </m:r>
                      <m:r>
                        <m:rPr>
                          <m:sty m:val="p"/>
                        </m:rPr>
                        <m:t>=</m:t>
                      </m:r>
                      <m:r>
                        <m:t>0</m:t>
                      </m:r>
                    </m:sub>
                    <m:sup>
                      <m:r>
                        <m:t>m</m:t>
                      </m:r>
                      <m:r>
                        <m:rPr>
                          <m:sty m:val="p"/>
                        </m:rPr>
                        <m:t>−</m:t>
                      </m:r>
                      <m:r>
                        <m:t>1</m:t>
                      </m:r>
                    </m:sup>
                    <m:e>
                      <m:sSup>
                        <m:e>
                          <m:r>
                            <m:t>e</m:t>
                          </m:r>
                        </m:e>
                        <m:sup>
                          <m:r>
                            <m:t>i</m:t>
                          </m:r>
                          <m:r>
                            <m:t>j</m:t>
                          </m:r>
                          <m:r>
                            <m:t>u</m:t>
                          </m:r>
                        </m:sup>
                      </m:sSup>
                    </m:e>
                  </m:nary>
                </m:e>
              </m:d>
            </m:e>
            <m:sup>
              <m:r>
                <m:t>2</m:t>
              </m:r>
            </m:sup>
          </m:sSup>
          <m:r>
            <m:rPr>
              <m:sty m:val="p"/>
            </m:rPr>
            <m:t>;</m:t>
          </m:r>
        </m:oMath>
      </m:oMathPara>
    </w:p>
    <w:p>
      <w:pPr>
        <w:pStyle w:val="FirstParagraph"/>
        <w:keepLines/>
      </w:pPr>
      <w:r>
        <w:t xml:space="preserve">outside any fixed neighborhood of zero,</w:t>
      </w:r>
      <w:r>
        <w:t xml:space="preserve"> </w:t>
      </w:r>
      <m:oMath>
        <m:sSub>
          <m:e>
            <m:r>
              <m:t>F</m:t>
            </m:r>
          </m:e>
          <m:sub>
            <m:r>
              <m:t>m</m:t>
            </m:r>
          </m:sub>
        </m:sSub>
        <m:d>
          <m:dPr>
            <m:begChr m:val="("/>
            <m:sepChr m:val=""/>
            <m:endChr m:val=")"/>
            <m:grow/>
          </m:dPr>
          <m:e>
            <m:r>
              <m:t>u</m:t>
            </m:r>
          </m:e>
        </m:d>
        <m:r>
          <m:rPr>
            <m:sty m:val="p"/>
          </m:rPr>
          <m:t>≤</m:t>
        </m:r>
        <m:r>
          <m:t>1</m:t>
        </m:r>
        <m:r>
          <m:rPr>
            <m:sty m:val="p"/>
          </m:rPr>
          <m:t>/</m:t>
        </m:r>
        <m:d>
          <m:dPr>
            <m:begChr m:val="["/>
            <m:sepChr m:val=""/>
            <m:endChr m:val="]"/>
            <m:grow/>
          </m:dPr>
          <m:e>
            <m:r>
              <m:t>m</m:t>
            </m:r>
            <m:sSup>
              <m:e>
                <m:r>
                  <m:rPr>
                    <m:sty m:val="p"/>
                  </m:rPr>
                  <m:t>sin</m:t>
                </m:r>
              </m:e>
              <m:sup>
                <m:r>
                  <m:t>2</m:t>
                </m:r>
              </m:sup>
            </m:sSup>
            <m:d>
              <m:dPr>
                <m:begChr m:val="("/>
                <m:sepChr m:val=""/>
                <m:endChr m:val=")"/>
                <m:grow/>
              </m:dPr>
              <m:e>
                <m:r>
                  <m:t>u</m:t>
                </m:r>
                <m:r>
                  <m:rPr>
                    <m:sty m:val="p"/>
                  </m:rPr>
                  <m:t>/</m:t>
                </m:r>
                <m:r>
                  <m:t>2</m:t>
                </m:r>
              </m:e>
            </m:d>
          </m:e>
        </m:d>
      </m:oMath>
      <w:r>
        <w:t xml:space="preserve">. If</w:t>
      </w:r>
      <w:r>
        <w:t xml:space="preserve"> </w:t>
      </w:r>
      <m:oMath>
        <m:r>
          <m:t>θ</m:t>
        </m:r>
      </m:oMath>
      <w:r>
        <w:t xml:space="preserve"> </w:t>
      </w:r>
      <w:r>
        <w:t xml:space="preserve">annihilates every character in</w:t>
      </w:r>
      <w:r>
        <w:t xml:space="preserve"> </w:t>
      </w:r>
      <m:oMath>
        <m:r>
          <m:t>L</m:t>
        </m:r>
        <m:d>
          <m:dPr>
            <m:begChr m:val="("/>
            <m:sepChr m:val=""/>
            <m:endChr m:val=")"/>
            <m:grow/>
          </m:dPr>
          <m:e>
            <m:r>
              <m:t>H</m:t>
            </m:r>
          </m:e>
        </m:d>
      </m:oMath>
      <w:r>
        <w:t xml:space="preserve">, each of these approximating polynomials takes the same value at</w:t>
      </w:r>
      <w:r>
        <w:t xml:space="preserve"> </w:t>
      </w:r>
      <m:oMath>
        <m:r>
          <m:t>θ</m:t>
        </m:r>
      </m:oMath>
      <w:r>
        <w:t xml:space="preserve"> </w:t>
      </w:r>
      <w:r>
        <w:t xml:space="preserve">and zero. Passing to the uniform limit yields</w:t>
      </w:r>
      <w:r>
        <w:t xml:space="preserve"> </w:t>
      </w:r>
      <m:oMath>
        <m:r>
          <m:t>r</m:t>
        </m:r>
        <m:d>
          <m:dPr>
            <m:begChr m:val="("/>
            <m:sepChr m:val=""/>
            <m:endChr m:val=")"/>
            <m:grow/>
          </m:dPr>
          <m:e>
            <m:r>
              <m:t>θ</m:t>
            </m:r>
          </m:e>
        </m:d>
        <m:r>
          <m:rPr>
            <m:sty m:val="p"/>
          </m:rPr>
          <m:t>=</m:t>
        </m:r>
        <m:r>
          <m:t>r</m:t>
        </m:r>
        <m:d>
          <m:dPr>
            <m:begChr m:val="("/>
            <m:sepChr m:val=""/>
            <m:endChr m:val=")"/>
            <m:grow/>
          </m:dPr>
          <m:e>
            <m:r>
              <m:t>0</m:t>
            </m:r>
          </m:e>
        </m:d>
        <m:r>
          <m:rPr>
            <m:sty m:val="p"/>
          </m:rPr>
          <m:t>=</m:t>
        </m:r>
        <m:r>
          <m:t>0</m:t>
        </m:r>
      </m:oMath>
      <w:r>
        <w:t xml:space="preserve">, proving (B.1).</w:t>
      </w:r>
    </w:p>
    <w:p>
      <w:pPr>
        <w:pStyle w:val="BodyText"/>
        <w:keepLines/>
      </w:pPr>
      <w:r>
        <w:t xml:space="preserve">Choose finite generators</w:t>
      </w:r>
      <w:r>
        <w:t xml:space="preserve"> </w:t>
      </w:r>
      <m:oMath>
        <m:sSub>
          <m:e>
            <m:r>
              <m:t>k</m:t>
            </m:r>
          </m:e>
          <m:sub>
            <m:r>
              <m:t>1</m:t>
            </m:r>
          </m:sub>
        </m:sSub>
        <m:r>
          <m:rPr>
            <m:sty m:val="p"/>
          </m:rPr>
          <m:t>,</m:t>
        </m:r>
        <m:r>
          <m:rPr>
            <m:sty m:val="p"/>
          </m:rPr>
          <m:t>…</m:t>
        </m:r>
        <m:r>
          <m:rPr>
            <m:sty m:val="p"/>
          </m:rPr>
          <m:t>,</m:t>
        </m:r>
        <m:sSub>
          <m:e>
            <m:r>
              <m:t>k</m:t>
            </m:r>
          </m:e>
          <m:sub>
            <m:r>
              <m:t>r</m:t>
            </m:r>
          </m:sub>
        </m:sSub>
      </m:oMath>
      <w:r>
        <w:t xml:space="preserve"> </w:t>
      </w:r>
      <w:r>
        <w:t xml:space="preserve">of</w:t>
      </w:r>
      <w:r>
        <w:t xml:space="preserve"> </w:t>
      </w:r>
      <m:oMath>
        <m:r>
          <m:t>L</m:t>
        </m:r>
        <m:d>
          <m:dPr>
            <m:begChr m:val="("/>
            <m:sepChr m:val=""/>
            <m:endChr m:val=")"/>
            <m:grow/>
          </m:dPr>
          <m:e>
            <m:r>
              <m:t>H</m:t>
            </m:r>
          </m:e>
        </m:d>
      </m:oMath>
      <w:r>
        <w:t xml:space="preserve">. For each fixed generator, Hausdorff convergence implies that all values of</w:t>
      </w:r>
      <w:r>
        <w:t xml:space="preserve"> </w:t>
      </w:r>
      <m:oMath>
        <m:sSup>
          <m:e>
            <m:r>
              <m:t>e</m:t>
            </m:r>
          </m:e>
          <m:sup>
            <m:r>
              <m:t>i</m:t>
            </m:r>
            <m:sSub>
              <m:e>
                <m:r>
                  <m:t>k</m:t>
                </m:r>
              </m:e>
              <m:sub>
                <m:r>
                  <m:t>i</m:t>
                </m:r>
              </m:sub>
            </m:sSub>
            <m:r>
              <m:rPr>
                <m:sty m:val="p"/>
              </m:rPr>
              <m:t>⋅</m:t>
            </m:r>
            <m:r>
              <m:t>θ</m:t>
            </m:r>
          </m:sup>
        </m:sSup>
      </m:oMath>
      <w:r>
        <w:t xml:space="preserve">, with</w:t>
      </w:r>
      <w:r>
        <w:t xml:space="preserve"> </w:t>
      </w:r>
      <m:oMath>
        <m:r>
          <m:t>θ</m:t>
        </m:r>
        <m:r>
          <m:rPr>
            <m:sty m:val="p"/>
          </m:rPr>
          <m:t>∈</m:t>
        </m:r>
        <m:sSub>
          <m:e>
            <m:r>
              <m:t>H</m:t>
            </m:r>
          </m:e>
          <m:sub>
            <m:r>
              <m:t>j</m:t>
            </m:r>
          </m:sub>
        </m:sSub>
      </m:oMath>
      <w:r>
        <w:t xml:space="preserve">, eventually lie in a proper small arc around one. But its image on</w:t>
      </w:r>
      <w:r>
        <w:t xml:space="preserve"> </w:t>
      </w:r>
      <m:oMath>
        <m:sSub>
          <m:e>
            <m:r>
              <m:t>H</m:t>
            </m:r>
          </m:e>
          <m:sub>
            <m:r>
              <m:t>j</m:t>
            </m:r>
          </m:sub>
        </m:sSub>
      </m:oMath>
      <w:r>
        <w:t xml:space="preserve"> </w:t>
      </w:r>
      <w:r>
        <w:t xml:space="preserve">is either the singleton</w:t>
      </w:r>
      <w:r>
        <w:t xml:space="preserve"> </w:t>
      </w:r>
      <m:oMath>
        <m:r>
          <m:rPr>
            <m:sty m:val="p"/>
          </m:rPr>
          <m:t>{</m:t>
        </m:r>
        <m:r>
          <m:t>1</m:t>
        </m:r>
        <m:r>
          <m:rPr>
            <m:sty m:val="p"/>
          </m:rPr>
          <m:t>}</m:t>
        </m:r>
      </m:oMath>
      <w:r>
        <w:t xml:space="preserve"> </w:t>
      </w:r>
      <w:r>
        <w:t xml:space="preserve">or the entire circle: it is parametrized by</w:t>
      </w:r>
      <w:r>
        <w:t xml:space="preserve"> </w:t>
      </w:r>
      <m:oMath>
        <m:sSup>
          <m:e>
            <m:r>
              <m:t>e</m:t>
            </m:r>
          </m:e>
          <m:sup>
            <m:r>
              <m:t>i</m:t>
            </m:r>
            <m:d>
              <m:dPr>
                <m:begChr m:val="("/>
                <m:sepChr m:val=""/>
                <m:endChr m:val=")"/>
                <m:grow/>
              </m:dPr>
              <m:e>
                <m:sSub>
                  <m:e>
                    <m:r>
                      <m:t>k</m:t>
                    </m:r>
                  </m:e>
                  <m:sub>
                    <m:r>
                      <m:t>i</m:t>
                    </m:r>
                  </m:sub>
                </m:sSub>
                <m:r>
                  <m:rPr>
                    <m:sty m:val="p"/>
                  </m:rPr>
                  <m:t>⋅</m:t>
                </m:r>
                <m:sSup>
                  <m:e>
                    <m:r>
                      <m:t>a</m:t>
                    </m:r>
                  </m:e>
                  <m:sup>
                    <m:d>
                      <m:dPr>
                        <m:begChr m:val="("/>
                        <m:sepChr m:val=""/>
                        <m:endChr m:val=")"/>
                        <m:grow/>
                      </m:dPr>
                      <m:e>
                        <m:r>
                          <m:t>j</m:t>
                        </m:r>
                      </m:e>
                    </m:d>
                  </m:sup>
                </m:sSup>
              </m:e>
            </m:d>
            <m:r>
              <m:t>x</m:t>
            </m:r>
          </m:sup>
        </m:sSup>
      </m:oMath>
      <w:r>
        <w:t xml:space="preserve">. The latter possibility is excluded. Therefore every generator annihilates</w:t>
      </w:r>
      <w:r>
        <w:t xml:space="preserve"> </w:t>
      </w:r>
      <m:oMath>
        <m:sSub>
          <m:e>
            <m:r>
              <m:t>H</m:t>
            </m:r>
          </m:e>
          <m:sub>
            <m:r>
              <m:t>j</m:t>
            </m:r>
          </m:sub>
        </m:sSub>
      </m:oMath>
      <w:r>
        <w:t xml:space="preserve"> </w:t>
      </w:r>
      <w:r>
        <w:t xml:space="preserve">for all sufficiently large</w:t>
      </w:r>
      <w:r>
        <w:t xml:space="preserve"> </w:t>
      </w:r>
      <m:oMath>
        <m:r>
          <m:t>j</m:t>
        </m:r>
      </m:oMath>
      <w:r>
        <w:t xml:space="preserve">, simultaneously. By (B.1),</w:t>
      </w:r>
      <w:r>
        <w:t xml:space="preserve"> </w:t>
      </w:r>
      <m:oMath>
        <m:sSub>
          <m:e>
            <m:r>
              <m:t>H</m:t>
            </m:r>
          </m:e>
          <m:sub>
            <m:r>
              <m:t>j</m:t>
            </m:r>
          </m:sub>
        </m:sSub>
        <m:r>
          <m:rPr>
            <m:sty m:val="p"/>
          </m:rPr>
          <m:t>⊂</m:t>
        </m:r>
        <m:r>
          <m:t>H</m:t>
        </m:r>
      </m:oMath>
      <w:r>
        <w:t xml:space="preserve"> </w:t>
      </w:r>
      <w:r>
        <w:t xml:space="preserve">eventually.</w:t>
      </w:r>
    </w:p>
    <w:p>
      <w:pPr>
        <w:pStyle w:val="BodyText"/>
        <w:keepLines/>
      </w:pPr>
      <w:r>
        <w:t xml:space="preserve">Finally set</w:t>
      </w:r>
      <w:r>
        <w:t xml:space="preserve"> </w:t>
      </w:r>
      <m:oMath>
        <m:r>
          <m:t>Φ</m:t>
        </m:r>
        <m:d>
          <m:dPr>
            <m:begChr m:val="("/>
            <m:sepChr m:val=""/>
            <m:endChr m:val=")"/>
            <m:grow/>
          </m:dPr>
          <m:e>
            <m:r>
              <m:t>θ</m:t>
            </m:r>
          </m:e>
        </m:d>
        <m:r>
          <m:rPr>
            <m:sty m:val="p"/>
          </m:rPr>
          <m:t>=</m:t>
        </m:r>
        <m:r>
          <m:rPr>
            <m:sty m:val="p"/>
          </m:rPr>
          <m:t>−</m:t>
        </m:r>
        <m:nary>
          <m:naryPr>
            <m:chr m:val="∑"/>
            <m:limLoc m:val="undOvr"/>
            <m:subHide m:val="off"/>
            <m:supHide m:val="off"/>
          </m:naryPr>
          <m:sub>
            <m:r>
              <m:t>i</m:t>
            </m:r>
            <m:r>
              <m:rPr>
                <m:sty m:val="p"/>
              </m:rPr>
              <m:t>=</m:t>
            </m:r>
            <m:r>
              <m:t>1</m:t>
            </m:r>
          </m:sub>
          <m:sup>
            <m:r>
              <m:t>N</m:t>
            </m:r>
          </m:sup>
          <m:e>
            <m:r>
              <m:rPr>
                <m:sty m:val="p"/>
              </m:rPr>
              <m:t>cos</m:t>
            </m:r>
          </m:e>
        </m:nary>
        <m:sSub>
          <m:e>
            <m:r>
              <m:t>θ</m:t>
            </m:r>
          </m:e>
          <m:sub>
            <m:r>
              <m:t>i</m:t>
            </m:r>
          </m:sub>
        </m:sSub>
      </m:oMath>
      <w:r>
        <w:t xml:space="preserve">. Uniform continuity and Hausdorff convergence give</w:t>
      </w:r>
    </w:p>
    <w:p>
      <w:pPr>
        <w:pStyle w:val="BodyText"/>
        <w:keepLines/>
      </w:pPr>
      <m:oMathPara>
        <m:oMathParaPr>
          <m:jc m:val="center"/>
        </m:oMathParaPr>
        <m:oMath>
          <m:limLow>
            <m:e>
              <m:r>
                <m:rPr>
                  <m:sty m:val="p"/>
                </m:rPr>
                <m:t>max</m:t>
              </m:r>
            </m:e>
            <m:lim>
              <m:r>
                <m:t>H</m:t>
              </m:r>
            </m:lim>
          </m:limLow>
          <m:r>
            <m:t>Φ</m:t>
          </m:r>
          <m:r>
            <m:rPr>
              <m:sty m:val="p"/>
            </m:rPr>
            <m:t>=</m:t>
          </m:r>
          <m:limLow>
            <m:e>
              <m:r>
                <m:rPr>
                  <m:sty m:val="p"/>
                </m:rPr>
                <m:t>lim</m:t>
              </m:r>
            </m:e>
            <m:lim>
              <m:r>
                <m:t>j</m:t>
              </m:r>
            </m:lim>
          </m:limLow>
          <m:limLow>
            <m:e>
              <m:r>
                <m:rPr>
                  <m:sty m:val="p"/>
                </m:rPr>
                <m:t>max</m:t>
              </m:r>
            </m:e>
            <m:lim>
              <m:sSub>
                <m:e>
                  <m:r>
                    <m:t>H</m:t>
                  </m:r>
                </m:e>
                <m:sub>
                  <m:r>
                    <m:t>j</m:t>
                  </m:r>
                </m:sub>
              </m:sSub>
            </m:lim>
          </m:limLow>
          <m:r>
            <m:t>Φ</m:t>
          </m:r>
          <m:r>
            <m:rPr>
              <m:sty m:val="p"/>
            </m:rPr>
            <m:t>=</m:t>
          </m:r>
          <m:sSub>
            <m:e>
              <m:r>
                <m:t>κ</m:t>
              </m:r>
            </m:e>
            <m:sub>
              <m:r>
                <m:t>N</m:t>
              </m:r>
            </m:sub>
          </m:sSub>
          <m:r>
            <m:rPr>
              <m:sty m:val="p"/>
            </m:rPr>
            <m:t>.</m:t>
          </m:r>
        </m:oMath>
      </m:oMathPara>
    </w:p>
    <w:p>
      <w:pPr>
        <w:pStyle w:val="FirstParagraph"/>
        <w:keepLines/>
      </w:pPr>
      <w:r>
        <w:t xml:space="preserve">For every sufficiently large</w:t>
      </w:r>
      <w:r>
        <w:t xml:space="preserve"> </w:t>
      </w:r>
      <m:oMath>
        <m:r>
          <m:t>j</m:t>
        </m:r>
      </m:oMath>
      <w:r>
        <w:t xml:space="preserve">, inclusion gives</w:t>
      </w:r>
      <w:r>
        <w:t xml:space="preserve"> </w:t>
      </w:r>
      <m:oMath>
        <m:r>
          <m:t>K</m:t>
        </m:r>
        <m:d>
          <m:dPr>
            <m:begChr m:val="("/>
            <m:sepChr m:val=""/>
            <m:endChr m:val=")"/>
            <m:grow/>
          </m:dPr>
          <m:e>
            <m:sSub>
              <m:e>
                <m:r>
                  <m:t>A</m:t>
                </m:r>
              </m:e>
              <m:sub>
                <m:r>
                  <m:t>j</m:t>
                </m:r>
              </m:sub>
            </m:sSub>
          </m:e>
        </m:d>
        <m:r>
          <m:rPr>
            <m:sty m:val="p"/>
          </m:rPr>
          <m:t>=</m:t>
        </m:r>
        <m:sSub>
          <m:e>
            <m:r>
              <m:rPr>
                <m:sty m:val="p"/>
              </m:rPr>
              <m:t>max</m:t>
            </m:r>
          </m:e>
          <m:sub>
            <m:sSub>
              <m:e>
                <m:r>
                  <m:t>H</m:t>
                </m:r>
              </m:e>
              <m:sub>
                <m:r>
                  <m:t>j</m:t>
                </m:r>
              </m:sub>
            </m:sSub>
          </m:sub>
        </m:sSub>
        <m:r>
          <m:t>Φ</m:t>
        </m:r>
        <m:r>
          <m:rPr>
            <m:sty m:val="p"/>
          </m:rPr>
          <m:t>≤</m:t>
        </m:r>
        <m:sSub>
          <m:e>
            <m:r>
              <m:t>κ</m:t>
            </m:r>
          </m:e>
          <m:sub>
            <m:r>
              <m:t>N</m:t>
            </m:r>
          </m:sub>
        </m:sSub>
      </m:oMath>
      <w:r>
        <w:t xml:space="preserve">. The definition of the infimum gives the reverse inequality. Hence these original admissible sets attain</w:t>
      </w:r>
      <w:r>
        <w:t xml:space="preserve"> </w:t>
      </w:r>
      <m:oMath>
        <m:sSub>
          <m:e>
            <m:r>
              <m:t>κ</m:t>
            </m:r>
          </m:e>
          <m:sub>
            <m:r>
              <m:t>N</m:t>
            </m:r>
          </m:sub>
        </m:sSub>
      </m:oMath>
      <w:r>
        <w:t xml:space="preserve">.</w:t>
      </w:r>
      <w:r>
        <w:t xml:space="preserve"> </w:t>
      </w:r>
      <m:oMath>
        <m:r>
          <m:rPr>
            <m:sty m:val="p"/>
          </m:rPr>
          <m:t>▫</m:t>
        </m:r>
      </m:oMath>
    </w:p>
    <w:p>
      <w:pPr>
        <w:pStyle w:val="BodyText"/>
      </w:pPr>
      <w:r>
        <w:t xml:space="preserve">The limit subgroup is an auxiliary compactness device; it need not itself be a one-dimensional orbit with distinct positive coordinate frequencies. The proof avoids that difficulty by recovering equality on original members of the sequence. It provides neither a search cutoff nor a stopping rule for a frequency enumeration.</w:t>
      </w:r>
    </w:p>
    <w:bookmarkEnd w:id="95"/>
    <w:bookmarkStart w:id="97" w:name="appendix-c-moments"/>
    <w:p>
      <w:pPr>
        <w:pStyle w:val="Heading2"/>
      </w:pPr>
      <w:r>
        <w:t xml:space="preserve">C. Exact moments and the polynomial hierarchy</w:t>
      </w:r>
    </w:p>
    <w:p>
      <w:pPr>
        <w:pStyle w:val="FirstParagraph"/>
        <w:keepLines/>
      </w:pPr>
      <w:r>
        <w:t xml:space="preserve">Write</w:t>
      </w:r>
      <w:r>
        <w:t xml:space="preserve"> </w:t>
      </w:r>
      <m:oMath>
        <m:sSub>
          <m:e>
            <m:r>
              <m:t>M</m:t>
            </m:r>
          </m:e>
          <m:sub>
            <m:r>
              <m:t>r</m:t>
            </m:r>
          </m:sub>
        </m:sSub>
        <m:d>
          <m:dPr>
            <m:begChr m:val="("/>
            <m:sepChr m:val=""/>
            <m:endChr m:val=")"/>
            <m:grow/>
          </m:dPr>
          <m:e>
            <m:r>
              <m:t>A</m:t>
            </m:r>
          </m:e>
        </m:d>
        <m:r>
          <m:rPr>
            <m:sty m:val="p"/>
          </m:rPr>
          <m:t>=</m:t>
        </m:r>
        <m:r>
          <m:rPr>
            <m:sty m:val="p"/>
            <m:scr m:val="double-struck"/>
          </m:rPr>
          <m:t>E</m:t>
        </m:r>
        <m:sSubSup>
          <m:e>
            <m:r>
              <m:t>f</m:t>
            </m:r>
          </m:e>
          <m:sub>
            <m:r>
              <m:t>A</m:t>
            </m:r>
          </m:sub>
          <m:sup>
            <m:r>
              <m:t>r</m:t>
            </m:r>
          </m:sup>
        </m:sSubSup>
      </m:oMath>
      <w:r>
        <w:t xml:space="preserve">, including</w:t>
      </w:r>
      <w:r>
        <w:t xml:space="preserve"> </w:t>
      </w:r>
      <m:oMath>
        <m:sSub>
          <m:e>
            <m:r>
              <m:t>M</m:t>
            </m:r>
          </m:e>
          <m:sub>
            <m:r>
              <m:t>0</m:t>
            </m:r>
          </m:sub>
        </m:sSub>
        <m:r>
          <m:rPr>
            <m:sty m:val="p"/>
          </m:rPr>
          <m:t>=</m:t>
        </m:r>
        <m:r>
          <m:t>1</m:t>
        </m:r>
      </m:oMath>
      <w:r>
        <w:t xml:space="preserve">. With</w:t>
      </w:r>
      <w:r>
        <w:t xml:space="preserve"> </w:t>
      </w:r>
      <m:oMath>
        <m:r>
          <m:t>S</m:t>
        </m:r>
        <m:r>
          <m:rPr>
            <m:sty m:val="p"/>
          </m:rPr>
          <m:t>=</m:t>
        </m:r>
        <m:r>
          <m:t>A</m:t>
        </m:r>
        <m:r>
          <m:rPr>
            <m:sty m:val="p"/>
          </m:rPr>
          <m:t>∪</m:t>
        </m:r>
        <m:d>
          <m:dPr>
            <m:begChr m:val="("/>
            <m:sepChr m:val=""/>
            <m:endChr m:val=")"/>
            <m:grow/>
          </m:dPr>
          <m:e>
            <m:r>
              <m:rPr>
                <m:sty m:val="p"/>
              </m:rPr>
              <m:t>−</m:t>
            </m:r>
            <m:r>
              <m:t>A</m:t>
            </m:r>
          </m:e>
        </m:d>
      </m:oMath>
      <w:r>
        <w:t xml:space="preserve">, expansion and Fourier orthogonality give</w:t>
      </w:r>
    </w:p>
    <w:p>
      <w:pPr>
        <w:pStyle w:val="BodyText"/>
        <w:keepNext/>
        <w:keepLines/>
      </w:pPr>
      <m:oMathPara>
        <m:oMathParaPr>
          <m:jc m:val="center"/>
        </m:oMathParaPr>
        <m:oMath>
          <m:sSub>
            <m:e>
              <m:r>
                <m:t>M</m:t>
              </m:r>
            </m:e>
            <m:sub>
              <m:r>
                <m:t>r</m:t>
              </m:r>
            </m:sub>
          </m:sSub>
          <m:r>
            <m:rPr>
              <m:sty m:val="p"/>
            </m:rPr>
            <m:t>=</m:t>
          </m:r>
          <m:sSup>
            <m:e>
              <m:r>
                <m:t>2</m:t>
              </m:r>
            </m:e>
            <m:sup>
              <m:r>
                <m:rPr>
                  <m:sty m:val="p"/>
                </m:rPr>
                <m:t>−</m:t>
              </m:r>
              <m:r>
                <m:t>r</m:t>
              </m:r>
            </m:sup>
          </m:sSup>
          <m:r>
            <m:rPr>
              <m:sty m:val="p"/>
            </m:rPr>
            <m:t>#</m:t>
          </m:r>
          <m:r>
            <m:rPr>
              <m:sty m:val="p"/>
            </m:rPr>
            <m:t>{</m:t>
          </m:r>
          <m:d>
            <m:dPr>
              <m:begChr m:val="("/>
              <m:sepChr m:val=""/>
              <m:endChr m:val=")"/>
              <m:grow/>
            </m:dPr>
            <m:e>
              <m:sSub>
                <m:e>
                  <m:r>
                    <m:t>s</m:t>
                  </m:r>
                </m:e>
                <m:sub>
                  <m:r>
                    <m:t>1</m:t>
                  </m:r>
                </m:sub>
              </m:sSub>
              <m:r>
                <m:rPr>
                  <m:sty m:val="p"/>
                </m:rPr>
                <m:t>,</m:t>
              </m:r>
              <m:r>
                <m:rPr>
                  <m:sty m:val="p"/>
                </m:rPr>
                <m:t>…</m:t>
              </m:r>
              <m:r>
                <m:rPr>
                  <m:sty m:val="p"/>
                </m:rPr>
                <m:t>,</m:t>
              </m:r>
              <m:sSub>
                <m:e>
                  <m:r>
                    <m:t>s</m:t>
                  </m:r>
                </m:e>
                <m:sub>
                  <m:r>
                    <m:t>r</m:t>
                  </m:r>
                </m:sub>
              </m:sSub>
            </m:e>
          </m:d>
          <m:r>
            <m:rPr>
              <m:sty m:val="p"/>
            </m:rPr>
            <m:t>∈</m:t>
          </m:r>
          <m:sSup>
            <m:e>
              <m:r>
                <m:t>S</m:t>
              </m:r>
            </m:e>
            <m:sup>
              <m:r>
                <m:t>r</m:t>
              </m:r>
            </m:sup>
          </m:sSup>
          <m:r>
            <m:rPr>
              <m:sty m:val="p"/>
            </m:rPr>
            <m:t>:</m:t>
          </m:r>
          <m:sSub>
            <m:e>
              <m:r>
                <m:t>s</m:t>
              </m:r>
            </m:e>
            <m:sub>
              <m:r>
                <m:t>1</m:t>
              </m:r>
            </m:sub>
          </m:sSub>
          <m:r>
            <m:rPr>
              <m:sty m:val="p"/>
            </m:rPr>
            <m:t>+</m:t>
          </m:r>
          <m:r>
            <m:rPr>
              <m:sty m:val="p"/>
            </m:rPr>
            <m:t>⋯</m:t>
          </m:r>
          <m:r>
            <m:rPr>
              <m:sty m:val="p"/>
            </m:rPr>
            <m:t>+</m:t>
          </m:r>
          <m:sSub>
            <m:e>
              <m:r>
                <m:t>s</m:t>
              </m:r>
            </m:e>
            <m:sub>
              <m:r>
                <m:t>r</m:t>
              </m:r>
            </m:sub>
          </m:sSub>
          <m:r>
            <m:rPr>
              <m:sty m:val="p"/>
            </m:rPr>
            <m:t>=</m:t>
          </m:r>
          <m:r>
            <m:t>0</m:t>
          </m:r>
          <m:r>
            <m:rPr>
              <m:sty m:val="p"/>
            </m:rPr>
            <m:t>}</m:t>
          </m:r>
          <m:r>
            <m:rPr>
              <m:sty m:val="p"/>
            </m:rPr>
            <m:t>,</m:t>
          </m:r>
          <m:r>
            <m:t>  </m:t>
          </m:r>
          <m:r>
            <m:t>r</m:t>
          </m:r>
          <m:r>
            <m:rPr>
              <m:sty m:val="p"/>
            </m:rPr>
            <m:t>≥</m:t>
          </m:r>
          <m:r>
            <m:t>1</m:t>
          </m:r>
          <m:r>
            <m:rPr>
              <m:sty m:val="p"/>
            </m:rPr>
            <m:t>.</m:t>
          </m:r>
        </m:oMath>
      </m:oMathPara>
    </w:p>
    <w:p>
      <w:pPr>
        <w:pStyle w:val="Caption"/>
        <w:spacing w:before="0" w:after="140"/>
      </w:pPr>
      <w:r>
        <w:t xml:space="preserve">Equation (C.1)</w:t>
      </w:r>
    </w:p>
    <w:p>
      <w:pPr>
        <w:pStyle w:val="BodyText"/>
      </w:pPr>
      <w:r>
        <w:t xml:space="preserve">The tuples are ordered and repetitions are allowed. Thus every moment is rational, and its numerator is an exact count of integer relations. Equality modulo a finite integer is not the condition in (C.1).</w:t>
      </w:r>
    </w:p>
    <w:p>
      <w:pPr>
        <w:pStyle w:val="BodyText"/>
        <w:keepLines/>
      </w:pPr>
      <w:r>
        <w:t xml:space="preserve">For</w:t>
      </w:r>
      <w:r>
        <w:t xml:space="preserve"> </w:t>
      </w:r>
      <m:oMath>
        <m:r>
          <m:t>d</m:t>
        </m:r>
        <m:r>
          <m:rPr>
            <m:sty m:val="p"/>
          </m:rPr>
          <m:t>∈</m:t>
        </m:r>
        <m:sSub>
          <m:e>
            <m:r>
              <m:rPr>
                <m:sty m:val="p"/>
                <m:scr m:val="double-struck"/>
              </m:rPr>
              <m:t>Z</m:t>
            </m:r>
          </m:e>
          <m:sub>
            <m:r>
              <m:rPr>
                <m:sty m:val="p"/>
              </m:rPr>
              <m:t>≥</m:t>
            </m:r>
            <m:r>
              <m:t>0</m:t>
            </m:r>
          </m:sub>
        </m:sSub>
      </m:oMath>
      <w:r>
        <w:t xml:space="preserve">, with</w:t>
      </w:r>
      <w:r>
        <w:t xml:space="preserve"> </w:t>
      </w:r>
      <m:oMath>
        <m:r>
          <m:t>p</m:t>
        </m:r>
      </m:oMath>
      <w:r>
        <w:t xml:space="preserve"> </w:t>
      </w:r>
      <w:r>
        <w:t xml:space="preserve">ranging over real polynomials, define</w:t>
      </w:r>
    </w:p>
    <w:p>
      <w:pPr>
        <w:pStyle w:val="BodyText"/>
        <w:keepNext/>
        <w:keepLines/>
      </w:pPr>
      <m:oMathPara>
        <m:oMathParaPr>
          <m:jc m:val="center"/>
        </m:oMathParaPr>
        <m:oMath>
          <m:sSub>
            <m:e>
              <m:r>
                <m:t>B</m:t>
              </m:r>
            </m:e>
            <m:sub>
              <m:r>
                <m:t>d</m:t>
              </m:r>
            </m:sub>
          </m:sSub>
          <m:d>
            <m:dPr>
              <m:begChr m:val="("/>
              <m:sepChr m:val=""/>
              <m:endChr m:val=")"/>
              <m:grow/>
            </m:dPr>
            <m:e>
              <m:r>
                <m:t>A</m:t>
              </m:r>
            </m:e>
          </m:d>
          <m:r>
            <m:rPr>
              <m:sty m:val="p"/>
            </m:rPr>
            <m:t>=</m:t>
          </m:r>
          <m:r>
            <m:rPr>
              <m:sty m:val="p"/>
            </m:rPr>
            <m:t>−</m:t>
          </m:r>
          <m:limLow>
            <m:e>
              <m:r>
                <m:rPr>
                  <m:sty m:val="p"/>
                </m:rPr>
                <m:t>min</m:t>
              </m:r>
            </m:e>
            <m:lim>
              <m:r>
                <m:t>p</m:t>
              </m:r>
              <m:r>
                <m:rPr>
                  <m:sty m:val="p"/>
                </m:rPr>
                <m:t>≠</m:t>
              </m:r>
              <m:r>
                <m:t>0</m:t>
              </m:r>
              <m:r>
                <m:rPr>
                  <m:sty m:val="p"/>
                </m:rPr>
                <m:t>,</m:t>
              </m:r>
              <m:r>
                <m:t> </m:t>
              </m:r>
              <m:r>
                <m:rPr>
                  <m:sty m:val="p"/>
                </m:rPr>
                <m:t>deg</m:t>
              </m:r>
              <m:r>
                <m:t>p</m:t>
              </m:r>
              <m:r>
                <m:rPr>
                  <m:sty m:val="p"/>
                </m:rPr>
                <m:t>≤</m:t>
              </m:r>
              <m:r>
                <m:t>d</m:t>
              </m:r>
            </m:lim>
          </m:limLow>
          <m:f>
            <m:fPr>
              <m:type m:val="bar"/>
            </m:fPr>
            <m:num>
              <m:r>
                <m:rPr>
                  <m:sty m:val="p"/>
                  <m:scr m:val="double-struck"/>
                </m:rPr>
                <m:t>E</m:t>
              </m:r>
              <m:d>
                <m:dPr>
                  <m:begChr m:val="["/>
                  <m:sepChr m:val=""/>
                  <m:endChr m:val="]"/>
                  <m:grow/>
                </m:dPr>
                <m:e>
                  <m:sSub>
                    <m:e>
                      <m:r>
                        <m:t>f</m:t>
                      </m:r>
                    </m:e>
                    <m:sub>
                      <m:r>
                        <m:t>A</m:t>
                      </m:r>
                    </m:sub>
                  </m:sSub>
                  <m:r>
                    <m:t>p</m:t>
                  </m:r>
                  <m:sSup>
                    <m:e>
                      <m:d>
                        <m:dPr>
                          <m:begChr m:val="("/>
                          <m:sepChr m:val=""/>
                          <m:endChr m:val=")"/>
                          <m:grow/>
                        </m:dPr>
                        <m:e>
                          <m:sSub>
                            <m:e>
                              <m:r>
                                <m:t>f</m:t>
                              </m:r>
                            </m:e>
                            <m:sub>
                              <m:r>
                                <m:t>A</m:t>
                              </m:r>
                            </m:sub>
                          </m:sSub>
                        </m:e>
                      </m:d>
                    </m:e>
                    <m:sup>
                      <m:r>
                        <m:t>2</m:t>
                      </m:r>
                    </m:sup>
                  </m:sSup>
                </m:e>
              </m:d>
            </m:num>
            <m:den>
              <m:r>
                <m:rPr>
                  <m:sty m:val="p"/>
                  <m:scr m:val="double-struck"/>
                </m:rPr>
                <m:t>E</m:t>
              </m:r>
              <m:d>
                <m:dPr>
                  <m:begChr m:val="["/>
                  <m:sepChr m:val=""/>
                  <m:endChr m:val="]"/>
                  <m:grow/>
                </m:dPr>
                <m:e>
                  <m:r>
                    <m:t>p</m:t>
                  </m:r>
                  <m:sSup>
                    <m:e>
                      <m:d>
                        <m:dPr>
                          <m:begChr m:val="("/>
                          <m:sepChr m:val=""/>
                          <m:endChr m:val=")"/>
                          <m:grow/>
                        </m:dPr>
                        <m:e>
                          <m:sSub>
                            <m:e>
                              <m:r>
                                <m:t>f</m:t>
                              </m:r>
                            </m:e>
                            <m:sub>
                              <m:r>
                                <m:t>A</m:t>
                              </m:r>
                            </m:sub>
                          </m:sSub>
                        </m:e>
                      </m:d>
                    </m:e>
                    <m:sup>
                      <m:r>
                        <m:t>2</m:t>
                      </m:r>
                    </m:sup>
                  </m:sSup>
                </m:e>
              </m:d>
            </m:den>
          </m:f>
          <m:r>
            <m:rPr>
              <m:sty m:val="p"/>
            </m:rPr>
            <m:t>.</m:t>
          </m:r>
        </m:oMath>
      </m:oMathPara>
    </w:p>
    <w:p>
      <w:pPr>
        <w:pStyle w:val="Caption"/>
        <w:spacing w:before="0" w:after="140"/>
      </w:pPr>
      <w:r>
        <w:t xml:space="preserve">Equation (C.2)</w:t>
      </w:r>
    </w:p>
    <w:p>
      <w:pPr>
        <w:pStyle w:val="BodyText"/>
        <w:keepLines/>
      </w:pPr>
      <w:r>
        <w:t xml:space="preserve">Only a polynomial of the</w:t>
      </w:r>
      <w:r>
        <w:t xml:space="preserve"> </w:t>
      </w:r>
      <w:r>
        <w:rPr>
          <w:iCs/>
          <w:i/>
        </w:rPr>
        <w:t xml:space="preserve">value of the original sum</w:t>
      </w:r>
      <w:r>
        <w:t xml:space="preserve"> </w:t>
      </w:r>
      <w:r>
        <w:t xml:space="preserve">is introduced. This construction does not change any amplitude or phase in</w:t>
      </w:r>
      <w:r>
        <w:t xml:space="preserve"> </w:t>
      </w:r>
      <m:oMath>
        <m:sSub>
          <m:e>
            <m:r>
              <m:t>f</m:t>
            </m:r>
          </m:e>
          <m:sub>
            <m:r>
              <m:t>A</m:t>
            </m:r>
          </m:sub>
        </m:sSub>
      </m:oMath>
      <w:r>
        <w:t xml:space="preserve">.</w:t>
      </w:r>
    </w:p>
    <w:p>
      <w:pPr>
        <w:pStyle w:val="BodyText"/>
      </w:pPr>
      <w:r>
        <w:rPr>
          <w:bCs/>
          <w:b/>
        </w:rPr>
        <w:t xml:space="preserve">Proposition C.1 — A finite, attained optimization problem.</w:t>
      </w:r>
      <w:r>
        <w:t xml:space="preserve"> </w:t>
      </w:r>
      <w:r>
        <w:t xml:space="preserve">Let</w:t>
      </w:r>
    </w:p>
    <w:p>
      <w:pPr>
        <w:pStyle w:val="BodyText"/>
        <w:keepLines/>
      </w:pPr>
      <m:oMathPara>
        <m:oMathParaPr>
          <m:jc m:val="center"/>
        </m:oMathParaPr>
        <m:oMath>
          <m:sSub>
            <m:e>
              <m:r>
                <m:t>H</m:t>
              </m:r>
            </m:e>
            <m:sub>
              <m:r>
                <m:t>d</m:t>
              </m:r>
            </m:sub>
          </m:sSub>
          <m:r>
            <m:rPr>
              <m:sty m:val="p"/>
            </m:rPr>
            <m:t>=</m:t>
          </m:r>
          <m:sSubSup>
            <m:e>
              <m:d>
                <m:dPr>
                  <m:begChr m:val="("/>
                  <m:sepChr m:val=""/>
                  <m:endChr m:val=")"/>
                  <m:grow/>
                </m:dPr>
                <m:e>
                  <m:sSub>
                    <m:e>
                      <m:r>
                        <m:t>M</m:t>
                      </m:r>
                    </m:e>
                    <m:sub>
                      <m:r>
                        <m:t>i</m:t>
                      </m:r>
                      <m:r>
                        <m:rPr>
                          <m:sty m:val="p"/>
                        </m:rPr>
                        <m:t>+</m:t>
                      </m:r>
                      <m:r>
                        <m:t>j</m:t>
                      </m:r>
                    </m:sub>
                  </m:sSub>
                </m:e>
              </m:d>
            </m:e>
            <m:sub>
              <m:r>
                <m:t>i</m:t>
              </m:r>
              <m:r>
                <m:rPr>
                  <m:sty m:val="p"/>
                </m:rPr>
                <m:t>,</m:t>
              </m:r>
              <m:r>
                <m:t>j</m:t>
              </m:r>
              <m:r>
                <m:rPr>
                  <m:sty m:val="p"/>
                </m:rPr>
                <m:t>=</m:t>
              </m:r>
              <m:r>
                <m:t>0</m:t>
              </m:r>
            </m:sub>
            <m:sup>
              <m:r>
                <m:t>d</m:t>
              </m:r>
            </m:sup>
          </m:sSubSup>
          <m:r>
            <m:rPr>
              <m:sty m:val="p"/>
            </m:rPr>
            <m:t>,</m:t>
          </m:r>
          <m:r>
            <m:t>  </m:t>
          </m:r>
          <m:sSub>
            <m:e>
              <m:r>
                <m:t>F</m:t>
              </m:r>
            </m:e>
            <m:sub>
              <m:r>
                <m:t>d</m:t>
              </m:r>
            </m:sub>
          </m:sSub>
          <m:r>
            <m:rPr>
              <m:sty m:val="p"/>
            </m:rPr>
            <m:t>=</m:t>
          </m:r>
          <m:sSubSup>
            <m:e>
              <m:d>
                <m:dPr>
                  <m:begChr m:val="("/>
                  <m:sepChr m:val=""/>
                  <m:endChr m:val=")"/>
                  <m:grow/>
                </m:dPr>
                <m:e>
                  <m:sSub>
                    <m:e>
                      <m:r>
                        <m:t>M</m:t>
                      </m:r>
                    </m:e>
                    <m:sub>
                      <m:r>
                        <m:t>i</m:t>
                      </m:r>
                      <m:r>
                        <m:rPr>
                          <m:sty m:val="p"/>
                        </m:rPr>
                        <m:t>+</m:t>
                      </m:r>
                      <m:r>
                        <m:t>j</m:t>
                      </m:r>
                      <m:r>
                        <m:rPr>
                          <m:sty m:val="p"/>
                        </m:rPr>
                        <m:t>+</m:t>
                      </m:r>
                      <m:r>
                        <m:t>1</m:t>
                      </m:r>
                    </m:sub>
                  </m:sSub>
                </m:e>
              </m:d>
            </m:e>
            <m:sub>
              <m:r>
                <m:t>i</m:t>
              </m:r>
              <m:r>
                <m:rPr>
                  <m:sty m:val="p"/>
                </m:rPr>
                <m:t>,</m:t>
              </m:r>
              <m:r>
                <m:t>j</m:t>
              </m:r>
              <m:r>
                <m:rPr>
                  <m:sty m:val="p"/>
                </m:rPr>
                <m:t>=</m:t>
              </m:r>
              <m:r>
                <m:t>0</m:t>
              </m:r>
            </m:sub>
            <m:sup>
              <m:r>
                <m:t>d</m:t>
              </m:r>
            </m:sup>
          </m:sSubSup>
          <m:r>
            <m:rPr>
              <m:sty m:val="p"/>
            </m:rPr>
            <m:t>.</m:t>
          </m:r>
        </m:oMath>
      </m:oMathPara>
    </w:p>
    <w:p>
      <w:pPr>
        <w:pStyle w:val="FirstParagraph"/>
        <w:keepLines/>
      </w:pPr>
      <w:r>
        <w:t xml:space="preserve">The matrix</w:t>
      </w:r>
      <w:r>
        <w:t xml:space="preserve"> </w:t>
      </w:r>
      <m:oMath>
        <m:sSub>
          <m:e>
            <m:r>
              <m:t>H</m:t>
            </m:r>
          </m:e>
          <m:sub>
            <m:r>
              <m:t>d</m:t>
            </m:r>
          </m:sub>
        </m:sSub>
      </m:oMath>
      <w:r>
        <w:t xml:space="preserve"> </w:t>
      </w:r>
      <w:r>
        <w:t xml:space="preserve">is positive definite, and</w:t>
      </w:r>
      <w:r>
        <w:t xml:space="preserve"> </w:t>
      </w:r>
      <m:oMath>
        <m:sSub>
          <m:e>
            <m:r>
              <m:t>B</m:t>
            </m:r>
          </m:e>
          <m:sub>
            <m:r>
              <m:t>d</m:t>
            </m:r>
          </m:sub>
        </m:sSub>
      </m:oMath>
      <w:r>
        <w:t xml:space="preserve"> </w:t>
      </w:r>
      <w:r>
        <w:t xml:space="preserve">is the negative of the smallest generalized eigenvalue of</w:t>
      </w:r>
      <w:r>
        <w:t xml:space="preserve"> </w:t>
      </w:r>
      <m:oMath>
        <m:d>
          <m:dPr>
            <m:begChr m:val="("/>
            <m:sepChr m:val=""/>
            <m:endChr m:val=")"/>
            <m:grow/>
          </m:dPr>
          <m:e>
            <m:sSub>
              <m:e>
                <m:r>
                  <m:t>F</m:t>
                </m:r>
              </m:e>
              <m:sub>
                <m:r>
                  <m:t>d</m:t>
                </m:r>
              </m:sub>
            </m:sSub>
            <m:r>
              <m:rPr>
                <m:sty m:val="p"/>
              </m:rPr>
              <m:t>,</m:t>
            </m:r>
            <m:sSub>
              <m:e>
                <m:r>
                  <m:t>H</m:t>
                </m:r>
              </m:e>
              <m:sub>
                <m:r>
                  <m:t>d</m:t>
                </m:r>
              </m:sub>
            </m:sSub>
          </m:e>
        </m:d>
      </m:oMath>
      <w:r>
        <w:t xml:space="preserve">. In particular,</w:t>
      </w:r>
    </w:p>
    <w:p>
      <w:pPr>
        <w:pStyle w:val="BodyText"/>
        <w:keepNext/>
        <w:keepLines/>
      </w:pPr>
      <m:oMathPara>
        <m:oMathParaPr>
          <m:jc m:val="center"/>
        </m:oMathParaPr>
        <m:oMath>
          <m:r>
            <m:t>0</m:t>
          </m:r>
          <m:r>
            <m:rPr>
              <m:sty m:val="p"/>
            </m:rPr>
            <m:t>=</m:t>
          </m:r>
          <m:sSub>
            <m:e>
              <m:r>
                <m:t>B</m:t>
              </m:r>
            </m:e>
            <m:sub>
              <m:r>
                <m:t>0</m:t>
              </m:r>
            </m:sub>
          </m:sSub>
          <m:r>
            <m:rPr>
              <m:sty m:val="p"/>
            </m:rPr>
            <m:t>≤</m:t>
          </m:r>
          <m:sSub>
            <m:e>
              <m:r>
                <m:t>B</m:t>
              </m:r>
            </m:e>
            <m:sub>
              <m:r>
                <m:t>1</m:t>
              </m:r>
            </m:sub>
          </m:sSub>
          <m:r>
            <m:rPr>
              <m:sty m:val="p"/>
            </m:rPr>
            <m:t>≤</m:t>
          </m:r>
          <m:sSub>
            <m:e>
              <m:r>
                <m:t>B</m:t>
              </m:r>
            </m:e>
            <m:sub>
              <m:r>
                <m:t>2</m:t>
              </m:r>
            </m:sub>
          </m:sSub>
          <m:r>
            <m:rPr>
              <m:sty m:val="p"/>
            </m:rPr>
            <m:t>≤</m:t>
          </m:r>
          <m:r>
            <m:rPr>
              <m:sty m:val="p"/>
            </m:rPr>
            <m:t>⋯</m:t>
          </m:r>
          <m:r>
            <m:rPr>
              <m:sty m:val="p"/>
            </m:rPr>
            <m:t>≤</m:t>
          </m:r>
          <m:r>
            <m:t>K</m:t>
          </m:r>
          <m:d>
            <m:dPr>
              <m:begChr m:val="("/>
              <m:sepChr m:val=""/>
              <m:endChr m:val=")"/>
              <m:grow/>
            </m:dPr>
            <m:e>
              <m:r>
                <m:t>A</m:t>
              </m:r>
            </m:e>
          </m:d>
          <m:r>
            <m:rPr>
              <m:sty m:val="p"/>
            </m:rPr>
            <m:t>.</m:t>
          </m:r>
        </m:oMath>
      </m:oMathPara>
    </w:p>
    <w:p>
      <w:pPr>
        <w:pStyle w:val="Caption"/>
        <w:spacing w:before="0" w:after="140"/>
      </w:pPr>
      <w:r>
        <w:t xml:space="preserve">Equation (C.3)</w:t>
      </w:r>
    </w:p>
    <w:p>
      <w:pPr>
        <w:pStyle w:val="BodyText"/>
        <w:keepLines/>
      </w:pPr>
      <w:r>
        <w:rPr>
          <w:bCs/>
          <w:b/>
        </w:rPr>
        <w:t xml:space="preserve">Proof.</w:t>
      </w:r>
      <w:r>
        <w:t xml:space="preserve"> </w:t>
      </w:r>
      <w:r>
        <w:t xml:space="preserve">If</w:t>
      </w:r>
      <w:r>
        <w:t xml:space="preserve"> </w:t>
      </w:r>
      <m:oMath>
        <m:r>
          <m:t>u</m:t>
        </m:r>
      </m:oMath>
      <w:r>
        <w:t xml:space="preserve"> </w:t>
      </w:r>
      <w:r>
        <w:t xml:space="preserve">is the coefficient vector of</w:t>
      </w:r>
      <w:r>
        <w:t xml:space="preserve"> </w:t>
      </w:r>
      <m:oMath>
        <m:r>
          <m:t>p</m:t>
        </m:r>
      </m:oMath>
      <w:r>
        <w:t xml:space="preserve">, the denominator and numerator in (C.2) are</w:t>
      </w:r>
      <w:r>
        <w:t xml:space="preserve"> </w:t>
      </w:r>
      <m:oMath>
        <m:sSup>
          <m:e>
            <m:r>
              <m:t>u</m:t>
            </m:r>
          </m:e>
          <m:sup>
            <m:r>
              <m:t>T</m:t>
            </m:r>
          </m:sup>
        </m:sSup>
        <m:sSub>
          <m:e>
            <m:r>
              <m:t>H</m:t>
            </m:r>
          </m:e>
          <m:sub>
            <m:r>
              <m:t>d</m:t>
            </m:r>
          </m:sub>
        </m:sSub>
        <m:r>
          <m:t>u</m:t>
        </m:r>
      </m:oMath>
      <w:r>
        <w:t xml:space="preserve"> </w:t>
      </w:r>
      <w:r>
        <w:t xml:space="preserve">and</w:t>
      </w:r>
      <w:r>
        <w:t xml:space="preserve"> </w:t>
      </w:r>
      <m:oMath>
        <m:sSup>
          <m:e>
            <m:r>
              <m:t>u</m:t>
            </m:r>
          </m:e>
          <m:sup>
            <m:r>
              <m:t>T</m:t>
            </m:r>
          </m:sup>
        </m:sSup>
        <m:sSub>
          <m:e>
            <m:r>
              <m:t>F</m:t>
            </m:r>
          </m:e>
          <m:sub>
            <m:r>
              <m:t>d</m:t>
            </m:r>
          </m:sub>
        </m:sSub>
        <m:r>
          <m:t>u</m:t>
        </m:r>
      </m:oMath>
      <w:r>
        <w:t xml:space="preserve">. The continuous nonconstant function</w:t>
      </w:r>
      <w:r>
        <w:t xml:space="preserve"> </w:t>
      </w:r>
      <m:oMath>
        <m:sSub>
          <m:e>
            <m:r>
              <m:t>f</m:t>
            </m:r>
          </m:e>
          <m:sub>
            <m:r>
              <m:t>A</m:t>
            </m:r>
          </m:sub>
        </m:sSub>
      </m:oMath>
      <w:r>
        <w:t xml:space="preserve"> </w:t>
      </w:r>
      <w:r>
        <w:t xml:space="preserve">takes every value in the nondegenerate interval</w:t>
      </w:r>
      <w:r>
        <w:t xml:space="preserve"> </w:t>
      </w:r>
      <m:oMath>
        <m:d>
          <m:dPr>
            <m:begChr m:val="["/>
            <m:sepChr m:val=""/>
            <m:endChr m:val="]"/>
            <m:grow/>
          </m:dPr>
          <m:e>
            <m:r>
              <m:rPr>
                <m:sty m:val="p"/>
              </m:rPr>
              <m:t>−</m:t>
            </m:r>
            <m:r>
              <m:t>K</m:t>
            </m:r>
            <m:d>
              <m:dPr>
                <m:begChr m:val="("/>
                <m:sepChr m:val=""/>
                <m:endChr m:val=")"/>
                <m:grow/>
              </m:dPr>
              <m:e>
                <m:r>
                  <m:t>A</m:t>
                </m:r>
              </m:e>
            </m:d>
            <m:r>
              <m:rPr>
                <m:sty m:val="p"/>
              </m:rPr>
              <m:t>,</m:t>
            </m:r>
            <m:r>
              <m:t>N</m:t>
            </m:r>
          </m:e>
        </m:d>
      </m:oMath>
      <w:r>
        <w:t xml:space="preserve">. A nonzero polynomial cannot vanish on this interval. At some point</w:t>
      </w:r>
      <w:r>
        <w:t xml:space="preserve"> </w:t>
      </w:r>
      <m:oMath>
        <m:r>
          <m:t>p</m:t>
        </m:r>
        <m:d>
          <m:dPr>
            <m:begChr m:val="("/>
            <m:sepChr m:val=""/>
            <m:endChr m:val=")"/>
            <m:grow/>
          </m:dPr>
          <m:e>
            <m:sSub>
              <m:e>
                <m:r>
                  <m:t>f</m:t>
                </m:r>
              </m:e>
              <m:sub>
                <m:r>
                  <m:t>A</m:t>
                </m:r>
              </m:sub>
            </m:sSub>
          </m:e>
        </m:d>
        <m:r>
          <m:rPr>
            <m:sty m:val="p"/>
          </m:rPr>
          <m:t>≠</m:t>
        </m:r>
        <m:r>
          <m:t>0</m:t>
        </m:r>
      </m:oMath>
      <w:r>
        <w:t xml:space="preserve">, and by continuity its square is positive on a set of positive measure. Thus</w:t>
      </w:r>
      <w:r>
        <w:t xml:space="preserve"> </w:t>
      </w:r>
      <m:oMath>
        <m:sSup>
          <m:e>
            <m:r>
              <m:t>u</m:t>
            </m:r>
          </m:e>
          <m:sup>
            <m:r>
              <m:t>T</m:t>
            </m:r>
          </m:sup>
        </m:sSup>
        <m:sSub>
          <m:e>
            <m:r>
              <m:t>H</m:t>
            </m:r>
          </m:e>
          <m:sub>
            <m:r>
              <m:t>d</m:t>
            </m:r>
          </m:sub>
        </m:sSub>
        <m:r>
          <m:t>u</m:t>
        </m:r>
        <m:r>
          <m:rPr>
            <m:sty m:val="p"/>
          </m:rPr>
          <m:t>&gt;</m:t>
        </m:r>
        <m:r>
          <m:t>0</m:t>
        </m:r>
      </m:oMath>
      <w:r>
        <w:t xml:space="preserve"> </w:t>
      </w:r>
      <w:r>
        <w:t xml:space="preserve">for nonzero</w:t>
      </w:r>
      <w:r>
        <w:t xml:space="preserve"> </w:t>
      </w:r>
      <m:oMath>
        <m:r>
          <m:t>u</m:t>
        </m:r>
      </m:oMath>
      <w:r>
        <w:t xml:space="preserve">.</w:t>
      </w:r>
    </w:p>
    <w:p>
      <w:pPr>
        <w:pStyle w:val="BodyText"/>
        <w:keepLines/>
      </w:pPr>
      <w:r>
        <w:t xml:space="preserve">The normalization</w:t>
      </w:r>
      <w:r>
        <w:t xml:space="preserve"> </w:t>
      </w:r>
      <m:oMath>
        <m:sSup>
          <m:e>
            <m:r>
              <m:t>u</m:t>
            </m:r>
          </m:e>
          <m:sup>
            <m:r>
              <m:t>T</m:t>
            </m:r>
          </m:sup>
        </m:sSup>
        <m:sSub>
          <m:e>
            <m:r>
              <m:t>H</m:t>
            </m:r>
          </m:e>
          <m:sub>
            <m:r>
              <m:t>d</m:t>
            </m:r>
          </m:sub>
        </m:sSub>
        <m:r>
          <m:t>u</m:t>
        </m:r>
        <m:r>
          <m:rPr>
            <m:sty m:val="p"/>
          </m:rPr>
          <m:t>=</m:t>
        </m:r>
        <m:r>
          <m:t>1</m:t>
        </m:r>
      </m:oMath>
      <w:r>
        <w:t xml:space="preserve"> </w:t>
      </w:r>
      <w:r>
        <w:t xml:space="preserve">is a compact ellipsoid, so the minimum is attained. Standard diagonalization of</w:t>
      </w:r>
      <w:r>
        <w:t xml:space="preserve"> </w:t>
      </w:r>
      <m:oMath>
        <m:sSubSup>
          <m:e>
            <m:r>
              <m:t>H</m:t>
            </m:r>
          </m:e>
          <m:sub>
            <m:r>
              <m:t>d</m:t>
            </m:r>
          </m:sub>
          <m:sup>
            <m:r>
              <m:rPr>
                <m:sty m:val="p"/>
              </m:rPr>
              <m:t>−</m:t>
            </m:r>
            <m:r>
              <m:t>1</m:t>
            </m:r>
            <m:r>
              <m:rPr>
                <m:sty m:val="p"/>
              </m:rPr>
              <m:t>/</m:t>
            </m:r>
            <m:r>
              <m:t>2</m:t>
            </m:r>
          </m:sup>
        </m:sSubSup>
        <m:sSub>
          <m:e>
            <m:r>
              <m:t>F</m:t>
            </m:r>
          </m:e>
          <m:sub>
            <m:r>
              <m:t>d</m:t>
            </m:r>
          </m:sub>
        </m:sSub>
        <m:sSubSup>
          <m:e>
            <m:r>
              <m:t>H</m:t>
            </m:r>
          </m:e>
          <m:sub>
            <m:r>
              <m:t>d</m:t>
            </m:r>
          </m:sub>
          <m:sup>
            <m:r>
              <m:rPr>
                <m:sty m:val="p"/>
              </m:rPr>
              <m:t>−</m:t>
            </m:r>
            <m:r>
              <m:t>1</m:t>
            </m:r>
            <m:r>
              <m:rPr>
                <m:sty m:val="p"/>
              </m:rPr>
              <m:t>/</m:t>
            </m:r>
            <m:r>
              <m:t>2</m:t>
            </m:r>
          </m:sup>
        </m:sSubSup>
      </m:oMath>
      <w:r>
        <w:t xml:space="preserve"> </w:t>
      </w:r>
      <w:r>
        <w:t xml:space="preserve">gives the eigenvalue formulation. Constants give quotient zero, enlarging the degree enlarges the admissible class, and every quotient is at least</w:t>
      </w:r>
      <w:r>
        <w:t xml:space="preserve"> </w:t>
      </w:r>
      <m:oMath>
        <m:r>
          <m:rPr>
            <m:sty m:val="p"/>
          </m:rPr>
          <m:t>−</m:t>
        </m:r>
        <m:r>
          <m:t>K</m:t>
        </m:r>
        <m:d>
          <m:dPr>
            <m:begChr m:val="("/>
            <m:sepChr m:val=""/>
            <m:endChr m:val=")"/>
            <m:grow/>
          </m:dPr>
          <m:e>
            <m:r>
              <m:t>A</m:t>
            </m:r>
          </m:e>
        </m:d>
      </m:oMath>
      <w:r>
        <w:t xml:space="preserve">. These observations prove (C.3).</w:t>
      </w:r>
      <w:r>
        <w:t xml:space="preserve"> </w:t>
      </w:r>
      <m:oMath>
        <m:r>
          <m:rPr>
            <m:sty m:val="p"/>
          </m:rPr>
          <m:t>▫</m:t>
        </m:r>
      </m:oMath>
    </w:p>
    <w:p>
      <w:pPr>
        <w:pStyle w:val="BodyText"/>
        <w:keepLines/>
      </w:pPr>
      <w:r>
        <w:t xml:space="preserve">Let</w:t>
      </w:r>
      <w:r>
        <w:t xml:space="preserve"> </w:t>
      </w:r>
      <m:oMath>
        <m:sSub>
          <m:e>
            <m:r>
              <m:t>ν</m:t>
            </m:r>
          </m:e>
          <m:sub>
            <m:r>
              <m:t>A</m:t>
            </m:r>
          </m:sub>
        </m:sSub>
      </m:oMath>
      <w:r>
        <w:t xml:space="preserve"> </w:t>
      </w:r>
      <w:r>
        <w:t xml:space="preserve">be the pushforward of</w:t>
      </w:r>
      <w:r>
        <w:t xml:space="preserve"> </w:t>
      </w:r>
      <m:oMath>
        <m:r>
          <m:t>μ</m:t>
        </m:r>
      </m:oMath>
      <w:r>
        <w:t xml:space="preserve"> </w:t>
      </w:r>
      <w:r>
        <w:t xml:space="preserve">under</w:t>
      </w:r>
      <w:r>
        <w:t xml:space="preserve"> </w:t>
      </w:r>
      <m:oMath>
        <m:r>
          <m:t>x</m:t>
        </m:r>
        <m:r>
          <m:rPr>
            <m:sty m:val="p"/>
          </m:rPr>
          <m:t>↦</m:t>
        </m:r>
        <m:sSub>
          <m:e>
            <m:r>
              <m:t>f</m:t>
            </m:r>
          </m:e>
          <m:sub>
            <m:r>
              <m:t>A</m:t>
            </m:r>
          </m:sub>
        </m:sSub>
        <m:d>
          <m:dPr>
            <m:begChr m:val="("/>
            <m:sepChr m:val=""/>
            <m:endChr m:val=")"/>
            <m:grow/>
          </m:dPr>
          <m:e>
            <m:r>
              <m:t>x</m:t>
            </m:r>
          </m:e>
        </m:d>
      </m:oMath>
      <w:r>
        <w:t xml:space="preserve">. Equation (C.2) is the univariate measure-based hierarchy applied to</w:t>
      </w:r>
      <w:r>
        <w:t xml:space="preserve"> </w:t>
      </w:r>
      <m:oMath>
        <m:sSub>
          <m:e>
            <m:r>
              <m:t>ν</m:t>
            </m:r>
          </m:e>
          <m:sub>
            <m:r>
              <m:t>A</m:t>
            </m:r>
          </m:sub>
        </m:sSub>
      </m:oMath>
      <w:r>
        <w:t xml:space="preserve">. Allowing a sum of squares</w:t>
      </w:r>
      <w:r>
        <w:t xml:space="preserve"> </w:t>
      </w:r>
      <m:oMath>
        <m:nary>
          <m:naryPr>
            <m:chr m:val="∑"/>
            <m:limLoc m:val="undOvr"/>
            <m:subHide m:val="off"/>
            <m:supHide m:val="on"/>
          </m:naryPr>
          <m:sub>
            <m:r>
              <m:t>j</m:t>
            </m:r>
          </m:sub>
          <m:sup>
            <m:r>
              <m:t>​</m:t>
            </m:r>
          </m:sup>
          <m:e>
            <m:sSub>
              <m:e>
                <m:r>
                  <m:t>p</m:t>
                </m:r>
              </m:e>
              <m:sub>
                <m:r>
                  <m:t>j</m:t>
                </m:r>
              </m:sub>
            </m:sSub>
          </m:e>
        </m:nary>
        <m:sSup>
          <m:e>
            <m:d>
              <m:dPr>
                <m:begChr m:val="("/>
                <m:sepChr m:val=""/>
                <m:endChr m:val=")"/>
                <m:grow/>
              </m:dPr>
              <m:e>
                <m:r>
                  <m:t>t</m:t>
                </m:r>
              </m:e>
            </m:d>
          </m:e>
          <m:sup>
            <m:r>
              <m:t>2</m:t>
            </m:r>
          </m:sup>
        </m:sSup>
      </m:oMath>
      <w:r>
        <w:t xml:space="preserve"> </w:t>
      </w:r>
      <w:r>
        <w:t xml:space="preserve">instead of one square does not improve its optimum: its quotient is a weighted average of the individual quotients, with nonnegative weights</w:t>
      </w:r>
      <w:r>
        <w:t xml:space="preserve"> </w:t>
      </w:r>
      <m:oMath>
        <m:r>
          <m:rPr>
            <m:sty m:val="p"/>
            <m:scr m:val="double-struck"/>
          </m:rPr>
          <m:t>E</m:t>
        </m:r>
        <m:sSub>
          <m:e>
            <m:r>
              <m:t>p</m:t>
            </m:r>
          </m:e>
          <m:sub>
            <m:r>
              <m:t>j</m:t>
            </m:r>
          </m:sub>
        </m:sSub>
        <m:sSup>
          <m:e>
            <m:d>
              <m:dPr>
                <m:begChr m:val="("/>
                <m:sepChr m:val=""/>
                <m:endChr m:val=")"/>
                <m:grow/>
              </m:dPr>
              <m:e>
                <m:sSub>
                  <m:e>
                    <m:r>
                      <m:t>f</m:t>
                    </m:r>
                  </m:e>
                  <m:sub>
                    <m:r>
                      <m:t>A</m:t>
                    </m:r>
                  </m:sub>
                </m:sSub>
              </m:e>
            </m:d>
          </m:e>
          <m:sup>
            <m:r>
              <m:t>2</m:t>
            </m:r>
          </m:sup>
        </m:sSup>
      </m:oMath>
      <w:r>
        <w:t xml:space="preserve">. This makes the connection to</w:t>
      </w:r>
      <w:r>
        <w:t xml:space="preserve"> </w:t>
      </w:r>
      <w:hyperlink w:anchor="lasserre2021">
        <w:r>
          <w:rPr>
            <w:rStyle w:val="Hyperlink"/>
          </w:rPr>
          <w:t xml:space="preserve">[Lasserre2021]</w:t>
        </w:r>
      </w:hyperlink>
      <w:r>
        <w:t xml:space="preserve"> </w:t>
      </w:r>
      <w:r>
        <w:t xml:space="preserve">exact, rather than merely analogous.</w:t>
      </w:r>
    </w:p>
    <w:p>
      <w:pPr>
        <w:pStyle w:val="BodyText"/>
        <w:keepLines/>
      </w:pPr>
      <w:r>
        <w:rPr>
          <w:bCs/>
          <w:b/>
        </w:rPr>
        <w:t xml:space="preserve">Proposition C.2 — Pointwise convergence in the frequency set.</w:t>
      </w:r>
      <w:r>
        <w:t xml:space="preserve"> </w:t>
      </w:r>
      <w:r>
        <w:t xml:space="preserve">For each fixed admissible</w:t>
      </w:r>
      <w:r>
        <w:t xml:space="preserve"> </w:t>
      </w:r>
      <m:oMath>
        <m:r>
          <m:t>A</m:t>
        </m:r>
      </m:oMath>
      <w:r>
        <w:t xml:space="preserve">,</w:t>
      </w:r>
      <w:r>
        <w:t xml:space="preserve"> </w:t>
      </w:r>
      <m:oMath>
        <m:sSub>
          <m:e>
            <m:r>
              <m:t>B</m:t>
            </m:r>
          </m:e>
          <m:sub>
            <m:r>
              <m:t>d</m:t>
            </m:r>
          </m:sub>
        </m:sSub>
        <m:d>
          <m:dPr>
            <m:begChr m:val="("/>
            <m:sepChr m:val=""/>
            <m:endChr m:val=")"/>
            <m:grow/>
          </m:dPr>
          <m:e>
            <m:r>
              <m:t>A</m:t>
            </m:r>
          </m:e>
        </m:d>
        <m:r>
          <m:rPr>
            <m:sty m:val="p"/>
          </m:rPr>
          <m:t>→</m:t>
        </m:r>
        <m:r>
          <m:t>K</m:t>
        </m:r>
        <m:d>
          <m:dPr>
            <m:begChr m:val="("/>
            <m:sepChr m:val=""/>
            <m:endChr m:val=")"/>
            <m:grow/>
          </m:dPr>
          <m:e>
            <m:r>
              <m:t>A</m:t>
            </m:r>
          </m:e>
        </m:d>
      </m:oMath>
      <w:r>
        <w:t xml:space="preserve">.</w:t>
      </w:r>
    </w:p>
    <w:p>
      <w:pPr>
        <w:pStyle w:val="BodyText"/>
        <w:keepLines/>
      </w:pPr>
      <w:r>
        <w:rPr>
          <w:bCs/>
          <w:b/>
        </w:rPr>
        <w:t xml:space="preserve">Proof.</w:t>
      </w:r>
      <w:r>
        <w:t xml:space="preserve"> </w:t>
      </w:r>
      <w:r>
        <w:t xml:space="preserve">Set</w:t>
      </w:r>
      <w:r>
        <w:t xml:space="preserve"> </w:t>
      </w:r>
      <m:oMath>
        <m:r>
          <m:t>m</m:t>
        </m:r>
        <m:r>
          <m:rPr>
            <m:sty m:val="p"/>
          </m:rPr>
          <m:t>=</m:t>
        </m:r>
        <m:r>
          <m:rPr>
            <m:sty m:val="p"/>
          </m:rPr>
          <m:t>min</m:t>
        </m:r>
        <m:sSub>
          <m:e>
            <m:r>
              <m:t>f</m:t>
            </m:r>
          </m:e>
          <m:sub>
            <m:r>
              <m:t>A</m:t>
            </m:r>
          </m:sub>
        </m:sSub>
      </m:oMath>
      <w:r>
        <w:t xml:space="preserve">, and choose</w:t>
      </w:r>
      <w:r>
        <w:t xml:space="preserve"> </w:t>
      </w:r>
      <m:oMath>
        <m:sSub>
          <m:e>
            <m:r>
              <m:t>p</m:t>
            </m:r>
          </m:e>
          <m:sub>
            <m:r>
              <m:t>d</m:t>
            </m:r>
          </m:sub>
        </m:sSub>
        <m:d>
          <m:dPr>
            <m:begChr m:val="("/>
            <m:sepChr m:val=""/>
            <m:endChr m:val=")"/>
            <m:grow/>
          </m:dPr>
          <m:e>
            <m:r>
              <m:t>t</m:t>
            </m:r>
          </m:e>
        </m:d>
        <m:r>
          <m:rPr>
            <m:sty m:val="p"/>
          </m:rPr>
          <m:t>=</m:t>
        </m:r>
        <m:sSup>
          <m:e>
            <m:d>
              <m:dPr>
                <m:begChr m:val="("/>
                <m:sepChr m:val=""/>
                <m:endChr m:val=")"/>
                <m:grow/>
              </m:dPr>
              <m:e>
                <m:r>
                  <m:t>N</m:t>
                </m:r>
                <m:r>
                  <m:rPr>
                    <m:sty m:val="p"/>
                  </m:rPr>
                  <m:t>−</m:t>
                </m:r>
                <m:r>
                  <m:t>t</m:t>
                </m:r>
              </m:e>
            </m:d>
          </m:e>
          <m:sup>
            <m:r>
              <m:t>d</m:t>
            </m:r>
          </m:sup>
        </m:sSup>
      </m:oMath>
      <w:r>
        <w:t xml:space="preserve">. Fix</w:t>
      </w:r>
      <w:r>
        <w:t xml:space="preserve"> </w:t>
      </w:r>
      <m:oMath>
        <m:r>
          <m:t>0</m:t>
        </m:r>
        <m:r>
          <m:rPr>
            <m:sty m:val="p"/>
          </m:rPr>
          <m:t>&lt;</m:t>
        </m:r>
        <m:r>
          <m:t>η</m:t>
        </m:r>
        <m:r>
          <m:rPr>
            <m:sty m:val="p"/>
          </m:rPr>
          <m:t>&lt;</m:t>
        </m:r>
        <m:r>
          <m:t>N</m:t>
        </m:r>
        <m:r>
          <m:rPr>
            <m:sty m:val="p"/>
          </m:rPr>
          <m:t>−</m:t>
        </m:r>
        <m:r>
          <m:t>m</m:t>
        </m:r>
      </m:oMath>
      <w:r>
        <w:t xml:space="preserve">. The set</w:t>
      </w:r>
      <w:r>
        <w:t xml:space="preserve"> </w:t>
      </w:r>
      <m:oMath>
        <m:r>
          <m:t>E</m:t>
        </m:r>
        <m:r>
          <m:rPr>
            <m:sty m:val="p"/>
          </m:rPr>
          <m:t>=</m:t>
        </m:r>
        <m:r>
          <m:rPr>
            <m:sty m:val="p"/>
          </m:rPr>
          <m:t>{</m:t>
        </m:r>
        <m:sSub>
          <m:e>
            <m:r>
              <m:t>f</m:t>
            </m:r>
          </m:e>
          <m:sub>
            <m:r>
              <m:t>A</m:t>
            </m:r>
          </m:sub>
        </m:sSub>
        <m:r>
          <m:rPr>
            <m:sty m:val="p"/>
          </m:rPr>
          <m:t>≤</m:t>
        </m:r>
        <m:r>
          <m:t>m</m:t>
        </m:r>
        <m:r>
          <m:rPr>
            <m:sty m:val="p"/>
          </m:rPr>
          <m:t>+</m:t>
        </m:r>
        <m:r>
          <m:t>η</m:t>
        </m:r>
        <m:r>
          <m:rPr>
            <m:sty m:val="p"/>
          </m:rPr>
          <m:t>/</m:t>
        </m:r>
        <m:r>
          <m:t>2</m:t>
        </m:r>
        <m:r>
          <m:rPr>
            <m:sty m:val="p"/>
          </m:rPr>
          <m:t>}</m:t>
        </m:r>
      </m:oMath>
      <w:r>
        <w:t xml:space="preserve"> </w:t>
      </w:r>
      <w:r>
        <w:t xml:space="preserve">has positive measure. The unnormalized squared weight is at least</w:t>
      </w:r>
      <w:r>
        <w:t xml:space="preserve"> </w:t>
      </w:r>
      <m:oMath>
        <m:sSup>
          <m:e>
            <m:d>
              <m:dPr>
                <m:begChr m:val="("/>
                <m:sepChr m:val=""/>
                <m:endChr m:val=")"/>
                <m:grow/>
              </m:dPr>
              <m:e>
                <m:r>
                  <m:t>N</m:t>
                </m:r>
                <m:r>
                  <m:rPr>
                    <m:sty m:val="p"/>
                  </m:rPr>
                  <m:t>−</m:t>
                </m:r>
                <m:r>
                  <m:t>m</m:t>
                </m:r>
                <m:r>
                  <m:rPr>
                    <m:sty m:val="p"/>
                  </m:rPr>
                  <m:t>−</m:t>
                </m:r>
                <m:r>
                  <m:t>η</m:t>
                </m:r>
                <m:r>
                  <m:rPr>
                    <m:sty m:val="p"/>
                  </m:rPr>
                  <m:t>/</m:t>
                </m:r>
                <m:r>
                  <m:t>2</m:t>
                </m:r>
              </m:e>
            </m:d>
          </m:e>
          <m:sup>
            <m:r>
              <m:t>2</m:t>
            </m:r>
            <m:r>
              <m:t>d</m:t>
            </m:r>
          </m:sup>
        </m:sSup>
      </m:oMath>
      <w:r>
        <w:t xml:space="preserve"> </w:t>
      </w:r>
      <w:r>
        <w:t xml:space="preserve">on</w:t>
      </w:r>
      <w:r>
        <w:t xml:space="preserve"> </w:t>
      </w:r>
      <m:oMath>
        <m:r>
          <m:t>E</m:t>
        </m:r>
      </m:oMath>
      <w:r>
        <w:t xml:space="preserve">, and at most</w:t>
      </w:r>
      <w:r>
        <w:t xml:space="preserve"> </w:t>
      </w:r>
      <m:oMath>
        <m:sSup>
          <m:e>
            <m:d>
              <m:dPr>
                <m:begChr m:val="("/>
                <m:sepChr m:val=""/>
                <m:endChr m:val=")"/>
                <m:grow/>
              </m:dPr>
              <m:e>
                <m:r>
                  <m:t>N</m:t>
                </m:r>
                <m:r>
                  <m:rPr>
                    <m:sty m:val="p"/>
                  </m:rPr>
                  <m:t>−</m:t>
                </m:r>
                <m:r>
                  <m:t>m</m:t>
                </m:r>
                <m:r>
                  <m:rPr>
                    <m:sty m:val="p"/>
                  </m:rPr>
                  <m:t>−</m:t>
                </m:r>
                <m:r>
                  <m:t>η</m:t>
                </m:r>
              </m:e>
            </m:d>
          </m:e>
          <m:sup>
            <m:r>
              <m:t>2</m:t>
            </m:r>
            <m:r>
              <m:t>d</m:t>
            </m:r>
          </m:sup>
        </m:sSup>
      </m:oMath>
      <w:r>
        <w:t xml:space="preserve"> </w:t>
      </w:r>
      <w:r>
        <w:t xml:space="preserve">on</w:t>
      </w:r>
      <w:r>
        <w:t xml:space="preserve"> </w:t>
      </w:r>
      <m:oMath>
        <m:r>
          <m:rPr>
            <m:sty m:val="p"/>
          </m:rPr>
          <m:t>{</m:t>
        </m:r>
        <m:sSub>
          <m:e>
            <m:r>
              <m:t>f</m:t>
            </m:r>
          </m:e>
          <m:sub>
            <m:r>
              <m:t>A</m:t>
            </m:r>
          </m:sub>
        </m:sSub>
        <m:r>
          <m:rPr>
            <m:sty m:val="p"/>
          </m:rPr>
          <m:t>≥</m:t>
        </m:r>
        <m:r>
          <m:t>m</m:t>
        </m:r>
        <m:r>
          <m:rPr>
            <m:sty m:val="p"/>
          </m:rPr>
          <m:t>+</m:t>
        </m:r>
        <m:r>
          <m:t>η</m:t>
        </m:r>
        <m:r>
          <m:rPr>
            <m:sty m:val="p"/>
          </m:rPr>
          <m:t>}</m:t>
        </m:r>
      </m:oMath>
      <w:r>
        <w:t xml:space="preserve">. Consequently the normalized weight of the latter set tends to zero. Since</w:t>
      </w:r>
      <w:r>
        <w:t xml:space="preserve"> </w:t>
      </w:r>
      <m:oMath>
        <m:r>
          <m:t>0</m:t>
        </m:r>
        <m:r>
          <m:rPr>
            <m:sty m:val="p"/>
          </m:rPr>
          <m:t>≤</m:t>
        </m:r>
        <m:sSub>
          <m:e>
            <m:r>
              <m:t>f</m:t>
            </m:r>
          </m:e>
          <m:sub>
            <m:r>
              <m:t>A</m:t>
            </m:r>
          </m:sub>
        </m:sSub>
        <m:r>
          <m:rPr>
            <m:sty m:val="p"/>
          </m:rPr>
          <m:t>−</m:t>
        </m:r>
        <m:r>
          <m:t>m</m:t>
        </m:r>
        <m:r>
          <m:rPr>
            <m:sty m:val="p"/>
          </m:rPr>
          <m:t>≤</m:t>
        </m:r>
        <m:r>
          <m:t>2</m:t>
        </m:r>
        <m:r>
          <m:t>N</m:t>
        </m:r>
      </m:oMath>
      <w:r>
        <w:t xml:space="preserve">, the corresponding Rayleigh quotient has limit superior at most</w:t>
      </w:r>
      <w:r>
        <w:t xml:space="preserve"> </w:t>
      </w:r>
      <m:oMath>
        <m:r>
          <m:t>m</m:t>
        </m:r>
        <m:r>
          <m:rPr>
            <m:sty m:val="p"/>
          </m:rPr>
          <m:t>+</m:t>
        </m:r>
        <m:r>
          <m:t>η</m:t>
        </m:r>
      </m:oMath>
      <w:r>
        <w:t xml:space="preserve">. Let</w:t>
      </w:r>
      <w:r>
        <w:t xml:space="preserve"> </w:t>
      </w:r>
      <m:oMath>
        <m:r>
          <m:t>η</m:t>
        </m:r>
        <m:r>
          <m:rPr>
            <m:sty m:val="p"/>
          </m:rPr>
          <m:t>↓</m:t>
        </m:r>
        <m:r>
          <m:t>0</m:t>
        </m:r>
      </m:oMath>
      <w:r>
        <w:t xml:space="preserve">, then use</w:t>
      </w:r>
      <w:r>
        <w:t xml:space="preserve"> </w:t>
      </w:r>
      <m:oMath>
        <m:sSub>
          <m:e>
            <m:r>
              <m:t>B</m:t>
            </m:r>
          </m:e>
          <m:sub>
            <m:r>
              <m:t>d</m:t>
            </m:r>
          </m:sub>
        </m:sSub>
        <m:r>
          <m:rPr>
            <m:sty m:val="p"/>
          </m:rPr>
          <m:t>≤</m:t>
        </m:r>
        <m:r>
          <m:t>K</m:t>
        </m:r>
      </m:oMath>
      <w:r>
        <w:t xml:space="preserve">.</w:t>
      </w:r>
      <w:r>
        <w:t xml:space="preserve"> </w:t>
      </w:r>
      <m:oMath>
        <m:r>
          <m:rPr>
            <m:sty m:val="p"/>
          </m:rPr>
          <m:t>▫</m:t>
        </m:r>
      </m:oMath>
    </w:p>
    <w:p>
      <w:pPr>
        <w:pStyle w:val="BodyText"/>
        <w:keepLines/>
      </w:pPr>
      <w:r>
        <w:t xml:space="preserve">This limit does not assert a rate uniform in</w:t>
      </w:r>
      <w:r>
        <w:t xml:space="preserve"> </w:t>
      </w:r>
      <m:oMath>
        <m:r>
          <m:t>A</m:t>
        </m:r>
      </m:oMath>
      <w:r>
        <w:t xml:space="preserve">. Sections D and E provide a particular uniform rate. Neither statement supplies a lower bound of order</w:t>
      </w:r>
      <w:r>
        <w:t xml:space="preserve"> </w:t>
      </w:r>
      <m:oMath>
        <m:rad>
          <m:radPr>
            <m:degHide m:val="on"/>
          </m:radPr>
          <m:deg/>
          <m:e>
            <m:r>
              <m:t>N</m:t>
            </m:r>
          </m:e>
        </m:rad>
      </m:oMath>
      <w:r>
        <w:t xml:space="preserve"> </w:t>
      </w:r>
      <w:r>
        <w:t xml:space="preserve">for the limiting value.</w:t>
      </w:r>
    </w:p>
    <w:bookmarkStart w:id="96" w:name="X89419319b3afb097bbdf9d601a698a007e54104"/>
    <w:p>
      <w:pPr>
        <w:pStyle w:val="Heading3"/>
      </w:pPr>
      <w:r>
        <w:t xml:space="preserve">C.1. The first nontrivial level and a useful special class</w:t>
      </w:r>
    </w:p>
    <w:p>
      <w:pPr>
        <w:pStyle w:val="FirstParagraph"/>
        <w:keepLines/>
      </w:pPr>
      <w:r>
        <w:t xml:space="preserve">The two matrices at</w:t>
      </w:r>
      <w:r>
        <w:t xml:space="preserve"> </w:t>
      </w:r>
      <m:oMath>
        <m:r>
          <m:t>d</m:t>
        </m:r>
        <m:r>
          <m:rPr>
            <m:sty m:val="p"/>
          </m:rPr>
          <m:t>=</m:t>
        </m:r>
        <m:r>
          <m:t>1</m:t>
        </m:r>
      </m:oMath>
      <w:r>
        <w:t xml:space="preserve"> </w:t>
      </w:r>
      <w:r>
        <w:t xml:space="preserve">are</w:t>
      </w:r>
    </w:p>
    <w:p>
      <w:pPr>
        <w:pStyle w:val="BodyText"/>
        <w:keepLines/>
      </w:pPr>
      <m:oMathPara>
        <m:oMathParaPr>
          <m:jc m:val="center"/>
        </m:oMathParaPr>
        <m:oMath>
          <m:sSub>
            <m:e>
              <m:r>
                <m:t>H</m:t>
              </m:r>
            </m:e>
            <m:sub>
              <m:r>
                <m:t>1</m:t>
              </m:r>
            </m:sub>
          </m:sSub>
          <m:r>
            <m:rPr>
              <m:sty m:val="p"/>
            </m:rPr>
            <m:t>=</m:t>
          </m:r>
          <m:d>
            <m:dPr>
              <m:begChr m:val="("/>
              <m:sepChr m:val=""/>
              <m:endChr m:val=")"/>
              <m:grow/>
            </m:dPr>
            <m:e>
              <m:m>
                <m:mPr>
                  <m:baseJc m:val="center"/>
                  <m:plcHide m:val="on"/>
                  <m:mcs>
                    <m:mc>
                      <m:mcPr>
                        <m:mcJc m:val="center"/>
                        <m:count m:val="1"/>
                      </m:mcPr>
                    </m:mc>
                    <m:mc>
                      <m:mcPr>
                        <m:mcJc m:val="center"/>
                        <m:count m:val="1"/>
                      </m:mcPr>
                    </m:mc>
                  </m:mcs>
                </m:mPr>
                <m:mr>
                  <m:e>
                    <m:r>
                      <m:t>1</m:t>
                    </m:r>
                  </m:e>
                  <m:e>
                    <m:r>
                      <m:t>0</m:t>
                    </m:r>
                  </m:e>
                </m:mr>
                <m:mr>
                  <m:e>
                    <m:r>
                      <m:t>0</m:t>
                    </m:r>
                  </m:e>
                  <m:e>
                    <m:sSub>
                      <m:e>
                        <m:r>
                          <m:t>M</m:t>
                        </m:r>
                      </m:e>
                      <m:sub>
                        <m:r>
                          <m:t>2</m:t>
                        </m:r>
                      </m:sub>
                    </m:sSub>
                  </m:e>
                </m:mr>
              </m:m>
            </m:e>
          </m:d>
          <m:r>
            <m:rPr>
              <m:sty m:val="p"/>
            </m:rPr>
            <m:t>,</m:t>
          </m:r>
          <m:r>
            <m:t>  </m:t>
          </m:r>
          <m:sSub>
            <m:e>
              <m:r>
                <m:t>F</m:t>
              </m:r>
            </m:e>
            <m:sub>
              <m:r>
                <m:t>1</m:t>
              </m:r>
            </m:sub>
          </m:sSub>
          <m:r>
            <m:rPr>
              <m:sty m:val="p"/>
            </m:rPr>
            <m:t>=</m:t>
          </m:r>
          <m:d>
            <m:dPr>
              <m:begChr m:val="("/>
              <m:sepChr m:val=""/>
              <m:endChr m:val=")"/>
              <m:grow/>
            </m:dPr>
            <m:e>
              <m:m>
                <m:mPr>
                  <m:baseJc m:val="center"/>
                  <m:plcHide m:val="on"/>
                  <m:mcs>
                    <m:mc>
                      <m:mcPr>
                        <m:mcJc m:val="center"/>
                        <m:count m:val="1"/>
                      </m:mcPr>
                    </m:mc>
                    <m:mc>
                      <m:mcPr>
                        <m:mcJc m:val="center"/>
                        <m:count m:val="1"/>
                      </m:mcPr>
                    </m:mc>
                  </m:mcs>
                </m:mPr>
                <m:mr>
                  <m:e>
                    <m:r>
                      <m:t>0</m:t>
                    </m:r>
                  </m:e>
                  <m:e>
                    <m:sSub>
                      <m:e>
                        <m:r>
                          <m:t>M</m:t>
                        </m:r>
                      </m:e>
                      <m:sub>
                        <m:r>
                          <m:t>2</m:t>
                        </m:r>
                      </m:sub>
                    </m:sSub>
                  </m:e>
                </m:mr>
                <m:mr>
                  <m:e>
                    <m:sSub>
                      <m:e>
                        <m:r>
                          <m:t>M</m:t>
                        </m:r>
                      </m:e>
                      <m:sub>
                        <m:r>
                          <m:t>2</m:t>
                        </m:r>
                      </m:sub>
                    </m:sSub>
                  </m:e>
                  <m:e>
                    <m:sSub>
                      <m:e>
                        <m:r>
                          <m:t>M</m:t>
                        </m:r>
                      </m:e>
                      <m:sub>
                        <m:r>
                          <m:t>3</m:t>
                        </m:r>
                      </m:sub>
                    </m:sSub>
                  </m:e>
                </m:mr>
              </m:m>
            </m:e>
          </m:d>
          <m:r>
            <m:rPr>
              <m:sty m:val="p"/>
            </m:rPr>
            <m:t>.</m:t>
          </m:r>
        </m:oMath>
      </m:oMathPara>
    </w:p>
    <w:p>
      <w:pPr>
        <w:pStyle w:val="FirstParagraph"/>
        <w:keepLines/>
      </w:pPr>
      <w:r>
        <w:t xml:space="preserve">The least</w:t>
      </w:r>
      <w:r>
        <w:t xml:space="preserve"> </w:t>
      </w:r>
      <m:oMath>
        <m:r>
          <m:t>k</m:t>
        </m:r>
      </m:oMath>
      <w:r>
        <w:t xml:space="preserve"> </w:t>
      </w:r>
      <w:r>
        <w:t xml:space="preserve">for which</w:t>
      </w:r>
      <w:r>
        <w:t xml:space="preserve"> </w:t>
      </w:r>
      <m:oMath>
        <m:sSub>
          <m:e>
            <m:r>
              <m:t>F</m:t>
            </m:r>
          </m:e>
          <m:sub>
            <m:r>
              <m:t>1</m:t>
            </m:r>
          </m:sub>
        </m:sSub>
        <m:r>
          <m:rPr>
            <m:sty m:val="p"/>
          </m:rPr>
          <m:t>+</m:t>
        </m:r>
        <m:r>
          <m:t>k</m:t>
        </m:r>
        <m:sSub>
          <m:e>
            <m:r>
              <m:t>H</m:t>
            </m:r>
          </m:e>
          <m:sub>
            <m:r>
              <m:t>1</m:t>
            </m:r>
          </m:sub>
        </m:sSub>
      </m:oMath>
      <w:r>
        <w:t xml:space="preserve"> </w:t>
      </w:r>
      <w:r>
        <w:t xml:space="preserve">is positive semidefinite is the positive root of</w:t>
      </w:r>
      <w:r>
        <w:t xml:space="preserve"> </w:t>
      </w:r>
      <m:oMath>
        <m:sSub>
          <m:e>
            <m:r>
              <m:t>M</m:t>
            </m:r>
          </m:e>
          <m:sub>
            <m:r>
              <m:t>2</m:t>
            </m:r>
          </m:sub>
        </m:sSub>
        <m:sSup>
          <m:e>
            <m:r>
              <m:t>k</m:t>
            </m:r>
          </m:e>
          <m:sup>
            <m:r>
              <m:t>2</m:t>
            </m:r>
          </m:sup>
        </m:sSup>
        <m:r>
          <m:rPr>
            <m:sty m:val="p"/>
          </m:rPr>
          <m:t>+</m:t>
        </m:r>
        <m:sSub>
          <m:e>
            <m:r>
              <m:t>M</m:t>
            </m:r>
          </m:e>
          <m:sub>
            <m:r>
              <m:t>3</m:t>
            </m:r>
          </m:sub>
        </m:sSub>
        <m:r>
          <m:t>k</m:t>
        </m:r>
        <m:r>
          <m:rPr>
            <m:sty m:val="p"/>
          </m:rPr>
          <m:t>−</m:t>
        </m:r>
        <m:sSubSup>
          <m:e>
            <m:r>
              <m:t>M</m:t>
            </m:r>
          </m:e>
          <m:sub>
            <m:r>
              <m:t>2</m:t>
            </m:r>
          </m:sub>
          <m:sup>
            <m:r>
              <m:t>2</m:t>
            </m:r>
          </m:sup>
        </m:sSubSup>
        <m:r>
          <m:rPr>
            <m:sty m:val="p"/>
          </m:rPr>
          <m:t>=</m:t>
        </m:r>
        <m:r>
          <m:t>0</m:t>
        </m:r>
      </m:oMath>
      <w:r>
        <w:t xml:space="preserve">. Hence</w:t>
      </w:r>
    </w:p>
    <w:p>
      <w:pPr>
        <w:pStyle w:val="BodyText"/>
        <w:keepNext/>
        <w:keepLines/>
      </w:pPr>
      <m:oMathPara>
        <m:oMathParaPr>
          <m:jc m:val="center"/>
        </m:oMathParaPr>
        <m:oMath>
          <m:sSub>
            <m:e>
              <m:r>
                <m:t>B</m:t>
              </m:r>
            </m:e>
            <m:sub>
              <m:r>
                <m:t>1</m:t>
              </m:r>
            </m:sub>
          </m:sSub>
          <m:d>
            <m:dPr>
              <m:begChr m:val="("/>
              <m:sepChr m:val=""/>
              <m:endChr m:val=")"/>
              <m:grow/>
            </m:dPr>
            <m:e>
              <m:r>
                <m:t>A</m:t>
              </m:r>
            </m:e>
          </m:d>
          <m:r>
            <m:rPr>
              <m:sty m:val="p"/>
            </m:rPr>
            <m:t>=</m:t>
          </m:r>
          <m:f>
            <m:fPr>
              <m:type m:val="bar"/>
            </m:fPr>
            <m:num>
              <m:rad>
                <m:radPr>
                  <m:degHide m:val="on"/>
                </m:radPr>
                <m:deg/>
                <m:e>
                  <m:sSubSup>
                    <m:e>
                      <m:r>
                        <m:t>M</m:t>
                      </m:r>
                    </m:e>
                    <m:sub>
                      <m:r>
                        <m:t>3</m:t>
                      </m:r>
                    </m:sub>
                    <m:sup>
                      <m:r>
                        <m:t>2</m:t>
                      </m:r>
                    </m:sup>
                  </m:sSubSup>
                  <m:r>
                    <m:rPr>
                      <m:sty m:val="p"/>
                    </m:rPr>
                    <m:t>+</m:t>
                  </m:r>
                  <m:r>
                    <m:t>4</m:t>
                  </m:r>
                  <m:sSubSup>
                    <m:e>
                      <m:r>
                        <m:t>M</m:t>
                      </m:r>
                    </m:e>
                    <m:sub>
                      <m:r>
                        <m:t>2</m:t>
                      </m:r>
                    </m:sub>
                    <m:sup>
                      <m:r>
                        <m:t>3</m:t>
                      </m:r>
                    </m:sup>
                  </m:sSubSup>
                </m:e>
              </m:rad>
              <m:r>
                <m:rPr>
                  <m:sty m:val="p"/>
                </m:rPr>
                <m:t>−</m:t>
              </m:r>
              <m:sSub>
                <m:e>
                  <m:r>
                    <m:t>M</m:t>
                  </m:r>
                </m:e>
                <m:sub>
                  <m:r>
                    <m:t>3</m:t>
                  </m:r>
                </m:sub>
              </m:sSub>
            </m:num>
            <m:den>
              <m:r>
                <m:t>2</m:t>
              </m:r>
              <m:sSub>
                <m:e>
                  <m:r>
                    <m:t>M</m:t>
                  </m:r>
                </m:e>
                <m:sub>
                  <m:r>
                    <m:t>2</m:t>
                  </m:r>
                </m:sub>
              </m:sSub>
            </m:den>
          </m:f>
          <m:r>
            <m:rPr>
              <m:sty m:val="p"/>
            </m:rPr>
            <m:t>.</m:t>
          </m:r>
        </m:oMath>
      </m:oMathPara>
    </w:p>
    <w:p>
      <w:pPr>
        <w:pStyle w:val="Caption"/>
        <w:spacing w:before="0" w:after="140"/>
      </w:pPr>
      <w:r>
        <w:t xml:space="preserve">Equation (C.4)</w:t>
      </w:r>
    </w:p>
    <w:p>
      <w:pPr>
        <w:pStyle w:val="BodyText"/>
        <w:keepLines/>
      </w:pPr>
      <w:r>
        <w:t xml:space="preserve">If</w:t>
      </w:r>
      <w:r>
        <w:t xml:space="preserve"> </w:t>
      </w:r>
      <m:oMath>
        <m:r>
          <m:t>R</m:t>
        </m:r>
        <m:d>
          <m:dPr>
            <m:begChr m:val="("/>
            <m:sepChr m:val=""/>
            <m:endChr m:val=")"/>
            <m:grow/>
          </m:dPr>
          <m:e>
            <m:r>
              <m:t>A</m:t>
            </m:r>
          </m:e>
        </m:d>
        <m:r>
          <m:rPr>
            <m:sty m:val="p"/>
          </m:rPr>
          <m:t>=</m:t>
        </m:r>
        <m:r>
          <m:rPr>
            <m:sty m:val="p"/>
          </m:rPr>
          <m:t>#</m:t>
        </m:r>
        <m:r>
          <m:rPr>
            <m:sty m:val="p"/>
          </m:rPr>
          <m:t>{</m:t>
        </m:r>
        <m:d>
          <m:dPr>
            <m:begChr m:val="("/>
            <m:sepChr m:val=""/>
            <m:endChr m:val=")"/>
            <m:grow/>
          </m:dPr>
          <m:e>
            <m:r>
              <m:t>a</m:t>
            </m:r>
            <m:r>
              <m:rPr>
                <m:sty m:val="p"/>
              </m:rPr>
              <m:t>,</m:t>
            </m:r>
            <m:r>
              <m:t>b</m:t>
            </m:r>
          </m:e>
        </m:d>
        <m:r>
          <m:rPr>
            <m:sty m:val="p"/>
          </m:rPr>
          <m:t>∈</m:t>
        </m:r>
        <m:sSup>
          <m:e>
            <m:r>
              <m:t>A</m:t>
            </m:r>
          </m:e>
          <m:sup>
            <m:r>
              <m:t>2</m:t>
            </m:r>
          </m:sup>
        </m:sSup>
        <m:r>
          <m:rPr>
            <m:sty m:val="p"/>
          </m:rPr>
          <m:t>:</m:t>
        </m:r>
        <m:r>
          <m:t>a</m:t>
        </m:r>
        <m:r>
          <m:rPr>
            <m:sty m:val="p"/>
          </m:rPr>
          <m:t>+</m:t>
        </m:r>
        <m:r>
          <m:t>b</m:t>
        </m:r>
        <m:r>
          <m:rPr>
            <m:sty m:val="p"/>
          </m:rPr>
          <m:t>∈</m:t>
        </m:r>
        <m:r>
          <m:t>A</m:t>
        </m:r>
        <m:r>
          <m:rPr>
            <m:sty m:val="p"/>
          </m:rPr>
          <m:t>}</m:t>
        </m:r>
      </m:oMath>
      <w:r>
        <w:t xml:space="preserve">, then</w:t>
      </w:r>
      <w:r>
        <w:t xml:space="preserve"> </w:t>
      </w:r>
      <m:oMath>
        <m:sSub>
          <m:e>
            <m:r>
              <m:t>M</m:t>
            </m:r>
          </m:e>
          <m:sub>
            <m:r>
              <m:t>3</m:t>
            </m:r>
          </m:sub>
        </m:sSub>
        <m:r>
          <m:rPr>
            <m:sty m:val="p"/>
          </m:rPr>
          <m:t>=</m:t>
        </m:r>
        <m:r>
          <m:t>3</m:t>
        </m:r>
        <m:r>
          <m:t>R</m:t>
        </m:r>
        <m:d>
          <m:dPr>
            <m:begChr m:val="("/>
            <m:sepChr m:val=""/>
            <m:endChr m:val=")"/>
            <m:grow/>
          </m:dPr>
          <m:e>
            <m:r>
              <m:t>A</m:t>
            </m:r>
          </m:e>
        </m:d>
        <m:r>
          <m:rPr>
            <m:sty m:val="p"/>
          </m:rPr>
          <m:t>/</m:t>
        </m:r>
        <m:r>
          <m:t>4</m:t>
        </m:r>
      </m:oMath>
      <w:r>
        <w:t xml:space="preserve">: there are</w:t>
      </w:r>
      <w:r>
        <w:t xml:space="preserve"> </w:t>
      </w:r>
      <m:oMath>
        <m:r>
          <m:t>6</m:t>
        </m:r>
        <m:r>
          <m:t>R</m:t>
        </m:r>
        <m:d>
          <m:dPr>
            <m:begChr m:val="("/>
            <m:sepChr m:val=""/>
            <m:endChr m:val=")"/>
            <m:grow/>
          </m:dPr>
          <m:e>
            <m:r>
              <m:t>A</m:t>
            </m:r>
          </m:e>
        </m:d>
      </m:oMath>
      <w:r>
        <w:t xml:space="preserve"> </w:t>
      </w:r>
      <w:r>
        <w:t xml:space="preserve">ordered signed zero-sum triples in (C.1). Thus, whenever</w:t>
      </w:r>
      <w:r>
        <w:t xml:space="preserve"> </w:t>
      </w:r>
      <m:oMath>
        <m:r>
          <m:t>A</m:t>
        </m:r>
        <m:r>
          <m:rPr>
            <m:sty m:val="p"/>
          </m:rPr>
          <m:t>∩</m:t>
        </m:r>
        <m:d>
          <m:dPr>
            <m:begChr m:val="("/>
            <m:sepChr m:val=""/>
            <m:endChr m:val=")"/>
            <m:grow/>
          </m:dPr>
          <m:e>
            <m:r>
              <m:t>A</m:t>
            </m:r>
            <m:r>
              <m:rPr>
                <m:sty m:val="p"/>
              </m:rPr>
              <m:t>+</m:t>
            </m:r>
            <m:r>
              <m:t>A</m:t>
            </m:r>
          </m:e>
        </m:d>
        <m:r>
          <m:rPr>
            <m:sty m:val="p"/>
          </m:rPr>
          <m:t>=</m:t>
        </m:r>
        <m:r>
          <m:rPr>
            <m:sty m:val="p"/>
          </m:rPr>
          <m:t>⌀</m:t>
        </m:r>
      </m:oMath>
      <w:r>
        <w:t xml:space="preserve">,</w:t>
      </w:r>
    </w:p>
    <w:p>
      <w:pPr>
        <w:pStyle w:val="BodyText"/>
        <w:keepNext/>
        <w:keepLines/>
      </w:pPr>
      <m:oMathPara>
        <m:oMathParaPr>
          <m:jc m:val="center"/>
        </m:oMathParaPr>
        <m:oMath>
          <m:r>
            <m:t>K</m:t>
          </m:r>
          <m:d>
            <m:dPr>
              <m:begChr m:val="("/>
              <m:sepChr m:val=""/>
              <m:endChr m:val=")"/>
              <m:grow/>
            </m:dPr>
            <m:e>
              <m:r>
                <m:t>A</m:t>
              </m:r>
            </m:e>
          </m:d>
          <m:r>
            <m:rPr>
              <m:sty m:val="p"/>
            </m:rPr>
            <m:t>≥</m:t>
          </m:r>
          <m:sSub>
            <m:e>
              <m:r>
                <m:t>B</m:t>
              </m:r>
            </m:e>
            <m:sub>
              <m:r>
                <m:t>1</m:t>
              </m:r>
            </m:sub>
          </m:sSub>
          <m:d>
            <m:dPr>
              <m:begChr m:val="("/>
              <m:sepChr m:val=""/>
              <m:endChr m:val=")"/>
              <m:grow/>
            </m:dPr>
            <m:e>
              <m:r>
                <m:t>A</m:t>
              </m:r>
            </m:e>
          </m:d>
          <m:r>
            <m:rPr>
              <m:sty m:val="p"/>
            </m:rPr>
            <m:t>=</m:t>
          </m:r>
          <m:rad>
            <m:radPr>
              <m:degHide m:val="on"/>
            </m:radPr>
            <m:deg/>
            <m:e>
              <m:r>
                <m:t>N</m:t>
              </m:r>
              <m:r>
                <m:rPr>
                  <m:sty m:val="p"/>
                </m:rPr>
                <m:t>/</m:t>
              </m:r>
              <m:r>
                <m:t>2</m:t>
              </m:r>
            </m:e>
          </m:rad>
          <m:r>
            <m:rPr>
              <m:sty m:val="p"/>
            </m:rPr>
            <m:t>.</m:t>
          </m:r>
        </m:oMath>
      </m:oMathPara>
    </w:p>
    <w:p>
      <w:pPr>
        <w:pStyle w:val="Caption"/>
        <w:spacing w:before="0" w:after="140"/>
      </w:pPr>
      <w:r>
        <w:t xml:space="preserve">Equation (C.5)</w:t>
      </w:r>
    </w:p>
    <w:p>
      <w:pPr>
        <w:pStyle w:val="BodyText"/>
        <w:keepLines/>
      </w:pPr>
      <w:r>
        <w:t xml:space="preserve">This is a result for an explicitly restricted class. The condition forbids</w:t>
      </w:r>
      <w:r>
        <w:t xml:space="preserve"> </w:t>
      </w:r>
      <m:oMath>
        <m:r>
          <m:t>a</m:t>
        </m:r>
        <m:r>
          <m:rPr>
            <m:sty m:val="p"/>
          </m:rPr>
          <m:t>+</m:t>
        </m:r>
        <m:r>
          <m:t>a</m:t>
        </m:r>
        <m:r>
          <m:rPr>
            <m:sty m:val="p"/>
          </m:rPr>
          <m:t>=</m:t>
        </m:r>
        <m:r>
          <m:t>b</m:t>
        </m:r>
      </m:oMath>
      <w:r>
        <w:t xml:space="preserve"> </w:t>
      </w:r>
      <w:r>
        <w:t xml:space="preserve">as well as relations involving three different frequencies.</w:t>
      </w:r>
    </w:p>
    <w:bookmarkEnd w:id="96"/>
    <w:bookmarkEnd w:id="97"/>
    <w:bookmarkStart w:id="98" w:name="appendix-d-phase-mass"/>
    <w:p>
      <w:pPr>
        <w:pStyle w:val="Heading2"/>
      </w:pPr>
      <w:r>
        <w:t xml:space="preserve">D. A phase-mass lemma independent of the highest frequency</w:t>
      </w:r>
    </w:p>
    <w:p>
      <w:pPr>
        <w:pStyle w:val="FirstParagraph"/>
        <w:keepLines/>
      </w:pPr>
      <w:r>
        <w:t xml:space="preserve">A bound obtained from</w:t>
      </w:r>
      <w:r>
        <w:t xml:space="preserve"> </w:t>
      </w:r>
      <m:oMath>
        <m:r>
          <m:rPr>
            <m:sty m:val="p"/>
          </m:rPr>
          <m:t>∥</m:t>
        </m:r>
        <m:sSub>
          <m:e>
            <m:r>
              <m:t>f</m:t>
            </m:r>
          </m:e>
          <m:sub>
            <m:r>
              <m:t>A</m:t>
            </m:r>
          </m:sub>
        </m:sSub>
        <m:r>
          <m:rPr>
            <m:sty m:val="p"/>
          </m:rPr>
          <m:t>′</m:t>
        </m:r>
        <m:sSub>
          <m:e>
            <m:r>
              <m:rPr>
                <m:sty m:val="p"/>
              </m:rPr>
              <m:t>∥</m:t>
            </m:r>
          </m:e>
          <m:sub>
            <m:r>
              <m:rPr>
                <m:sty m:val="p"/>
              </m:rPr>
              <m:t>∞</m:t>
            </m:r>
          </m:sub>
        </m:sSub>
        <m:r>
          <m:rPr>
            <m:sty m:val="p"/>
          </m:rPr>
          <m:t>≤</m:t>
        </m:r>
        <m:r>
          <m:rPr>
            <m:sty m:val="p"/>
          </m:rPr>
          <m:t>∑</m:t>
        </m:r>
        <m:r>
          <m:t>a</m:t>
        </m:r>
      </m:oMath>
      <w:r>
        <w:t xml:space="preserve"> </w:t>
      </w:r>
      <w:r>
        <w:t xml:space="preserve">deteriorates when the frequencies are large. The following different argument depends on the number of harmonics and not their magnitudes. It retains their common phase parameter throughout.</w:t>
      </w:r>
    </w:p>
    <w:p>
      <w:pPr>
        <w:pStyle w:val="BodyText"/>
        <w:keepLines/>
      </w:pPr>
      <w:r>
        <w:rPr>
          <w:bCs/>
          <w:b/>
        </w:rPr>
        <w:t xml:space="preserve">Lemma D.1 — Uniform mass near a minimum.</w:t>
      </w:r>
      <w:r>
        <w:t xml:space="preserve"> </w:t>
      </w:r>
      <w:r>
        <w:t xml:space="preserve">Let</w:t>
      </w:r>
      <w:r>
        <w:t xml:space="preserve"> </w:t>
      </w:r>
      <m:oMath>
        <m:r>
          <m:t>m</m:t>
        </m:r>
        <m:r>
          <m:rPr>
            <m:sty m:val="p"/>
          </m:rPr>
          <m:t>=</m:t>
        </m:r>
        <m:r>
          <m:rPr>
            <m:sty m:val="p"/>
          </m:rPr>
          <m:t>min</m:t>
        </m:r>
        <m:sSub>
          <m:e>
            <m:r>
              <m:t>f</m:t>
            </m:r>
          </m:e>
          <m:sub>
            <m:r>
              <m:t>A</m:t>
            </m:r>
          </m:sub>
        </m:sSub>
      </m:oMath>
      <w:r>
        <w:t xml:space="preserve">, let</w:t>
      </w:r>
      <w:r>
        <w:t xml:space="preserve"> </w:t>
      </w:r>
      <m:oMath>
        <m:r>
          <m:t>δ</m:t>
        </m:r>
        <m:r>
          <m:rPr>
            <m:sty m:val="p"/>
          </m:rPr>
          <m:t>&gt;</m:t>
        </m:r>
        <m:r>
          <m:t>0</m:t>
        </m:r>
      </m:oMath>
      <w:r>
        <w:t xml:space="preserve">, and choose an integer</w:t>
      </w:r>
      <w:r>
        <w:t xml:space="preserve"> </w:t>
      </w:r>
      <m:oMath>
        <m:r>
          <m:t>M</m:t>
        </m:r>
        <m:r>
          <m:rPr>
            <m:sty m:val="p"/>
          </m:rPr>
          <m:t>≥</m:t>
        </m:r>
        <m:r>
          <m:t>2</m:t>
        </m:r>
        <m:r>
          <m:t>π</m:t>
        </m:r>
        <m:r>
          <m:t>N</m:t>
        </m:r>
        <m:r>
          <m:rPr>
            <m:sty m:val="p"/>
          </m:rPr>
          <m:t>/</m:t>
        </m:r>
        <m:r>
          <m:t>δ</m:t>
        </m:r>
      </m:oMath>
      <w:r>
        <w:t xml:space="preserve">. Then</w:t>
      </w:r>
    </w:p>
    <w:p>
      <w:pPr>
        <w:pStyle w:val="BodyText"/>
        <w:keepNext/>
        <w:keepLines/>
      </w:pPr>
      <m:oMathPara>
        <m:oMathParaPr>
          <m:jc m:val="center"/>
        </m:oMathParaPr>
        <m:oMath>
          <m:r>
            <m:t>μ</m:t>
          </m:r>
          <m:r>
            <m:rPr>
              <m:sty m:val="p"/>
            </m:rPr>
            <m:t>{</m:t>
          </m:r>
          <m:r>
            <m:t>x</m:t>
          </m:r>
          <m:r>
            <m:rPr>
              <m:sty m:val="p"/>
            </m:rPr>
            <m:t>:</m:t>
          </m:r>
          <m:sSub>
            <m:e>
              <m:r>
                <m:t>f</m:t>
              </m:r>
            </m:e>
            <m:sub>
              <m:r>
                <m:t>A</m:t>
              </m:r>
            </m:sub>
          </m:sSub>
          <m:d>
            <m:dPr>
              <m:begChr m:val="("/>
              <m:sepChr m:val=""/>
              <m:endChr m:val=")"/>
              <m:grow/>
            </m:dPr>
            <m:e>
              <m:r>
                <m:t>x</m:t>
              </m:r>
            </m:e>
          </m:d>
          <m:r>
            <m:rPr>
              <m:sty m:val="p"/>
            </m:rPr>
            <m:t>≤</m:t>
          </m:r>
          <m:r>
            <m:t>m</m:t>
          </m:r>
          <m:r>
            <m:rPr>
              <m:sty m:val="p"/>
            </m:rPr>
            <m:t>+</m:t>
          </m:r>
          <m:r>
            <m:t>δ</m:t>
          </m:r>
          <m:r>
            <m:rPr>
              <m:sty m:val="p"/>
            </m:rPr>
            <m:t>}</m:t>
          </m:r>
          <m:r>
            <m:rPr>
              <m:sty m:val="p"/>
            </m:rPr>
            <m:t>≥</m:t>
          </m:r>
          <m:sSup>
            <m:e>
              <m:r>
                <m:t>M</m:t>
              </m:r>
            </m:e>
            <m:sup>
              <m:r>
                <m:rPr>
                  <m:sty m:val="p"/>
                </m:rPr>
                <m:t>−</m:t>
              </m:r>
              <m:r>
                <m:t>N</m:t>
              </m:r>
            </m:sup>
          </m:sSup>
          <m:r>
            <m:rPr>
              <m:sty m:val="p"/>
            </m:rPr>
            <m:t>.</m:t>
          </m:r>
        </m:oMath>
      </m:oMathPara>
    </w:p>
    <w:p>
      <w:pPr>
        <w:pStyle w:val="Caption"/>
        <w:spacing w:before="0" w:after="140"/>
      </w:pPr>
      <w:r>
        <w:t xml:space="preserve">Equation (D.1)</w:t>
      </w:r>
    </w:p>
    <w:p>
      <w:pPr>
        <w:pStyle w:val="BodyText"/>
        <w:keepLines/>
      </w:pPr>
      <w:r>
        <w:rPr>
          <w:bCs/>
          <w:b/>
        </w:rPr>
        <w:t xml:space="preserve">Proof.</w:t>
      </w:r>
      <w:r>
        <w:t xml:space="preserve"> </w:t>
      </w:r>
      <w:r>
        <w:t xml:space="preserve">Partition</w:t>
      </w:r>
      <w:r>
        <w:t xml:space="preserve"> </w:t>
      </w:r>
      <m:oMath>
        <m:r>
          <m:rPr>
            <m:sty m:val="p"/>
          </m:rPr>
          <m:t>[</m:t>
        </m:r>
        <m:r>
          <m:t>0</m:t>
        </m:r>
        <m:r>
          <m:rPr>
            <m:sty m:val="p"/>
          </m:rPr>
          <m:t>,</m:t>
        </m:r>
        <m:r>
          <m:t>2</m:t>
        </m:r>
        <m:r>
          <m:t>π</m:t>
        </m:r>
        <m:sSup>
          <m:e>
            <m:r>
              <m:rPr>
                <m:sty m:val="p"/>
              </m:rPr>
              <m:t>)</m:t>
            </m:r>
          </m:e>
          <m:sup>
            <m:r>
              <m:t>N</m:t>
            </m:r>
          </m:sup>
        </m:sSup>
      </m:oMath>
      <w:r>
        <w:t xml:space="preserve"> </w:t>
      </w:r>
      <w:r>
        <w:t xml:space="preserve">into</w:t>
      </w:r>
      <w:r>
        <w:t xml:space="preserve"> </w:t>
      </w:r>
      <m:oMath>
        <m:sSup>
          <m:e>
            <m:r>
              <m:t>M</m:t>
            </m:r>
          </m:e>
          <m:sup>
            <m:r>
              <m:t>N</m:t>
            </m:r>
          </m:sup>
        </m:sSup>
      </m:oMath>
      <w:r>
        <w:t xml:space="preserve"> </w:t>
      </w:r>
      <w:r>
        <w:t xml:space="preserve">half-open cubes of side</w:t>
      </w:r>
      <w:r>
        <w:t xml:space="preserve"> </w:t>
      </w:r>
      <m:oMath>
        <m:r>
          <m:t>2</m:t>
        </m:r>
        <m:r>
          <m:t>π</m:t>
        </m:r>
        <m:r>
          <m:rPr>
            <m:sty m:val="p"/>
          </m:rPr>
          <m:t>/</m:t>
        </m:r>
        <m:r>
          <m:t>M</m:t>
        </m:r>
      </m:oMath>
      <w:r>
        <w:t xml:space="preserve">. Pull this partition back to</w:t>
      </w:r>
      <w:r>
        <w:t xml:space="preserve"> </w:t>
      </w:r>
      <m:oMath>
        <m:r>
          <m:rPr>
            <m:sty m:val="p"/>
            <m:scr m:val="double-struck"/>
          </m:rPr>
          <m:t>T</m:t>
        </m:r>
      </m:oMath>
      <w:r>
        <w:t xml:space="preserve"> </w:t>
      </w:r>
      <w:r>
        <w:t xml:space="preserve">by</w:t>
      </w:r>
    </w:p>
    <w:p>
      <w:pPr>
        <w:pStyle w:val="BodyText"/>
        <w:keepLines/>
      </w:pPr>
      <m:oMathPara>
        <m:oMathParaPr>
          <m:jc m:val="center"/>
        </m:oMathParaPr>
        <m:oMath>
          <m:r>
            <m:t>x</m:t>
          </m:r>
          <m:r>
            <m:rPr>
              <m:sty m:val="p"/>
            </m:rPr>
            <m:t>↦</m:t>
          </m:r>
          <m:d>
            <m:dPr>
              <m:begChr m:val="("/>
              <m:sepChr m:val=""/>
              <m:endChr m:val=")"/>
              <m:grow/>
            </m:dPr>
            <m:e>
              <m:sSub>
                <m:e>
                  <m:r>
                    <m:t>a</m:t>
                  </m:r>
                </m:e>
                <m:sub>
                  <m:r>
                    <m:t>1</m:t>
                  </m:r>
                </m:sub>
              </m:sSub>
              <m:r>
                <m:t>x</m:t>
              </m:r>
              <m:r>
                <m:rPr>
                  <m:sty m:val="p"/>
                </m:rPr>
                <m:t>,</m:t>
              </m:r>
              <m:r>
                <m:rPr>
                  <m:sty m:val="p"/>
                </m:rPr>
                <m:t>…</m:t>
              </m:r>
              <m:r>
                <m:rPr>
                  <m:sty m:val="p"/>
                </m:rPr>
                <m:t>,</m:t>
              </m:r>
              <m:sSub>
                <m:e>
                  <m:r>
                    <m:t>a</m:t>
                  </m:r>
                </m:e>
                <m:sub>
                  <m:r>
                    <m:t>N</m:t>
                  </m:r>
                </m:sub>
              </m:sSub>
              <m:r>
                <m:t>x</m:t>
              </m:r>
            </m:e>
          </m:d>
          <m:r>
            <m:t> </m:t>
          </m:r>
          <m:r>
            <m:rPr>
              <m:sty m:val="p"/>
            </m:rPr>
            <m:t>(</m:t>
          </m:r>
          <m:r>
            <m:rPr>
              <m:sty m:val="p"/>
            </m:rPr>
            <m:t>mod</m:t>
          </m:r>
          <m:r>
            <m:t> </m:t>
          </m:r>
          <m:r>
            <m:t>2</m:t>
          </m:r>
          <m:r>
            <m:t>π</m:t>
          </m:r>
          <m:r>
            <m:rPr>
              <m:sty m:val="p"/>
            </m:rPr>
            <m:t>)</m:t>
          </m:r>
          <m:r>
            <m:rPr>
              <m:sty m:val="p"/>
            </m:rPr>
            <m:t>.</m:t>
          </m:r>
        </m:oMath>
      </m:oMathPara>
    </w:p>
    <w:p>
      <w:pPr>
        <w:pStyle w:val="FirstParagraph"/>
        <w:keepLines/>
      </w:pPr>
      <w:r>
        <w:t xml:space="preserve">One preimage</w:t>
      </w:r>
      <w:r>
        <w:t xml:space="preserve"> </w:t>
      </w:r>
      <m:oMath>
        <m:r>
          <m:t>E</m:t>
        </m:r>
      </m:oMath>
      <w:r>
        <w:t xml:space="preserve"> </w:t>
      </w:r>
      <w:r>
        <w:t xml:space="preserve">has measure at least</w:t>
      </w:r>
      <w:r>
        <w:t xml:space="preserve"> </w:t>
      </w:r>
      <m:oMath>
        <m:sSup>
          <m:e>
            <m:r>
              <m:t>M</m:t>
            </m:r>
          </m:e>
          <m:sup>
            <m:r>
              <m:rPr>
                <m:sty m:val="p"/>
              </m:rPr>
              <m:t>−</m:t>
            </m:r>
            <m:r>
              <m:t>N</m:t>
            </m:r>
          </m:sup>
        </m:sSup>
      </m:oMath>
      <w:r>
        <w:t xml:space="preserve">. Choose</w:t>
      </w:r>
      <w:r>
        <w:t xml:space="preserve"> </w:t>
      </w:r>
      <m:oMath>
        <m:sSub>
          <m:e>
            <m:r>
              <m:t>x</m:t>
            </m:r>
          </m:e>
          <m:sub>
            <m:r>
              <m:t>0</m:t>
            </m:r>
          </m:sub>
        </m:sSub>
        <m:r>
          <m:rPr>
            <m:sty m:val="p"/>
          </m:rPr>
          <m:t>∈</m:t>
        </m:r>
        <m:r>
          <m:t>E</m:t>
        </m:r>
      </m:oMath>
      <w:r>
        <w:t xml:space="preserve">, and a minimizer</w:t>
      </w:r>
      <w:r>
        <w:t xml:space="preserve"> </w:t>
      </w:r>
      <m:oMath>
        <m:sSub>
          <m:e>
            <m:r>
              <m:t>x</m:t>
            </m:r>
          </m:e>
          <m:sub>
            <m:r>
              <m:rPr>
                <m:sty m:val="p"/>
              </m:rPr>
              <m:t>*</m:t>
            </m:r>
          </m:sub>
        </m:sSub>
      </m:oMath>
      <w:r>
        <w:t xml:space="preserve"> </w:t>
      </w:r>
      <w:r>
        <w:t xml:space="preserve">of</w:t>
      </w:r>
      <w:r>
        <w:t xml:space="preserve"> </w:t>
      </w:r>
      <m:oMath>
        <m:sSub>
          <m:e>
            <m:r>
              <m:t>f</m:t>
            </m:r>
          </m:e>
          <m:sub>
            <m:r>
              <m:t>A</m:t>
            </m:r>
          </m:sub>
        </m:sSub>
      </m:oMath>
      <w:r>
        <w:t xml:space="preserve">. For each</w:t>
      </w:r>
      <w:r>
        <w:t xml:space="preserve"> </w:t>
      </w:r>
      <m:oMath>
        <m:r>
          <m:t>x</m:t>
        </m:r>
        <m:r>
          <m:rPr>
            <m:sty m:val="p"/>
          </m:rPr>
          <m:t>∈</m:t>
        </m:r>
        <m:r>
          <m:t>E</m:t>
        </m:r>
      </m:oMath>
      <w:r>
        <w:t xml:space="preserve">, every coordinate of</w:t>
      </w:r>
      <w:r>
        <w:t xml:space="preserve"> </w:t>
      </w:r>
      <m:oMath>
        <m:r>
          <m:t>a</m:t>
        </m:r>
        <m:d>
          <m:dPr>
            <m:begChr m:val="("/>
            <m:sepChr m:val=""/>
            <m:endChr m:val=")"/>
            <m:grow/>
          </m:dPr>
          <m:e>
            <m:r>
              <m:t>x</m:t>
            </m:r>
            <m:r>
              <m:rPr>
                <m:sty m:val="p"/>
              </m:rPr>
              <m:t>−</m:t>
            </m:r>
            <m:sSub>
              <m:e>
                <m:r>
                  <m:t>x</m:t>
                </m:r>
              </m:e>
              <m:sub>
                <m:r>
                  <m:t>0</m:t>
                </m:r>
              </m:sub>
            </m:sSub>
          </m:e>
        </m:d>
      </m:oMath>
      <w:r>
        <w:t xml:space="preserve"> </w:t>
      </w:r>
      <w:r>
        <w:t xml:space="preserve">modulo</w:t>
      </w:r>
      <w:r>
        <w:t xml:space="preserve"> </w:t>
      </w:r>
      <m:oMath>
        <m:r>
          <m:t>2</m:t>
        </m:r>
        <m:r>
          <m:t>π</m:t>
        </m:r>
      </m:oMath>
      <w:r>
        <w:t xml:space="preserve"> </w:t>
      </w:r>
      <w:r>
        <w:t xml:space="preserve">has a representative of absolute value at most</w:t>
      </w:r>
      <w:r>
        <w:t xml:space="preserve"> </w:t>
      </w:r>
      <m:oMath>
        <m:r>
          <m:t>2</m:t>
        </m:r>
        <m:r>
          <m:t>π</m:t>
        </m:r>
        <m:r>
          <m:rPr>
            <m:sty m:val="p"/>
          </m:rPr>
          <m:t>/</m:t>
        </m:r>
        <m:r>
          <m:t>M</m:t>
        </m:r>
      </m:oMath>
      <w:r>
        <w:t xml:space="preserve">, because the two phase points lie in the same cube. Since cosine is 1-Lipschitz,</w:t>
      </w:r>
    </w:p>
    <w:p>
      <w:pPr>
        <w:pStyle w:val="BodyText"/>
        <w:keepLines/>
      </w:pPr>
      <m:oMathPara>
        <m:oMathParaPr>
          <m:jc m:val="center"/>
        </m:oMathParaPr>
        <m:oMath>
          <m:sSub>
            <m:e>
              <m:r>
                <m:t>f</m:t>
              </m:r>
            </m:e>
            <m:sub>
              <m:r>
                <m:t>A</m:t>
              </m:r>
            </m:sub>
          </m:sSub>
          <m:d>
            <m:dPr>
              <m:begChr m:val="("/>
              <m:sepChr m:val=""/>
              <m:endChr m:val=")"/>
              <m:grow/>
            </m:dPr>
            <m:e>
              <m:r>
                <m:t>x</m:t>
              </m:r>
              <m:r>
                <m:rPr>
                  <m:sty m:val="p"/>
                </m:rPr>
                <m:t>+</m:t>
              </m:r>
              <m:sSub>
                <m:e>
                  <m:r>
                    <m:t>x</m:t>
                  </m:r>
                </m:e>
                <m:sub>
                  <m:r>
                    <m:rPr>
                      <m:sty m:val="p"/>
                    </m:rPr>
                    <m:t>*</m:t>
                  </m:r>
                </m:sub>
              </m:sSub>
              <m:r>
                <m:rPr>
                  <m:sty m:val="p"/>
                </m:rPr>
                <m:t>−</m:t>
              </m:r>
              <m:sSub>
                <m:e>
                  <m:r>
                    <m:t>x</m:t>
                  </m:r>
                </m:e>
                <m:sub>
                  <m:r>
                    <m:t>0</m:t>
                  </m:r>
                </m:sub>
              </m:sSub>
            </m:e>
          </m:d>
          <m:r>
            <m:rPr>
              <m:sty m:val="p"/>
            </m:rPr>
            <m:t>≤</m:t>
          </m:r>
          <m:sSub>
            <m:e>
              <m:r>
                <m:t>f</m:t>
              </m:r>
            </m:e>
            <m:sub>
              <m:r>
                <m:t>A</m:t>
              </m:r>
            </m:sub>
          </m:sSub>
          <m:d>
            <m:dPr>
              <m:begChr m:val="("/>
              <m:sepChr m:val=""/>
              <m:endChr m:val=")"/>
              <m:grow/>
            </m:dPr>
            <m:e>
              <m:sSub>
                <m:e>
                  <m:r>
                    <m:t>x</m:t>
                  </m:r>
                </m:e>
                <m:sub>
                  <m:r>
                    <m:rPr>
                      <m:sty m:val="p"/>
                    </m:rPr>
                    <m:t>*</m:t>
                  </m:r>
                </m:sub>
              </m:sSub>
            </m:e>
          </m:d>
          <m:r>
            <m:rPr>
              <m:sty m:val="p"/>
            </m:rPr>
            <m:t>+</m:t>
          </m:r>
          <m:f>
            <m:fPr>
              <m:type m:val="bar"/>
            </m:fPr>
            <m:num>
              <m:r>
                <m:t>2</m:t>
              </m:r>
              <m:r>
                <m:t>π</m:t>
              </m:r>
              <m:r>
                <m:t>N</m:t>
              </m:r>
            </m:num>
            <m:den>
              <m:r>
                <m:t>M</m:t>
              </m:r>
            </m:den>
          </m:f>
          <m:r>
            <m:rPr>
              <m:sty m:val="p"/>
            </m:rPr>
            <m:t>≤</m:t>
          </m:r>
          <m:r>
            <m:t>m</m:t>
          </m:r>
          <m:r>
            <m:rPr>
              <m:sty m:val="p"/>
            </m:rPr>
            <m:t>+</m:t>
          </m:r>
          <m:r>
            <m:t>δ</m:t>
          </m:r>
          <m:r>
            <m:rPr>
              <m:sty m:val="p"/>
            </m:rPr>
            <m:t>.</m:t>
          </m:r>
        </m:oMath>
      </m:oMathPara>
    </w:p>
    <w:p>
      <w:pPr>
        <w:pStyle w:val="FirstParagraph"/>
        <w:keepLines/>
      </w:pPr>
      <w:r>
        <w:t xml:space="preserve">Translation preserves</w:t>
      </w:r>
      <w:r>
        <w:t xml:space="preserve"> </w:t>
      </w:r>
      <m:oMath>
        <m:r>
          <m:t>μ</m:t>
        </m:r>
      </m:oMath>
      <w:r>
        <w:t xml:space="preserve">. The translate of</w:t>
      </w:r>
      <w:r>
        <w:t xml:space="preserve"> </w:t>
      </w:r>
      <m:oMath>
        <m:r>
          <m:t>E</m:t>
        </m:r>
      </m:oMath>
      <w:r>
        <w:t xml:space="preserve"> </w:t>
      </w:r>
      <w:r>
        <w:t xml:space="preserve">lies in the asserted sublevel set and retains its measure.</w:t>
      </w:r>
      <w:r>
        <w:t xml:space="preserve"> </w:t>
      </w:r>
      <m:oMath>
        <m:r>
          <m:rPr>
            <m:sty m:val="p"/>
          </m:rPr>
          <m:t>▫</m:t>
        </m:r>
      </m:oMath>
    </w:p>
    <w:p>
      <w:pPr>
        <w:pStyle w:val="BodyText"/>
      </w:pPr>
      <w:r>
        <w:t xml:space="preserve">A phase cube is used only to locate a set of common times with similar relative phases. No step replaces the one-dimensional orbit by a product distribution of independent phases. The mass bound can be extremely small; it is a guarantee, not a claim that the minimum is easy to encounter in a short experiment.</w:t>
      </w:r>
    </w:p>
    <w:bookmarkEnd w:id="98"/>
    <w:bookmarkStart w:id="102" w:name="appendix-e-chebyshev"/>
    <w:p>
      <w:pPr>
        <w:pStyle w:val="Heading2"/>
      </w:pPr>
      <w:r>
        <w:t xml:space="preserve">E. Uniform approximation using a Chebyshev filter</w:t>
      </w:r>
    </w:p>
    <w:p>
      <w:pPr>
        <w:pStyle w:val="FirstParagraph"/>
        <w:keepLines/>
      </w:pPr>
      <w:r>
        <w:rPr>
          <w:bCs/>
          <w:b/>
        </w:rPr>
        <w:t xml:space="preserve">Theorem E.1 — A sufficient degree depending only on</w:t>
      </w:r>
      <w:r>
        <w:rPr>
          <w:bCs/>
          <w:b/>
        </w:rPr>
        <w:t xml:space="preserve"> </w:t>
      </w:r>
      <m:oMath>
        <m:r>
          <m:t>N</m:t>
        </m:r>
      </m:oMath>
      <w:r>
        <w:rPr>
          <w:bCs/>
          <w:b/>
        </w:rPr>
        <w:t xml:space="preserve"> </w:t>
      </w:r>
      <w:r>
        <w:rPr>
          <w:bCs/>
          <w:b/>
        </w:rPr>
        <w:t xml:space="preserve">and accuracy.</w:t>
      </w:r>
      <w:r>
        <w:t xml:space="preserve"> </w:t>
      </w:r>
      <w:r>
        <w:t xml:space="preserve">Suppose</w:t>
      </w:r>
      <w:r>
        <w:t xml:space="preserve"> </w:t>
      </w:r>
      <m:oMath>
        <m:r>
          <m:t>N</m:t>
        </m:r>
        <m:r>
          <m:rPr>
            <m:sty m:val="p"/>
          </m:rPr>
          <m:t>≥</m:t>
        </m:r>
        <m:r>
          <m:t>1</m:t>
        </m:r>
      </m:oMath>
      <w:r>
        <w:t xml:space="preserve"> </w:t>
      </w:r>
      <w:r>
        <w:t xml:space="preserve">and</w:t>
      </w:r>
      <w:r>
        <w:t xml:space="preserve"> </w:t>
      </w:r>
      <m:oMath>
        <m:r>
          <m:t>0</m:t>
        </m:r>
        <m:r>
          <m:rPr>
            <m:sty m:val="p"/>
          </m:rPr>
          <m:t>&lt;</m:t>
        </m:r>
        <m:r>
          <m:t>ε</m:t>
        </m:r>
        <m:r>
          <m:rPr>
            <m:sty m:val="p"/>
          </m:rPr>
          <m:t>≤</m:t>
        </m:r>
        <m:r>
          <m:t>N</m:t>
        </m:r>
      </m:oMath>
      <w:r>
        <w:t xml:space="preserve">. Define</w:t>
      </w:r>
    </w:p>
    <w:p>
      <w:pPr>
        <w:pStyle w:val="BodyText"/>
        <w:keepNext/>
        <w:keepLines/>
      </w:pPr>
      <m:oMathPara>
        <m:oMathParaPr>
          <m:jc m:val="center"/>
        </m:oMathParaPr>
        <m:oMath>
          <m:r>
            <m:t>M</m:t>
          </m:r>
          <m:r>
            <m:rPr>
              <m:sty m:val="p"/>
            </m:rPr>
            <m:t>=</m:t>
          </m:r>
          <m:d>
            <m:dPr>
              <m:begChr m:val="⌈"/>
              <m:sepChr m:val=""/>
              <m:endChr m:val="⌉"/>
              <m:grow/>
            </m:dPr>
            <m:e>
              <m:f>
                <m:fPr>
                  <m:type m:val="bar"/>
                </m:fPr>
                <m:num>
                  <m:r>
                    <m:t>8</m:t>
                  </m:r>
                  <m:r>
                    <m:t>π</m:t>
                  </m:r>
                  <m:r>
                    <m:t>N</m:t>
                  </m:r>
                </m:num>
                <m:den>
                  <m:r>
                    <m:t>ε</m:t>
                  </m:r>
                </m:den>
              </m:f>
            </m:e>
          </m:d>
          <m:r>
            <m:rPr>
              <m:sty m:val="p"/>
            </m:rPr>
            <m:t>,</m:t>
          </m:r>
          <m:r>
            <m:t>  </m:t>
          </m:r>
          <m:sSub>
            <m:e>
              <m:r>
                <m:t>d</m:t>
              </m:r>
            </m:e>
            <m:sub>
              <m:r>
                <m:rPr>
                  <m:sty m:val="p"/>
                </m:rPr>
                <m:t>*</m:t>
              </m:r>
            </m:sub>
          </m:sSub>
          <m:r>
            <m:rPr>
              <m:sty m:val="p"/>
            </m:rPr>
            <m:t>=</m:t>
          </m:r>
          <m:d>
            <m:dPr>
              <m:begChr m:val="⌈"/>
              <m:sepChr m:val=""/>
              <m:endChr m:val="⌉"/>
              <m:grow/>
            </m:dPr>
            <m:e>
              <m:rad>
                <m:radPr>
                  <m:degHide m:val="on"/>
                </m:radPr>
                <m:deg/>
                <m:e>
                  <m:f>
                    <m:fPr>
                      <m:type m:val="bar"/>
                    </m:fPr>
                    <m:num>
                      <m:r>
                        <m:t>N</m:t>
                      </m:r>
                    </m:num>
                    <m:den>
                      <m:r>
                        <m:t>ε</m:t>
                      </m:r>
                    </m:den>
                  </m:f>
                </m:e>
              </m:rad>
              <m:d>
                <m:dPr>
                  <m:begChr m:val="["/>
                  <m:sepChr m:val=""/>
                  <m:endChr m:val="]"/>
                  <m:grow/>
                </m:dPr>
                <m:e>
                  <m:r>
                    <m:t>N</m:t>
                  </m:r>
                  <m:r>
                    <m:rPr>
                      <m:sty m:val="p"/>
                    </m:rPr>
                    <m:t>log</m:t>
                  </m:r>
                  <m:r>
                    <m:t>M</m:t>
                  </m:r>
                  <m:r>
                    <m:rPr>
                      <m:sty m:val="p"/>
                    </m:rPr>
                    <m:t>+</m:t>
                  </m:r>
                  <m:r>
                    <m:rPr>
                      <m:sty m:val="p"/>
                    </m:rPr>
                    <m:t>log</m:t>
                  </m:r>
                  <m:d>
                    <m:dPr>
                      <m:begChr m:val="("/>
                      <m:sepChr m:val=""/>
                      <m:endChr m:val=")"/>
                      <m:grow/>
                    </m:dPr>
                    <m:e>
                      <m:f>
                        <m:fPr>
                          <m:type m:val="bar"/>
                        </m:fPr>
                        <m:num>
                          <m:r>
                            <m:t>16</m:t>
                          </m:r>
                          <m:r>
                            <m:t>N</m:t>
                          </m:r>
                        </m:num>
                        <m:den>
                          <m:r>
                            <m:t>ε</m:t>
                          </m:r>
                        </m:den>
                      </m:f>
                    </m:e>
                  </m:d>
                </m:e>
              </m:d>
            </m:e>
          </m:d>
          <m:r>
            <m:rPr>
              <m:sty m:val="p"/>
            </m:rPr>
            <m:t>.</m:t>
          </m:r>
        </m:oMath>
      </m:oMathPara>
    </w:p>
    <w:p>
      <w:pPr>
        <w:pStyle w:val="Caption"/>
        <w:spacing w:before="0" w:after="140"/>
      </w:pPr>
      <w:r>
        <w:t xml:space="preserve">Equation (E.1)</w:t>
      </w:r>
    </w:p>
    <w:p>
      <w:pPr>
        <w:pStyle w:val="BodyText"/>
        <w:keepLines/>
      </w:pPr>
      <w:r>
        <w:t xml:space="preserve">For every integer</w:t>
      </w:r>
      <w:r>
        <w:t xml:space="preserve"> </w:t>
      </w:r>
      <m:oMath>
        <m:r>
          <m:t>d</m:t>
        </m:r>
        <m:r>
          <m:rPr>
            <m:sty m:val="p"/>
          </m:rPr>
          <m:t>≥</m:t>
        </m:r>
        <m:sSub>
          <m:e>
            <m:r>
              <m:t>d</m:t>
            </m:r>
          </m:e>
          <m:sub>
            <m:r>
              <m:rPr>
                <m:sty m:val="p"/>
              </m:rPr>
              <m:t>*</m:t>
            </m:r>
          </m:sub>
        </m:sSub>
      </m:oMath>
      <w:r>
        <w:t xml:space="preserve"> </w:t>
      </w:r>
      <w:r>
        <w:t xml:space="preserve">and every admissible</w:t>
      </w:r>
      <w:r>
        <w:t xml:space="preserve"> </w:t>
      </w:r>
      <m:oMath>
        <m:r>
          <m:t>A</m:t>
        </m:r>
      </m:oMath>
      <w:r>
        <w:t xml:space="preserve"> </w:t>
      </w:r>
      <w:r>
        <w:t xml:space="preserve">with</w:t>
      </w:r>
      <w:r>
        <w:t xml:space="preserve"> </w:t>
      </w:r>
      <m:oMath>
        <m:d>
          <m:dPr>
            <m:begChr m:val="|"/>
            <m:sepChr m:val=""/>
            <m:endChr m:val="|"/>
            <m:grow/>
          </m:dPr>
          <m:e>
            <m:r>
              <m:t>A</m:t>
            </m:r>
          </m:e>
        </m:d>
        <m:r>
          <m:rPr>
            <m:sty m:val="p"/>
          </m:rPr>
          <m:t>=</m:t>
        </m:r>
        <m:r>
          <m:t>N</m:t>
        </m:r>
      </m:oMath>
      <w:r>
        <w:t xml:space="preserve">,</w:t>
      </w:r>
    </w:p>
    <w:p>
      <w:pPr>
        <w:pStyle w:val="BodyText"/>
        <w:keepNext/>
        <w:keepLines/>
      </w:pPr>
      <m:oMathPara>
        <m:oMathParaPr>
          <m:jc m:val="center"/>
        </m:oMathParaPr>
        <m:oMath>
          <m:r>
            <m:t>0</m:t>
          </m:r>
          <m:r>
            <m:rPr>
              <m:sty m:val="p"/>
            </m:rPr>
            <m:t>≤</m:t>
          </m:r>
          <m:r>
            <m:t>K</m:t>
          </m:r>
          <m:d>
            <m:dPr>
              <m:begChr m:val="("/>
              <m:sepChr m:val=""/>
              <m:endChr m:val=")"/>
              <m:grow/>
            </m:dPr>
            <m:e>
              <m:r>
                <m:t>A</m:t>
              </m:r>
            </m:e>
          </m:d>
          <m:r>
            <m:rPr>
              <m:sty m:val="p"/>
            </m:rPr>
            <m:t>−</m:t>
          </m:r>
          <m:sSub>
            <m:e>
              <m:r>
                <m:t>B</m:t>
              </m:r>
            </m:e>
            <m:sub>
              <m:r>
                <m:t>d</m:t>
              </m:r>
            </m:sub>
          </m:sSub>
          <m:d>
            <m:dPr>
              <m:begChr m:val="("/>
              <m:sepChr m:val=""/>
              <m:endChr m:val=")"/>
              <m:grow/>
            </m:dPr>
            <m:e>
              <m:r>
                <m:t>A</m:t>
              </m:r>
            </m:e>
          </m:d>
          <m:r>
            <m:rPr>
              <m:sty m:val="p"/>
            </m:rPr>
            <m:t>≤</m:t>
          </m:r>
          <m:r>
            <m:t>ε</m:t>
          </m:r>
          <m:r>
            <m:rPr>
              <m:sty m:val="p"/>
            </m:rPr>
            <m:t>.</m:t>
          </m:r>
        </m:oMath>
      </m:oMathPara>
    </w:p>
    <w:p>
      <w:pPr>
        <w:pStyle w:val="Caption"/>
        <w:spacing w:before="0" w:after="140"/>
      </w:pPr>
      <w:r>
        <w:t xml:space="preserve">Equation (E.2)</w:t>
      </w:r>
    </w:p>
    <w:p>
      <w:pPr>
        <w:pStyle w:val="BodyText"/>
        <w:keepLines/>
      </w:pPr>
      <w:r>
        <w:t xml:space="preserve">Here and below</w:t>
      </w:r>
      <w:r>
        <w:t xml:space="preserve"> </w:t>
      </w:r>
      <m:oMath>
        <m:r>
          <m:rPr>
            <m:sty m:val="p"/>
          </m:rPr>
          <m:t>log</m:t>
        </m:r>
      </m:oMath>
      <w:r>
        <w:t xml:space="preserve"> </w:t>
      </w:r>
      <w:r>
        <w:t xml:space="preserve">is natural logarithm. There is no restriction on</w:t>
      </w:r>
      <w:r>
        <w:t xml:space="preserve"> </w:t>
      </w:r>
      <m:oMath>
        <m:r>
          <m:rPr>
            <m:sty m:val="p"/>
          </m:rPr>
          <m:t>max</m:t>
        </m:r>
        <m:r>
          <m:t>A</m:t>
        </m:r>
      </m:oMath>
      <w:r>
        <w:t xml:space="preserve">.</w:t>
      </w:r>
    </w:p>
    <w:p>
      <w:pPr>
        <w:pStyle w:val="BodyText"/>
        <w:keepLines/>
      </w:pPr>
      <w:r>
        <w:rPr>
          <w:bCs/>
          <w:b/>
        </w:rPr>
        <w:t xml:space="preserve">Proof.</w:t>
      </w:r>
      <w:r>
        <w:t xml:space="preserve"> </w:t>
      </w:r>
      <w:r>
        <w:t xml:space="preserve">Set</w:t>
      </w:r>
      <w:r>
        <w:t xml:space="preserve"> </w:t>
      </w:r>
      <m:oMath>
        <m:r>
          <m:t>m</m:t>
        </m:r>
        <m:r>
          <m:rPr>
            <m:sty m:val="p"/>
          </m:rPr>
          <m:t>=</m:t>
        </m:r>
        <m:r>
          <m:rPr>
            <m:sty m:val="p"/>
          </m:rPr>
          <m:t>min</m:t>
        </m:r>
        <m:sSub>
          <m:e>
            <m:r>
              <m:t>f</m:t>
            </m:r>
          </m:e>
          <m:sub>
            <m:r>
              <m:t>A</m:t>
            </m:r>
          </m:sub>
        </m:sSub>
      </m:oMath>
      <w:r>
        <w:t xml:space="preserve"> </w:t>
      </w:r>
      <w:r>
        <w:t xml:space="preserve">and</w:t>
      </w:r>
    </w:p>
    <w:p>
      <w:pPr>
        <w:pStyle w:val="BodyText"/>
        <w:keepLines/>
      </w:pPr>
      <m:oMathPara>
        <m:oMathParaPr>
          <m:jc m:val="center"/>
        </m:oMathParaPr>
        <m:oMath>
          <m:r>
            <m:t>D</m:t>
          </m:r>
          <m:r>
            <m:rPr>
              <m:sty m:val="p"/>
            </m:rPr>
            <m:t>=</m:t>
          </m:r>
          <m:r>
            <m:t>N</m:t>
          </m:r>
          <m:r>
            <m:rPr>
              <m:sty m:val="p"/>
            </m:rPr>
            <m:t>−</m:t>
          </m:r>
          <m:r>
            <m:t>m</m:t>
          </m:r>
          <m:r>
            <m:rPr>
              <m:sty m:val="p"/>
            </m:rPr>
            <m:t>−</m:t>
          </m:r>
          <m:r>
            <m:t>ε</m:t>
          </m:r>
          <m:r>
            <m:rPr>
              <m:sty m:val="p"/>
            </m:rPr>
            <m:t>/</m:t>
          </m:r>
          <m:r>
            <m:t>2</m:t>
          </m:r>
          <m:r>
            <m:rPr>
              <m:sty m:val="p"/>
            </m:rPr>
            <m:t>,</m:t>
          </m:r>
          <m:r>
            <m:t>  </m:t>
          </m:r>
          <m:r>
            <m:t>u</m:t>
          </m:r>
          <m:d>
            <m:dPr>
              <m:begChr m:val="("/>
              <m:sepChr m:val=""/>
              <m:endChr m:val=")"/>
              <m:grow/>
            </m:dPr>
            <m:e>
              <m:r>
                <m:t>t</m:t>
              </m:r>
            </m:e>
          </m:d>
          <m:r>
            <m:rPr>
              <m:sty m:val="p"/>
            </m:rPr>
            <m:t>=</m:t>
          </m:r>
          <m:f>
            <m:fPr>
              <m:type m:val="bar"/>
            </m:fPr>
            <m:num>
              <m:r>
                <m:t>2</m:t>
              </m:r>
              <m:r>
                <m:t>t</m:t>
              </m:r>
              <m:r>
                <m:rPr>
                  <m:sty m:val="p"/>
                </m:rPr>
                <m:t>−</m:t>
              </m:r>
              <m:d>
                <m:dPr>
                  <m:begChr m:val="("/>
                  <m:sepChr m:val=""/>
                  <m:endChr m:val=")"/>
                  <m:grow/>
                </m:dPr>
                <m:e>
                  <m:r>
                    <m:t>N</m:t>
                  </m:r>
                  <m:r>
                    <m:rPr>
                      <m:sty m:val="p"/>
                    </m:rPr>
                    <m:t>+</m:t>
                  </m:r>
                  <m:r>
                    <m:t>m</m:t>
                  </m:r>
                  <m:r>
                    <m:rPr>
                      <m:sty m:val="p"/>
                    </m:rPr>
                    <m:t>+</m:t>
                  </m:r>
                  <m:r>
                    <m:t>ε</m:t>
                  </m:r>
                  <m:r>
                    <m:rPr>
                      <m:sty m:val="p"/>
                    </m:rPr>
                    <m:t>/</m:t>
                  </m:r>
                  <m:r>
                    <m:t>2</m:t>
                  </m:r>
                </m:e>
              </m:d>
            </m:num>
            <m:den>
              <m:r>
                <m:t>D</m:t>
              </m:r>
            </m:den>
          </m:f>
          <m:r>
            <m:rPr>
              <m:sty m:val="p"/>
            </m:rPr>
            <m:t>.</m:t>
          </m:r>
        </m:oMath>
      </m:oMathPara>
    </w:p>
    <w:p>
      <w:pPr>
        <w:pStyle w:val="FirstParagraph"/>
        <w:keepLines/>
      </w:pPr>
      <w:r>
        <w:t xml:space="preserve">Because</w:t>
      </w:r>
      <w:r>
        <w:t xml:space="preserve"> </w:t>
      </w:r>
      <m:oMath>
        <m:r>
          <m:rPr>
            <m:sty m:val="p"/>
          </m:rPr>
          <m:t>−</m:t>
        </m:r>
        <m:r>
          <m:t>N</m:t>
        </m:r>
        <m:r>
          <m:rPr>
            <m:sty m:val="p"/>
          </m:rPr>
          <m:t>≤</m:t>
        </m:r>
        <m:r>
          <m:t>m</m:t>
        </m:r>
        <m:r>
          <m:rPr>
            <m:sty m:val="p"/>
          </m:rPr>
          <m:t>&lt;</m:t>
        </m:r>
        <m:r>
          <m:t>0</m:t>
        </m:r>
      </m:oMath>
      <w:r>
        <w:t xml:space="preserve"> </w:t>
      </w:r>
      <w:r>
        <w:t xml:space="preserve">and</w:t>
      </w:r>
      <w:r>
        <w:t xml:space="preserve"> </w:t>
      </w:r>
      <m:oMath>
        <m:r>
          <m:t>ε</m:t>
        </m:r>
        <m:r>
          <m:rPr>
            <m:sty m:val="p"/>
          </m:rPr>
          <m:t>≤</m:t>
        </m:r>
        <m:r>
          <m:t>N</m:t>
        </m:r>
      </m:oMath>
      <w:r>
        <w:t xml:space="preserve">, we have</w:t>
      </w:r>
      <w:r>
        <w:t xml:space="preserve"> </w:t>
      </w:r>
      <m:oMath>
        <m:r>
          <m:t>0</m:t>
        </m:r>
        <m:r>
          <m:rPr>
            <m:sty m:val="p"/>
          </m:rPr>
          <m:t>&lt;</m:t>
        </m:r>
        <m:r>
          <m:t>N</m:t>
        </m:r>
        <m:r>
          <m:rPr>
            <m:sty m:val="p"/>
          </m:rPr>
          <m:t>/</m:t>
        </m:r>
        <m:r>
          <m:t>2</m:t>
        </m:r>
        <m:r>
          <m:rPr>
            <m:sty m:val="p"/>
          </m:rPr>
          <m:t>&lt;</m:t>
        </m:r>
        <m:r>
          <m:t>D</m:t>
        </m:r>
        <m:r>
          <m:rPr>
            <m:sty m:val="p"/>
          </m:rPr>
          <m:t>≤</m:t>
        </m:r>
        <m:r>
          <m:t>2</m:t>
        </m:r>
        <m:r>
          <m:t>N</m:t>
        </m:r>
      </m:oMath>
      <w:r>
        <w:t xml:space="preserve">. The affine map</w:t>
      </w:r>
      <w:r>
        <w:t xml:space="preserve"> </w:t>
      </w:r>
      <m:oMath>
        <m:r>
          <m:t>ν</m:t>
        </m:r>
      </m:oMath>
      <w:r>
        <w:t xml:space="preserve"> </w:t>
      </w:r>
      <w:r>
        <w:t xml:space="preserve">sends</w:t>
      </w:r>
      <w:r>
        <w:t xml:space="preserve"> </w:t>
      </w:r>
      <m:oMath>
        <m:d>
          <m:dPr>
            <m:begChr m:val="["/>
            <m:sepChr m:val=""/>
            <m:endChr m:val="]"/>
            <m:grow/>
          </m:dPr>
          <m:e>
            <m:r>
              <m:t>m</m:t>
            </m:r>
            <m:r>
              <m:rPr>
                <m:sty m:val="p"/>
              </m:rPr>
              <m:t>+</m:t>
            </m:r>
            <m:r>
              <m:t>ε</m:t>
            </m:r>
            <m:r>
              <m:rPr>
                <m:sty m:val="p"/>
              </m:rPr>
              <m:t>/</m:t>
            </m:r>
            <m:r>
              <m:t>2</m:t>
            </m:r>
            <m:r>
              <m:rPr>
                <m:sty m:val="p"/>
              </m:rPr>
              <m:t>,</m:t>
            </m:r>
            <m:r>
              <m:t>N</m:t>
            </m:r>
          </m:e>
        </m:d>
      </m:oMath>
      <w:r>
        <w:t xml:space="preserve"> </w:t>
      </w:r>
      <w:r>
        <w:t xml:space="preserve">to</w:t>
      </w:r>
      <w:r>
        <w:t xml:space="preserve"> </w:t>
      </w:r>
      <m:oMath>
        <m:d>
          <m:dPr>
            <m:begChr m:val="["/>
            <m:sepChr m:val=""/>
            <m:endChr m:val="]"/>
            <m:grow/>
          </m:dPr>
          <m:e>
            <m:r>
              <m:rPr>
                <m:sty m:val="p"/>
              </m:rPr>
              <m:t>−</m:t>
            </m:r>
            <m:r>
              <m:t>1</m:t>
            </m:r>
            <m:r>
              <m:rPr>
                <m:sty m:val="p"/>
              </m:rPr>
              <m:t>,</m:t>
            </m:r>
            <m:r>
              <m:t>1</m:t>
            </m:r>
          </m:e>
        </m:d>
      </m:oMath>
      <w:r>
        <w:t xml:space="preserve">. Choose</w:t>
      </w:r>
    </w:p>
    <w:p>
      <w:pPr>
        <w:pStyle w:val="BodyText"/>
        <w:keepLines/>
      </w:pPr>
      <m:oMathPara>
        <m:oMathParaPr>
          <m:jc m:val="center"/>
        </m:oMathParaPr>
        <m:oMath>
          <m:r>
            <m:t>p</m:t>
          </m:r>
          <m:d>
            <m:dPr>
              <m:begChr m:val="("/>
              <m:sepChr m:val=""/>
              <m:endChr m:val=")"/>
              <m:grow/>
            </m:dPr>
            <m:e>
              <m:r>
                <m:t>t</m:t>
              </m:r>
            </m:e>
          </m:d>
          <m:r>
            <m:rPr>
              <m:sty m:val="p"/>
            </m:rPr>
            <m:t>=</m:t>
          </m:r>
          <m:sSub>
            <m:e>
              <m:r>
                <m:t>T</m:t>
              </m:r>
            </m:e>
            <m:sub>
              <m:r>
                <m:t>d</m:t>
              </m:r>
            </m:sub>
          </m:sSub>
          <m:d>
            <m:dPr>
              <m:begChr m:val="("/>
              <m:sepChr m:val=""/>
              <m:endChr m:val=")"/>
              <m:grow/>
            </m:dPr>
            <m:e>
              <m:r>
                <m:t>ν</m:t>
              </m:r>
              <m:d>
                <m:dPr>
                  <m:begChr m:val="("/>
                  <m:sepChr m:val=""/>
                  <m:endChr m:val=")"/>
                  <m:grow/>
                </m:dPr>
                <m:e>
                  <m:r>
                    <m:t>t</m:t>
                  </m:r>
                </m:e>
              </m:d>
            </m:e>
          </m:d>
          <m:r>
            <m:rPr>
              <m:sty m:val="p"/>
            </m:rPr>
            <m:t>,</m:t>
          </m:r>
        </m:oMath>
      </m:oMathPara>
    </w:p>
    <w:p>
      <w:pPr>
        <w:pStyle w:val="FirstParagraph"/>
        <w:keepLines/>
      </w:pPr>
      <w:r>
        <w:t xml:space="preserve">where</w:t>
      </w:r>
      <w:r>
        <w:t xml:space="preserve"> </w:t>
      </w:r>
      <m:oMath>
        <m:sSub>
          <m:e>
            <m:r>
              <m:t>T</m:t>
            </m:r>
          </m:e>
          <m:sub>
            <m:r>
              <m:t>d</m:t>
            </m:r>
          </m:sub>
        </m:sSub>
      </m:oMath>
      <w:r>
        <w:t xml:space="preserve"> </w:t>
      </w:r>
      <w:r>
        <w:t xml:space="preserve">is the Chebyshev polynomial of the first kind. The identities</w:t>
      </w:r>
    </w:p>
    <w:p>
      <w:pPr>
        <w:pStyle w:val="BodyText"/>
        <w:keepNext/>
        <w:keepLines/>
      </w:pPr>
      <m:oMathPara>
        <m:oMathParaPr>
          <m:jc m:val="center"/>
        </m:oMathParaPr>
        <m:oMath>
          <m:sSub>
            <m:e>
              <m:r>
                <m:t>T</m:t>
              </m:r>
            </m:e>
            <m:sub>
              <m:r>
                <m:t>d</m:t>
              </m:r>
            </m:sub>
          </m:sSub>
          <m:d>
            <m:dPr>
              <m:begChr m:val="("/>
              <m:sepChr m:val=""/>
              <m:endChr m:val=")"/>
              <m:grow/>
            </m:dPr>
            <m:e>
              <m:r>
                <m:rPr>
                  <m:sty m:val="p"/>
                </m:rPr>
                <m:t>cos</m:t>
              </m:r>
              <m:r>
                <m:t>θ</m:t>
              </m:r>
            </m:e>
          </m:d>
          <m:r>
            <m:rPr>
              <m:sty m:val="p"/>
            </m:rPr>
            <m:t>=</m:t>
          </m:r>
          <m:r>
            <m:rPr>
              <m:sty m:val="p"/>
            </m:rPr>
            <m:t>cos</m:t>
          </m:r>
          <m:d>
            <m:dPr>
              <m:begChr m:val="("/>
              <m:sepChr m:val=""/>
              <m:endChr m:val=")"/>
              <m:grow/>
            </m:dPr>
            <m:e>
              <m:r>
                <m:t>d</m:t>
              </m:r>
              <m:r>
                <m:t>θ</m:t>
              </m:r>
            </m:e>
          </m:d>
          <m:r>
            <m:rPr>
              <m:sty m:val="p"/>
            </m:rPr>
            <m:t>,</m:t>
          </m:r>
          <m:r>
            <m:t>  </m:t>
          </m:r>
          <m:sSub>
            <m:e>
              <m:r>
                <m:t>T</m:t>
              </m:r>
            </m:e>
            <m:sub>
              <m:r>
                <m:t>d</m:t>
              </m:r>
            </m:sub>
          </m:sSub>
          <m:d>
            <m:dPr>
              <m:begChr m:val="("/>
              <m:sepChr m:val=""/>
              <m:endChr m:val=")"/>
              <m:grow/>
            </m:dPr>
            <m:e>
              <m:r>
                <m:rPr>
                  <m:sty m:val="p"/>
                </m:rPr>
                <m:t>−</m:t>
              </m:r>
              <m:r>
                <m:rPr>
                  <m:sty m:val="p"/>
                </m:rPr>
                <m:t>cosh</m:t>
              </m:r>
              <m:r>
                <m:t>v</m:t>
              </m:r>
            </m:e>
          </m:d>
          <m:r>
            <m:rPr>
              <m:sty m:val="p"/>
            </m:rPr>
            <m:t>=</m:t>
          </m:r>
          <m:sSup>
            <m:e>
              <m:d>
                <m:dPr>
                  <m:begChr m:val="("/>
                  <m:sepChr m:val=""/>
                  <m:endChr m:val=")"/>
                  <m:grow/>
                </m:dPr>
                <m:e>
                  <m:r>
                    <m:rPr>
                      <m:sty m:val="p"/>
                    </m:rPr>
                    <m:t>−</m:t>
                  </m:r>
                  <m:r>
                    <m:t>1</m:t>
                  </m:r>
                </m:e>
              </m:d>
            </m:e>
            <m:sup>
              <m:r>
                <m:t>d</m:t>
              </m:r>
            </m:sup>
          </m:sSup>
          <m:r>
            <m:rPr>
              <m:sty m:val="p"/>
            </m:rPr>
            <m:t>cosh</m:t>
          </m:r>
          <m:d>
            <m:dPr>
              <m:begChr m:val="("/>
              <m:sepChr m:val=""/>
              <m:endChr m:val=")"/>
              <m:grow/>
            </m:dPr>
            <m:e>
              <m:r>
                <m:t>d</m:t>
              </m:r>
              <m:r>
                <m:t>v</m:t>
              </m:r>
            </m:e>
          </m:d>
        </m:oMath>
      </m:oMathPara>
    </w:p>
    <w:p>
      <w:pPr>
        <w:pStyle w:val="Caption"/>
        <w:spacing w:before="0" w:after="140"/>
      </w:pPr>
      <w:r>
        <w:t xml:space="preserve">Equation (E.3)</w:t>
      </w:r>
    </w:p>
    <w:p>
      <w:pPr>
        <w:pStyle w:val="BodyText"/>
        <w:keepLines/>
      </w:pPr>
      <w:r>
        <w:t xml:space="preserve">follow, for example, from</w:t>
      </w:r>
      <w:r>
        <w:t xml:space="preserve"> </w:t>
      </w:r>
      <m:oMath>
        <m:sSub>
          <m:e>
            <m:r>
              <m:t>T</m:t>
            </m:r>
          </m:e>
          <m:sub>
            <m:r>
              <m:t>d</m:t>
            </m:r>
          </m:sub>
        </m:sSub>
        <m:d>
          <m:dPr>
            <m:begChr m:val="("/>
            <m:sepChr m:val=""/>
            <m:endChr m:val=")"/>
            <m:grow/>
          </m:dPr>
          <m:e>
            <m:d>
              <m:dPr>
                <m:begChr m:val="("/>
                <m:sepChr m:val=""/>
                <m:endChr m:val=")"/>
                <m:grow/>
              </m:dPr>
              <m:e>
                <m:r>
                  <m:t>z</m:t>
                </m:r>
                <m:r>
                  <m:rPr>
                    <m:sty m:val="p"/>
                  </m:rPr>
                  <m:t>+</m:t>
                </m:r>
                <m:sSup>
                  <m:e>
                    <m:r>
                      <m:t>z</m:t>
                    </m:r>
                  </m:e>
                  <m:sup>
                    <m:r>
                      <m:rPr>
                        <m:sty m:val="p"/>
                      </m:rPr>
                      <m:t>−</m:t>
                    </m:r>
                    <m:r>
                      <m:t>1</m:t>
                    </m:r>
                  </m:sup>
                </m:sSup>
              </m:e>
            </m:d>
            <m:r>
              <m:rPr>
                <m:sty m:val="p"/>
              </m:rPr>
              <m:t>/</m:t>
            </m:r>
            <m:r>
              <m:t>2</m:t>
            </m:r>
          </m:e>
        </m:d>
        <m:r>
          <m:rPr>
            <m:sty m:val="p"/>
          </m:rPr>
          <m:t>=</m:t>
        </m:r>
        <m:d>
          <m:dPr>
            <m:begChr m:val="("/>
            <m:sepChr m:val=""/>
            <m:endChr m:val=")"/>
            <m:grow/>
          </m:dPr>
          <m:e>
            <m:sSup>
              <m:e>
                <m:r>
                  <m:t>z</m:t>
                </m:r>
              </m:e>
              <m:sup>
                <m:r>
                  <m:t>d</m:t>
                </m:r>
              </m:sup>
            </m:sSup>
            <m:r>
              <m:rPr>
                <m:sty m:val="p"/>
              </m:rPr>
              <m:t>+</m:t>
            </m:r>
            <m:sSup>
              <m:e>
                <m:r>
                  <m:t>z</m:t>
                </m:r>
              </m:e>
              <m:sup>
                <m:r>
                  <m:rPr>
                    <m:sty m:val="p"/>
                  </m:rPr>
                  <m:t>−</m:t>
                </m:r>
                <m:r>
                  <m:t>d</m:t>
                </m:r>
              </m:sup>
            </m:sSup>
          </m:e>
        </m:d>
        <m:r>
          <m:rPr>
            <m:sty m:val="p"/>
          </m:rPr>
          <m:t>/</m:t>
        </m:r>
        <m:r>
          <m:t>2</m:t>
        </m:r>
      </m:oMath>
      <w:r>
        <w:t xml:space="preserve"> </w:t>
      </w:r>
      <w:hyperlink w:anchor="nistdlmf">
        <w:r>
          <w:rPr>
            <w:rStyle w:val="Hyperlink"/>
          </w:rPr>
          <w:t xml:space="preserve">[NISTDLMF]</w:t>
        </w:r>
      </w:hyperlink>
      <w:r>
        <w:t xml:space="preserve">. They imply</w:t>
      </w:r>
      <w:r>
        <w:t xml:space="preserve"> </w:t>
      </w:r>
      <m:oMath>
        <m:d>
          <m:dPr>
            <m:begChr m:val="|"/>
            <m:sepChr m:val=""/>
            <m:endChr m:val="|"/>
            <m:grow/>
          </m:dPr>
          <m:e>
            <m:r>
              <m:t>p</m:t>
            </m:r>
            <m:d>
              <m:dPr>
                <m:begChr m:val="("/>
                <m:sepChr m:val=""/>
                <m:endChr m:val=")"/>
                <m:grow/>
              </m:dPr>
              <m:e>
                <m:sSub>
                  <m:e>
                    <m:r>
                      <m:t>f</m:t>
                    </m:r>
                  </m:e>
                  <m:sub>
                    <m:r>
                      <m:t>A</m:t>
                    </m:r>
                  </m:sub>
                </m:sSub>
              </m:e>
            </m:d>
          </m:e>
        </m:d>
        <m:r>
          <m:rPr>
            <m:sty m:val="p"/>
          </m:rPr>
          <m:t>≤</m:t>
        </m:r>
        <m:r>
          <m:t>1</m:t>
        </m:r>
      </m:oMath>
      <w:r>
        <w:t xml:space="preserve"> </w:t>
      </w:r>
      <w:r>
        <w:t xml:space="preserve">wherever</w:t>
      </w:r>
      <w:r>
        <w:t xml:space="preserve"> </w:t>
      </w:r>
      <m:oMath>
        <m:sSub>
          <m:e>
            <m:r>
              <m:t>f</m:t>
            </m:r>
          </m:e>
          <m:sub>
            <m:r>
              <m:t>A</m:t>
            </m:r>
          </m:sub>
        </m:sSub>
        <m:r>
          <m:rPr>
            <m:sty m:val="p"/>
          </m:rPr>
          <m:t>≥</m:t>
        </m:r>
        <m:r>
          <m:t>m</m:t>
        </m:r>
        <m:r>
          <m:rPr>
            <m:sty m:val="p"/>
          </m:rPr>
          <m:t>+</m:t>
        </m:r>
        <m:r>
          <m:t>ε</m:t>
        </m:r>
        <m:r>
          <m:rPr>
            <m:sty m:val="p"/>
          </m:rPr>
          <m:t>/</m:t>
        </m:r>
        <m:r>
          <m:t>2</m:t>
        </m:r>
      </m:oMath>
      <w:r>
        <w:t xml:space="preserve">.</w:t>
      </w:r>
    </w:p>
    <w:p>
      <w:pPr>
        <w:pStyle w:val="BodyText"/>
        <w:keepLines/>
      </w:pPr>
      <w:r>
        <w:t xml:space="preserve">On the smaller sublevel set</w:t>
      </w:r>
      <w:r>
        <w:t xml:space="preserve"> </w:t>
      </w:r>
      <m:oMath>
        <m:r>
          <m:t>G</m:t>
        </m:r>
        <m:r>
          <m:rPr>
            <m:sty m:val="p"/>
          </m:rPr>
          <m:t>=</m:t>
        </m:r>
        <m:r>
          <m:rPr>
            <m:sty m:val="p"/>
          </m:rPr>
          <m:t>{</m:t>
        </m:r>
        <m:sSub>
          <m:e>
            <m:r>
              <m:t>f</m:t>
            </m:r>
          </m:e>
          <m:sub>
            <m:r>
              <m:t>A</m:t>
            </m:r>
          </m:sub>
        </m:sSub>
        <m:r>
          <m:rPr>
            <m:sty m:val="p"/>
          </m:rPr>
          <m:t>≤</m:t>
        </m:r>
        <m:r>
          <m:t>m</m:t>
        </m:r>
        <m:r>
          <m:rPr>
            <m:sty m:val="p"/>
          </m:rPr>
          <m:t>+</m:t>
        </m:r>
        <m:r>
          <m:t>ε</m:t>
        </m:r>
        <m:r>
          <m:rPr>
            <m:sty m:val="p"/>
          </m:rPr>
          <m:t>/</m:t>
        </m:r>
        <m:r>
          <m:t>4</m:t>
        </m:r>
        <m:r>
          <m:rPr>
            <m:sty m:val="p"/>
          </m:rPr>
          <m:t>}</m:t>
        </m:r>
      </m:oMath>
      <w:r>
        <w:t xml:space="preserve">,</w:t>
      </w:r>
    </w:p>
    <w:p>
      <w:pPr>
        <w:pStyle w:val="BodyText"/>
        <w:keepLines/>
      </w:pPr>
      <m:oMathPara>
        <m:oMathParaPr>
          <m:jc m:val="center"/>
        </m:oMathParaPr>
        <m:oMath>
          <m:r>
            <m:t>ν</m:t>
          </m:r>
          <m:d>
            <m:dPr>
              <m:begChr m:val="("/>
              <m:sepChr m:val=""/>
              <m:endChr m:val=")"/>
              <m:grow/>
            </m:dPr>
            <m:e>
              <m:sSub>
                <m:e>
                  <m:r>
                    <m:t>f</m:t>
                  </m:r>
                </m:e>
                <m:sub>
                  <m:r>
                    <m:t>A</m:t>
                  </m:r>
                </m:sub>
              </m:sSub>
            </m:e>
          </m:d>
          <m:r>
            <m:rPr>
              <m:sty m:val="p"/>
            </m:rPr>
            <m:t>≤</m:t>
          </m:r>
          <m:r>
            <m:rPr>
              <m:sty m:val="p"/>
            </m:rPr>
            <m:t>−</m:t>
          </m:r>
          <m:r>
            <m:t>1</m:t>
          </m:r>
          <m:r>
            <m:rPr>
              <m:sty m:val="p"/>
            </m:rPr>
            <m:t>−</m:t>
          </m:r>
          <m:f>
            <m:fPr>
              <m:type m:val="bar"/>
            </m:fPr>
            <m:num>
              <m:r>
                <m:t>ε</m:t>
              </m:r>
            </m:num>
            <m:den>
              <m:r>
                <m:t>2</m:t>
              </m:r>
              <m:r>
                <m:t>D</m:t>
              </m:r>
            </m:den>
          </m:f>
          <m:r>
            <m:rPr>
              <m:sty m:val="p"/>
            </m:rPr>
            <m:t>≤</m:t>
          </m:r>
          <m:r>
            <m:rPr>
              <m:sty m:val="p"/>
            </m:rPr>
            <m:t>−</m:t>
          </m:r>
          <m:r>
            <m:t>1</m:t>
          </m:r>
          <m:r>
            <m:rPr>
              <m:sty m:val="p"/>
            </m:rPr>
            <m:t>−</m:t>
          </m:r>
          <m:f>
            <m:fPr>
              <m:type m:val="bar"/>
            </m:fPr>
            <m:num>
              <m:r>
                <m:t>ε</m:t>
              </m:r>
            </m:num>
            <m:den>
              <m:r>
                <m:t>4</m:t>
              </m:r>
              <m:r>
                <m:t>N</m:t>
              </m:r>
            </m:den>
          </m:f>
          <m:r>
            <m:rPr>
              <m:sty m:val="p"/>
            </m:rPr>
            <m:t>.</m:t>
          </m:r>
        </m:oMath>
      </m:oMathPara>
    </w:p>
    <w:p>
      <w:pPr>
        <w:pStyle w:val="FirstParagraph"/>
        <w:keepLines/>
      </w:pPr>
      <w:r>
        <w:t xml:space="preserve">Put</w:t>
      </w:r>
      <w:r>
        <w:t xml:space="preserve"> </w:t>
      </w:r>
      <m:oMath>
        <m:r>
          <m:t>s</m:t>
        </m:r>
        <m:r>
          <m:rPr>
            <m:sty m:val="p"/>
          </m:rPr>
          <m:t>=</m:t>
        </m:r>
        <m:r>
          <m:t>ε</m:t>
        </m:r>
        <m:r>
          <m:rPr>
            <m:sty m:val="p"/>
          </m:rPr>
          <m:t>/</m:t>
        </m:r>
        <m:d>
          <m:dPr>
            <m:begChr m:val="("/>
            <m:sepChr m:val=""/>
            <m:endChr m:val=")"/>
            <m:grow/>
          </m:dPr>
          <m:e>
            <m:r>
              <m:t>4</m:t>
            </m:r>
            <m:r>
              <m:t>N</m:t>
            </m:r>
          </m:e>
        </m:d>
      </m:oMath>
      <w:r>
        <w:t xml:space="preserve">, so</w:t>
      </w:r>
      <w:r>
        <w:t xml:space="preserve"> </w:t>
      </w:r>
      <m:oMath>
        <m:r>
          <m:t>0</m:t>
        </m:r>
        <m:r>
          <m:rPr>
            <m:sty m:val="p"/>
          </m:rPr>
          <m:t>&lt;</m:t>
        </m:r>
        <m:r>
          <m:t>s</m:t>
        </m:r>
        <m:r>
          <m:rPr>
            <m:sty m:val="p"/>
          </m:rPr>
          <m:t>≤</m:t>
        </m:r>
        <m:r>
          <m:t>1</m:t>
        </m:r>
        <m:r>
          <m:rPr>
            <m:sty m:val="p"/>
          </m:rPr>
          <m:t>/</m:t>
        </m:r>
        <m:r>
          <m:t>4</m:t>
        </m:r>
      </m:oMath>
      <w:r>
        <w:t xml:space="preserve">. Direct integration gives</w:t>
      </w:r>
    </w:p>
    <w:p>
      <w:pPr>
        <w:pStyle w:val="BodyText"/>
        <w:keepNext/>
        <w:keepLines/>
      </w:pPr>
      <m:oMathPara>
        <m:oMathParaPr>
          <m:jc m:val="center"/>
        </m:oMathParaPr>
        <m:oMath>
          <m:r>
            <m:rPr>
              <m:sty m:val="p"/>
            </m:rPr>
            <m:t>arcosh</m:t>
          </m:r>
          <m:d>
            <m:dPr>
              <m:begChr m:val="("/>
              <m:sepChr m:val=""/>
              <m:endChr m:val=")"/>
              <m:grow/>
            </m:dPr>
            <m:e>
              <m:r>
                <m:t>1</m:t>
              </m:r>
              <m:r>
                <m:rPr>
                  <m:sty m:val="p"/>
                </m:rPr>
                <m:t>+</m:t>
              </m:r>
              <m:r>
                <m:t>s</m:t>
              </m:r>
            </m:e>
          </m:d>
          <m:r>
            <m:rPr>
              <m:sty m:val="p"/>
            </m:rPr>
            <m:t>=</m:t>
          </m:r>
          <m:nary>
            <m:naryPr>
              <m:chr m:val="∫"/>
              <m:limLoc m:val="subSup"/>
              <m:subHide m:val="off"/>
              <m:supHide m:val="off"/>
            </m:naryPr>
            <m:sub>
              <m:r>
                <m:t>0</m:t>
              </m:r>
            </m:sub>
            <m:sup>
              <m:r>
                <m:t>s</m:t>
              </m:r>
            </m:sup>
            <m:e>
              <m:f>
                <m:fPr>
                  <m:type m:val="bar"/>
                </m:fPr>
                <m:num>
                  <m:r>
                    <m:t>d</m:t>
                  </m:r>
                  <m:r>
                    <m:t>v</m:t>
                  </m:r>
                </m:num>
                <m:den>
                  <m:rad>
                    <m:radPr>
                      <m:degHide m:val="on"/>
                    </m:radPr>
                    <m:deg/>
                    <m:e>
                      <m:r>
                        <m:t>v</m:t>
                      </m:r>
                      <m:d>
                        <m:dPr>
                          <m:begChr m:val="("/>
                          <m:sepChr m:val=""/>
                          <m:endChr m:val=")"/>
                          <m:grow/>
                        </m:dPr>
                        <m:e>
                          <m:r>
                            <m:t>v</m:t>
                          </m:r>
                          <m:r>
                            <m:rPr>
                              <m:sty m:val="p"/>
                            </m:rPr>
                            <m:t>+</m:t>
                          </m:r>
                          <m:r>
                            <m:t>2</m:t>
                          </m:r>
                        </m:e>
                      </m:d>
                    </m:e>
                  </m:rad>
                </m:den>
              </m:f>
            </m:e>
          </m:nary>
          <m:r>
            <m:rPr>
              <m:sty m:val="p"/>
            </m:rPr>
            <m:t>≥</m:t>
          </m:r>
          <m:f>
            <m:fPr>
              <m:type m:val="bar"/>
            </m:fPr>
            <m:num>
              <m:r>
                <m:t>2</m:t>
              </m:r>
              <m:rad>
                <m:radPr>
                  <m:degHide m:val="on"/>
                </m:radPr>
                <m:deg/>
                <m:e>
                  <m:r>
                    <m:t>s</m:t>
                  </m:r>
                </m:e>
              </m:rad>
            </m:num>
            <m:den>
              <m:rad>
                <m:radPr>
                  <m:degHide m:val="on"/>
                </m:radPr>
                <m:deg/>
                <m:e>
                  <m:r>
                    <m:t>2</m:t>
                  </m:r>
                  <m:r>
                    <m:rPr>
                      <m:sty m:val="p"/>
                    </m:rPr>
                    <m:t>+</m:t>
                  </m:r>
                  <m:r>
                    <m:t>s</m:t>
                  </m:r>
                </m:e>
              </m:rad>
            </m:den>
          </m:f>
          <m:r>
            <m:rPr>
              <m:sty m:val="p"/>
            </m:rPr>
            <m:t>≥</m:t>
          </m:r>
          <m:rad>
            <m:radPr>
              <m:degHide m:val="on"/>
            </m:radPr>
            <m:deg/>
            <m:e>
              <m:r>
                <m:t>s</m:t>
              </m:r>
            </m:e>
          </m:rad>
          <m:r>
            <m:rPr>
              <m:sty m:val="p"/>
            </m:rPr>
            <m:t>.</m:t>
          </m:r>
        </m:oMath>
      </m:oMathPara>
    </w:p>
    <w:p>
      <w:pPr>
        <w:pStyle w:val="Caption"/>
        <w:spacing w:before="0" w:after="140"/>
      </w:pPr>
      <w:r>
        <w:t xml:space="preserve">Equation (E.4)</w:t>
      </w:r>
    </w:p>
    <w:p>
      <w:pPr>
        <w:pStyle w:val="BodyText"/>
        <w:keepLines/>
      </w:pPr>
      <w:r>
        <w:t xml:space="preserve">The last inequality holds for</w:t>
      </w:r>
      <w:r>
        <w:t xml:space="preserve"> </w:t>
      </w:r>
      <m:oMath>
        <m:r>
          <m:t>s</m:t>
        </m:r>
        <m:r>
          <m:rPr>
            <m:sty m:val="p"/>
          </m:rPr>
          <m:t>≤</m:t>
        </m:r>
        <m:r>
          <m:t>2</m:t>
        </m:r>
      </m:oMath>
      <w:r>
        <w:t xml:space="preserve">, hence in the stated domain. By (E.3), on</w:t>
      </w:r>
      <w:r>
        <w:t xml:space="preserve"> </w:t>
      </w:r>
      <m:oMath>
        <m:r>
          <m:t>G</m:t>
        </m:r>
      </m:oMath>
      <w:r>
        <w:t xml:space="preserve">,</w:t>
      </w:r>
    </w:p>
    <w:p>
      <w:pPr>
        <w:pStyle w:val="BodyText"/>
        <w:keepLines/>
      </w:pPr>
      <m:oMathPara>
        <m:oMathParaPr>
          <m:jc m:val="center"/>
        </m:oMathParaPr>
        <m:oMath>
          <m:d>
            <m:dPr>
              <m:begChr m:val="|"/>
              <m:sepChr m:val=""/>
              <m:endChr m:val="|"/>
              <m:grow/>
            </m:dPr>
            <m:e>
              <m:r>
                <m:t>p</m:t>
              </m:r>
              <m:d>
                <m:dPr>
                  <m:begChr m:val="("/>
                  <m:sepChr m:val=""/>
                  <m:endChr m:val=")"/>
                  <m:grow/>
                </m:dPr>
                <m:e>
                  <m:sSub>
                    <m:e>
                      <m:r>
                        <m:t>f</m:t>
                      </m:r>
                    </m:e>
                    <m:sub>
                      <m:r>
                        <m:t>A</m:t>
                      </m:r>
                    </m:sub>
                  </m:sSub>
                </m:e>
              </m:d>
            </m:e>
          </m:d>
          <m:r>
            <m:rPr>
              <m:sty m:val="p"/>
            </m:rPr>
            <m:t>≥</m:t>
          </m:r>
          <m:f>
            <m:fPr>
              <m:type m:val="bar"/>
            </m:fPr>
            <m:num>
              <m:r>
                <m:t>1</m:t>
              </m:r>
            </m:num>
            <m:den>
              <m:r>
                <m:t>2</m:t>
              </m:r>
            </m:den>
          </m:f>
          <m:r>
            <m:rPr>
              <m:sty m:val="p"/>
            </m:rPr>
            <m:t>exp</m:t>
          </m:r>
          <m:d>
            <m:dPr>
              <m:begChr m:val="("/>
              <m:sepChr m:val=""/>
              <m:endChr m:val=")"/>
              <m:grow/>
            </m:dPr>
            <m:e>
              <m:f>
                <m:fPr>
                  <m:type m:val="bar"/>
                </m:fPr>
                <m:num>
                  <m:r>
                    <m:t>d</m:t>
                  </m:r>
                </m:num>
                <m:den>
                  <m:r>
                    <m:t>2</m:t>
                  </m:r>
                </m:den>
              </m:f>
              <m:rad>
                <m:radPr>
                  <m:degHide m:val="on"/>
                </m:radPr>
                <m:deg/>
                <m:e>
                  <m:f>
                    <m:fPr>
                      <m:type m:val="bar"/>
                    </m:fPr>
                    <m:num>
                      <m:r>
                        <m:t>ε</m:t>
                      </m:r>
                    </m:num>
                    <m:den>
                      <m:r>
                        <m:t>N</m:t>
                      </m:r>
                    </m:den>
                  </m:f>
                </m:e>
              </m:rad>
            </m:e>
          </m:d>
          <m:r>
            <m:rPr>
              <m:sty m:val="p"/>
            </m:rPr>
            <m:t>.</m:t>
          </m:r>
        </m:oMath>
      </m:oMathPara>
    </w:p>
    <w:p>
      <w:pPr>
        <w:pStyle w:val="FirstParagraph"/>
        <w:keepLines/>
      </w:pPr>
      <w:r>
        <w:t xml:space="preserve">Lemma D.1 with</w:t>
      </w:r>
      <w:r>
        <w:t xml:space="preserve"> </w:t>
      </w:r>
      <m:oMath>
        <m:r>
          <m:t>δ</m:t>
        </m:r>
        <m:r>
          <m:rPr>
            <m:sty m:val="p"/>
          </m:rPr>
          <m:t>=</m:t>
        </m:r>
        <m:r>
          <m:t>ε</m:t>
        </m:r>
        <m:r>
          <m:rPr>
            <m:sty m:val="p"/>
          </m:rPr>
          <m:t>/</m:t>
        </m:r>
        <m:r>
          <m:t>4</m:t>
        </m:r>
      </m:oMath>
      <w:r>
        <w:t xml:space="preserve"> </w:t>
      </w:r>
      <w:r>
        <w:t xml:space="preserve">yields</w:t>
      </w:r>
      <w:r>
        <w:t xml:space="preserve"> </w:t>
      </w:r>
      <m:oMath>
        <m:r>
          <m:t>μ</m:t>
        </m:r>
        <m:d>
          <m:dPr>
            <m:begChr m:val="("/>
            <m:sepChr m:val=""/>
            <m:endChr m:val=")"/>
            <m:grow/>
          </m:dPr>
          <m:e>
            <m:r>
              <m:t>G</m:t>
            </m:r>
          </m:e>
        </m:d>
        <m:r>
          <m:rPr>
            <m:sty m:val="p"/>
          </m:rPr>
          <m:t>≥</m:t>
        </m:r>
        <m:sSup>
          <m:e>
            <m:r>
              <m:t>M</m:t>
            </m:r>
          </m:e>
          <m:sup>
            <m:r>
              <m:rPr>
                <m:sty m:val="p"/>
              </m:rPr>
              <m:t>−</m:t>
            </m:r>
            <m:r>
              <m:t>N</m:t>
            </m:r>
          </m:sup>
        </m:sSup>
      </m:oMath>
      <w:r>
        <w:t xml:space="preserve">. Thus the normalization satisfies</w:t>
      </w:r>
    </w:p>
    <w:p>
      <w:pPr>
        <w:pStyle w:val="BodyText"/>
        <w:keepNext/>
        <w:keepLines/>
      </w:pPr>
      <m:oMathPara>
        <m:oMathParaPr>
          <m:jc m:val="center"/>
        </m:oMathParaPr>
        <m:oMath>
          <m:r>
            <m:t>W</m:t>
          </m:r>
          <m:box>
            <m:boxPr>
              <m:opEmu m:val="on"/>
            </m:boxPr>
            <m:e>
              <m:r>
                <m:rPr>
                  <m:sty m:val="p"/>
                </m:rPr>
                <m:t>:=</m:t>
              </m:r>
            </m:e>
          </m:box>
          <m:r>
            <m:rPr>
              <m:sty m:val="p"/>
              <m:scr m:val="double-struck"/>
            </m:rPr>
            <m:t>E</m:t>
          </m:r>
          <m:r>
            <m:t>p</m:t>
          </m:r>
          <m:sSup>
            <m:e>
              <m:d>
                <m:dPr>
                  <m:begChr m:val="("/>
                  <m:sepChr m:val=""/>
                  <m:endChr m:val=")"/>
                  <m:grow/>
                </m:dPr>
                <m:e>
                  <m:sSub>
                    <m:e>
                      <m:r>
                        <m:t>f</m:t>
                      </m:r>
                    </m:e>
                    <m:sub>
                      <m:r>
                        <m:t>A</m:t>
                      </m:r>
                    </m:sub>
                  </m:sSub>
                </m:e>
              </m:d>
            </m:e>
            <m:sup>
              <m:r>
                <m:t>2</m:t>
              </m:r>
            </m:sup>
          </m:sSup>
          <m:r>
            <m:rPr>
              <m:sty m:val="p"/>
            </m:rPr>
            <m:t>≥</m:t>
          </m:r>
          <m:f>
            <m:fPr>
              <m:type m:val="bar"/>
            </m:fPr>
            <m:num>
              <m:r>
                <m:t>1</m:t>
              </m:r>
            </m:num>
            <m:den>
              <m:r>
                <m:t>4</m:t>
              </m:r>
            </m:den>
          </m:f>
          <m:sSup>
            <m:e>
              <m:r>
                <m:t>M</m:t>
              </m:r>
            </m:e>
            <m:sup>
              <m:r>
                <m:rPr>
                  <m:sty m:val="p"/>
                </m:rPr>
                <m:t>−</m:t>
              </m:r>
              <m:r>
                <m:t>N</m:t>
              </m:r>
            </m:sup>
          </m:sSup>
          <m:r>
            <m:rPr>
              <m:sty m:val="p"/>
            </m:rPr>
            <m:t>exp</m:t>
          </m:r>
          <m:d>
            <m:dPr>
              <m:begChr m:val="("/>
              <m:sepChr m:val=""/>
              <m:endChr m:val=")"/>
              <m:grow/>
            </m:dPr>
            <m:e>
              <m:r>
                <m:t>d</m:t>
              </m:r>
              <m:rad>
                <m:radPr>
                  <m:degHide m:val="on"/>
                </m:radPr>
                <m:deg/>
                <m:e>
                  <m:f>
                    <m:fPr>
                      <m:type m:val="bar"/>
                    </m:fPr>
                    <m:num>
                      <m:r>
                        <m:t>ε</m:t>
                      </m:r>
                    </m:num>
                    <m:den>
                      <m:r>
                        <m:t>N</m:t>
                      </m:r>
                    </m:den>
                  </m:f>
                </m:e>
              </m:rad>
            </m:e>
          </m:d>
          <m:r>
            <m:rPr>
              <m:sty m:val="p"/>
            </m:rPr>
            <m:t>.</m:t>
          </m:r>
        </m:oMath>
      </m:oMathPara>
    </w:p>
    <w:p>
      <w:pPr>
        <w:pStyle w:val="Caption"/>
        <w:spacing w:before="0" w:after="140"/>
      </w:pPr>
      <w:r>
        <w:t xml:space="preserve">Equation (E.5)</w:t>
      </w:r>
    </w:p>
    <w:p>
      <w:pPr>
        <w:pStyle w:val="BodyText"/>
        <w:keepLines/>
      </w:pPr>
      <w:r>
        <w:t xml:space="preserve">On</w:t>
      </w:r>
      <w:r>
        <w:t xml:space="preserve"> </w:t>
      </w:r>
      <m:oMath>
        <m:r>
          <m:rPr>
            <m:sty m:val="p"/>
          </m:rPr>
          <m:t>{</m:t>
        </m:r>
        <m:sSub>
          <m:e>
            <m:r>
              <m:t>f</m:t>
            </m:r>
          </m:e>
          <m:sub>
            <m:r>
              <m:t>A</m:t>
            </m:r>
          </m:sub>
        </m:sSub>
        <m:r>
          <m:rPr>
            <m:sty m:val="p"/>
          </m:rPr>
          <m:t>&lt;</m:t>
        </m:r>
        <m:r>
          <m:t>m</m:t>
        </m:r>
        <m:r>
          <m:rPr>
            <m:sty m:val="p"/>
          </m:rPr>
          <m:t>+</m:t>
        </m:r>
        <m:r>
          <m:t>ε</m:t>
        </m:r>
        <m:r>
          <m:rPr>
            <m:sty m:val="p"/>
          </m:rPr>
          <m:t>/</m:t>
        </m:r>
        <m:r>
          <m:t>2</m:t>
        </m:r>
        <m:r>
          <m:rPr>
            <m:sty m:val="p"/>
          </m:rPr>
          <m:t>}</m:t>
        </m:r>
      </m:oMath>
      <w:r>
        <w:t xml:space="preserve">, the excess</w:t>
      </w:r>
      <w:r>
        <w:t xml:space="preserve"> </w:t>
      </w:r>
      <m:oMath>
        <m:sSub>
          <m:e>
            <m:r>
              <m:t>f</m:t>
            </m:r>
          </m:e>
          <m:sub>
            <m:r>
              <m:t>A</m:t>
            </m:r>
          </m:sub>
        </m:sSub>
        <m:r>
          <m:rPr>
            <m:sty m:val="p"/>
          </m:rPr>
          <m:t>−</m:t>
        </m:r>
        <m:r>
          <m:t>m</m:t>
        </m:r>
      </m:oMath>
      <w:r>
        <w:t xml:space="preserve"> </w:t>
      </w:r>
      <w:r>
        <w:t xml:space="preserve">is at most</w:t>
      </w:r>
      <w:r>
        <w:t xml:space="preserve"> </w:t>
      </w:r>
      <m:oMath>
        <m:r>
          <m:t>ε</m:t>
        </m:r>
        <m:r>
          <m:rPr>
            <m:sty m:val="p"/>
          </m:rPr>
          <m:t>/</m:t>
        </m:r>
        <m:r>
          <m:t>2</m:t>
        </m:r>
      </m:oMath>
      <w:r>
        <w:t xml:space="preserve">. On its complement,</w:t>
      </w:r>
      <w:r>
        <w:t xml:space="preserve"> </w:t>
      </w:r>
      <m:oMath>
        <m:sSub>
          <m:e>
            <m:r>
              <m:t>f</m:t>
            </m:r>
          </m:e>
          <m:sub>
            <m:r>
              <m:t>A</m:t>
            </m:r>
          </m:sub>
        </m:sSub>
        <m:r>
          <m:rPr>
            <m:sty m:val="p"/>
          </m:rPr>
          <m:t>−</m:t>
        </m:r>
        <m:r>
          <m:t>m</m:t>
        </m:r>
        <m:r>
          <m:rPr>
            <m:sty m:val="p"/>
          </m:rPr>
          <m:t>≤</m:t>
        </m:r>
        <m:r>
          <m:t>2</m:t>
        </m:r>
        <m:r>
          <m:t>N</m:t>
        </m:r>
      </m:oMath>
      <w:r>
        <w:t xml:space="preserve"> </w:t>
      </w:r>
      <w:r>
        <w:t xml:space="preserve">and</w:t>
      </w:r>
      <w:r>
        <w:t xml:space="preserve"> </w:t>
      </w:r>
      <m:oMath>
        <m:r>
          <m:t>p</m:t>
        </m:r>
        <m:sSup>
          <m:e>
            <m:d>
              <m:dPr>
                <m:begChr m:val="("/>
                <m:sepChr m:val=""/>
                <m:endChr m:val=")"/>
                <m:grow/>
              </m:dPr>
              <m:e>
                <m:sSub>
                  <m:e>
                    <m:r>
                      <m:t>f</m:t>
                    </m:r>
                  </m:e>
                  <m:sub>
                    <m:r>
                      <m:t>A</m:t>
                    </m:r>
                  </m:sub>
                </m:sSub>
              </m:e>
            </m:d>
          </m:e>
          <m:sup>
            <m:r>
              <m:t>2</m:t>
            </m:r>
          </m:sup>
        </m:sSup>
        <m:r>
          <m:rPr>
            <m:sty m:val="p"/>
          </m:rPr>
          <m:t>≤</m:t>
        </m:r>
        <m:r>
          <m:t>1</m:t>
        </m:r>
      </m:oMath>
      <w:r>
        <w:t xml:space="preserve">. Splitting this expectation gives</w:t>
      </w:r>
    </w:p>
    <w:p>
      <w:pPr>
        <w:pStyle w:val="BodyText"/>
        <w:keepLines/>
      </w:pPr>
      <m:oMathPara>
        <m:oMathParaPr>
          <m:jc m:val="center"/>
        </m:oMathParaPr>
        <m:oMath>
          <m:f>
            <m:fPr>
              <m:type m:val="bar"/>
            </m:fPr>
            <m:num>
              <m:r>
                <m:rPr>
                  <m:sty m:val="p"/>
                  <m:scr m:val="double-struck"/>
                </m:rPr>
                <m:t>E</m:t>
              </m:r>
              <m:d>
                <m:dPr>
                  <m:begChr m:val="["/>
                  <m:sepChr m:val=""/>
                  <m:endChr m:val="]"/>
                  <m:grow/>
                </m:dPr>
                <m:e>
                  <m:d>
                    <m:dPr>
                      <m:begChr m:val="("/>
                      <m:sepChr m:val=""/>
                      <m:endChr m:val=")"/>
                      <m:grow/>
                    </m:dPr>
                    <m:e>
                      <m:sSub>
                        <m:e>
                          <m:r>
                            <m:t>f</m:t>
                          </m:r>
                        </m:e>
                        <m:sub>
                          <m:r>
                            <m:t>A</m:t>
                          </m:r>
                        </m:sub>
                      </m:sSub>
                      <m:r>
                        <m:rPr>
                          <m:sty m:val="p"/>
                        </m:rPr>
                        <m:t>−</m:t>
                      </m:r>
                      <m:r>
                        <m:t>m</m:t>
                      </m:r>
                    </m:e>
                  </m:d>
                  <m:r>
                    <m:t>p</m:t>
                  </m:r>
                  <m:sSup>
                    <m:e>
                      <m:d>
                        <m:dPr>
                          <m:begChr m:val="("/>
                          <m:sepChr m:val=""/>
                          <m:endChr m:val=")"/>
                          <m:grow/>
                        </m:dPr>
                        <m:e>
                          <m:sSub>
                            <m:e>
                              <m:r>
                                <m:t>f</m:t>
                              </m:r>
                            </m:e>
                            <m:sub>
                              <m:r>
                                <m:t>A</m:t>
                              </m:r>
                            </m:sub>
                          </m:sSub>
                        </m:e>
                      </m:d>
                    </m:e>
                    <m:sup>
                      <m:r>
                        <m:t>2</m:t>
                      </m:r>
                    </m:sup>
                  </m:sSup>
                </m:e>
              </m:d>
            </m:num>
            <m:den>
              <m:r>
                <m:t>W</m:t>
              </m:r>
            </m:den>
          </m:f>
          <m:r>
            <m:rPr>
              <m:sty m:val="p"/>
            </m:rPr>
            <m:t>≤</m:t>
          </m:r>
          <m:f>
            <m:fPr>
              <m:type m:val="bar"/>
            </m:fPr>
            <m:num>
              <m:r>
                <m:t>ε</m:t>
              </m:r>
            </m:num>
            <m:den>
              <m:r>
                <m:t>2</m:t>
              </m:r>
            </m:den>
          </m:f>
          <m:r>
            <m:rPr>
              <m:sty m:val="p"/>
            </m:rPr>
            <m:t>+</m:t>
          </m:r>
          <m:f>
            <m:fPr>
              <m:type m:val="bar"/>
            </m:fPr>
            <m:num>
              <m:r>
                <m:t>2</m:t>
              </m:r>
              <m:r>
                <m:t>N</m:t>
              </m:r>
            </m:num>
            <m:den>
              <m:r>
                <m:t>W</m:t>
              </m:r>
            </m:den>
          </m:f>
          <m:r>
            <m:rPr>
              <m:sty m:val="p"/>
            </m:rPr>
            <m:t>.</m:t>
          </m:r>
        </m:oMath>
      </m:oMathPara>
    </w:p>
    <w:p>
      <w:pPr>
        <w:pStyle w:val="FirstParagraph"/>
      </w:pPr>
      <w:r>
        <w:t xml:space="preserve">The remaining term satisfies</w:t>
      </w:r>
    </w:p>
    <w:p>
      <w:pPr>
        <w:pStyle w:val="BodyText"/>
        <w:keepNext/>
        <w:keepLines/>
      </w:pPr>
      <m:oMathPara>
        <m:oMathParaPr>
          <m:jc m:val="center"/>
        </m:oMathParaPr>
        <m:oMath>
          <m:f>
            <m:fPr>
              <m:type m:val="bar"/>
            </m:fPr>
            <m:num>
              <m:r>
                <m:t>ε</m:t>
              </m:r>
            </m:num>
            <m:den>
              <m:r>
                <m:t>2</m:t>
              </m:r>
            </m:den>
          </m:f>
          <m:r>
            <m:rPr>
              <m:sty m:val="p"/>
            </m:rPr>
            <m:t>+</m:t>
          </m:r>
          <m:f>
            <m:fPr>
              <m:type m:val="bar"/>
            </m:fPr>
            <m:num>
              <m:r>
                <m:t>2</m:t>
              </m:r>
              <m:r>
                <m:t>N</m:t>
              </m:r>
            </m:num>
            <m:den>
              <m:r>
                <m:t>W</m:t>
              </m:r>
            </m:den>
          </m:f>
          <m:r>
            <m:rPr>
              <m:sty m:val="p"/>
            </m:rPr>
            <m:t>≤</m:t>
          </m:r>
          <m:f>
            <m:fPr>
              <m:type m:val="bar"/>
            </m:fPr>
            <m:num>
              <m:r>
                <m:t>ε</m:t>
              </m:r>
            </m:num>
            <m:den>
              <m:r>
                <m:t>2</m:t>
              </m:r>
            </m:den>
          </m:f>
          <m:r>
            <m:rPr>
              <m:sty m:val="p"/>
            </m:rPr>
            <m:t>+</m:t>
          </m:r>
          <m:r>
            <m:t>8</m:t>
          </m:r>
          <m:r>
            <m:t>N</m:t>
          </m:r>
          <m:sSup>
            <m:e>
              <m:r>
                <m:t>M</m:t>
              </m:r>
            </m:e>
            <m:sup>
              <m:r>
                <m:t>N</m:t>
              </m:r>
            </m:sup>
          </m:sSup>
          <m:r>
            <m:rPr>
              <m:sty m:val="p"/>
            </m:rPr>
            <m:t>exp</m:t>
          </m:r>
          <m:d>
            <m:dPr>
              <m:begChr m:val="("/>
              <m:sepChr m:val=""/>
              <m:endChr m:val=")"/>
              <m:grow/>
            </m:dPr>
            <m:e>
              <m:r>
                <m:rPr>
                  <m:sty m:val="p"/>
                </m:rPr>
                <m:t>−</m:t>
              </m:r>
              <m:r>
                <m:t>d</m:t>
              </m:r>
              <m:rad>
                <m:radPr>
                  <m:degHide m:val="on"/>
                </m:radPr>
                <m:deg/>
                <m:e>
                  <m:f>
                    <m:fPr>
                      <m:type m:val="bar"/>
                    </m:fPr>
                    <m:num>
                      <m:r>
                        <m:t>ε</m:t>
                      </m:r>
                    </m:num>
                    <m:den>
                      <m:r>
                        <m:t>N</m:t>
                      </m:r>
                    </m:den>
                  </m:f>
                </m:e>
              </m:rad>
            </m:e>
          </m:d>
          <m:r>
            <m:rPr>
              <m:sty m:val="p"/>
            </m:rPr>
            <m:t>≤</m:t>
          </m:r>
          <m:r>
            <m:t>ε</m:t>
          </m:r>
          <m:r>
            <m:rPr>
              <m:sty m:val="p"/>
            </m:rPr>
            <m:t>.</m:t>
          </m:r>
        </m:oMath>
      </m:oMathPara>
    </w:p>
    <w:p>
      <w:pPr>
        <w:pStyle w:val="Caption"/>
        <w:spacing w:before="0" w:after="140"/>
      </w:pPr>
      <w:r>
        <w:t xml:space="preserve">Equation (E.6)</w:t>
      </w:r>
    </w:p>
    <w:p>
      <w:pPr>
        <w:pStyle w:val="BodyText"/>
        <w:keepLines/>
      </w:pPr>
      <w:r>
        <w:t xml:space="preserve">The final inequality is precisely the degree condition (E.1). The quotient for this admissible</w:t>
      </w:r>
      <w:r>
        <w:t xml:space="preserve"> </w:t>
      </w:r>
      <m:oMath>
        <m:r>
          <m:t>p</m:t>
        </m:r>
      </m:oMath>
      <w:r>
        <w:t xml:space="preserve"> </w:t>
      </w:r>
      <w:r>
        <w:t xml:space="preserve">is at most</w:t>
      </w:r>
      <w:r>
        <w:t xml:space="preserve"> </w:t>
      </w:r>
      <m:oMath>
        <m:r>
          <m:t>m</m:t>
        </m:r>
        <m:r>
          <m:rPr>
            <m:sty m:val="p"/>
          </m:rPr>
          <m:t>+</m:t>
        </m:r>
        <m:r>
          <m:t>ε</m:t>
        </m:r>
      </m:oMath>
      <w:r>
        <w:t xml:space="preserve">, so the optimized value satisfies</w:t>
      </w:r>
      <w:r>
        <w:t xml:space="preserve"> </w:t>
      </w:r>
      <m:oMath>
        <m:sSub>
          <m:e>
            <m:r>
              <m:t>B</m:t>
            </m:r>
          </m:e>
          <m:sub>
            <m:r>
              <m:t>d</m:t>
            </m:r>
          </m:sub>
        </m:sSub>
        <m:r>
          <m:rPr>
            <m:sty m:val="p"/>
          </m:rPr>
          <m:t>≥</m:t>
        </m:r>
        <m:r>
          <m:t>K</m:t>
        </m:r>
        <m:r>
          <m:rPr>
            <m:sty m:val="p"/>
          </m:rPr>
          <m:t>−</m:t>
        </m:r>
        <m:r>
          <m:t>ε</m:t>
        </m:r>
      </m:oMath>
      <w:r>
        <w:t xml:space="preserve">. Its opposite bound follows from Proposition C.1.</w:t>
      </w:r>
      <w:r>
        <w:t xml:space="preserve"> </w:t>
      </w:r>
      <m:oMath>
        <m:r>
          <m:rPr>
            <m:sty m:val="p"/>
          </m:rPr>
          <m:t>▫</m:t>
        </m:r>
      </m:oMath>
    </w:p>
    <w:bookmarkStart w:id="99" w:name="Xcb08463d3ec479a520480a0523d73a4fb021f8b"/>
    <w:p>
      <w:pPr>
        <w:pStyle w:val="Heading3"/>
      </w:pPr>
      <w:r>
        <w:t xml:space="preserve">E.1. Why the proof is not a circular algorithm</w:t>
      </w:r>
    </w:p>
    <w:p>
      <w:pPr>
        <w:pStyle w:val="FirstParagraph"/>
        <w:keepLines/>
      </w:pPr>
      <w:r>
        <w:t xml:space="preserve">The comparison polynomial used in the proof contains the unknown minimum</w:t>
      </w:r>
      <w:r>
        <w:t xml:space="preserve"> </w:t>
      </w:r>
      <m:oMath>
        <m:r>
          <m:t>m</m:t>
        </m:r>
      </m:oMath>
      <w:r>
        <w:t xml:space="preserve">. It proves</w:t>
      </w:r>
      <w:r>
        <w:t xml:space="preserve"> </w:t>
      </w:r>
      <w:r>
        <w:rPr>
          <w:iCs/>
          <w:i/>
        </w:rPr>
        <w:t xml:space="preserve">existence</w:t>
      </w:r>
      <w:r>
        <w:t xml:space="preserve"> </w:t>
      </w:r>
      <w:r>
        <w:t xml:space="preserve">of a polynomial in the admissible space with the required quotient. Computing</w:t>
      </w:r>
      <w:r>
        <w:t xml:space="preserve"> </w:t>
      </w:r>
      <m:oMath>
        <m:sSub>
          <m:e>
            <m:r>
              <m:t>B</m:t>
            </m:r>
          </m:e>
          <m:sub>
            <m:r>
              <m:t>d</m:t>
            </m:r>
          </m:sub>
        </m:sSub>
      </m:oMath>
      <w:r>
        <w:t xml:space="preserve"> </w:t>
      </w:r>
      <w:r>
        <w:t xml:space="preserve">means optimizing over that whole space through the matrices</w:t>
      </w:r>
      <w:r>
        <w:t xml:space="preserve"> </w:t>
      </w:r>
      <m:oMath>
        <m:sSub>
          <m:e>
            <m:r>
              <m:t>F</m:t>
            </m:r>
          </m:e>
          <m:sub>
            <m:r>
              <m:t>d</m:t>
            </m:r>
          </m:sub>
        </m:sSub>
        <m:r>
          <m:rPr>
            <m:sty m:val="p"/>
          </m:rPr>
          <m:t>,</m:t>
        </m:r>
        <m:sSub>
          <m:e>
            <m:r>
              <m:t>H</m:t>
            </m:r>
          </m:e>
          <m:sub>
            <m:r>
              <m:t>d</m:t>
            </m:r>
          </m:sub>
        </m:sSub>
      </m:oMath>
      <w:r>
        <w:t xml:space="preserve">, whose entries are the exact counts (C.1); its definition does not require</w:t>
      </w:r>
      <w:r>
        <w:t xml:space="preserve"> </w:t>
      </w:r>
      <m:oMath>
        <m:r>
          <m:t>m</m:t>
        </m:r>
      </m:oMath>
      <w:r>
        <w:t xml:space="preserve">. The proof does not claim an explicit list of optimal coefficients without performing that optimization.</w:t>
      </w:r>
    </w:p>
    <w:p>
      <w:pPr>
        <w:pStyle w:val="BodyText"/>
        <w:keepLines/>
      </w:pPr>
      <w:r>
        <w:t xml:space="preserve">The matrix dimension is</w:t>
      </w:r>
      <w:r>
        <w:t xml:space="preserve"> </w:t>
      </w:r>
      <m:oMath>
        <m:r>
          <m:t>d</m:t>
        </m:r>
        <m:r>
          <m:rPr>
            <m:sty m:val="p"/>
          </m:rPr>
          <m:t>+</m:t>
        </m:r>
        <m:r>
          <m:t>1</m:t>
        </m:r>
      </m:oMath>
      <w:r>
        <w:t xml:space="preserve">, but a small dimension alone does not imply a low total cost. Moment enumeration, large integer sizes, conditioning, and exact eigenvalue certification all remain relevant. No large matrix at the worst-case sufficient degree was evaluated merely by proving this theorem.</w:t>
      </w:r>
    </w:p>
    <w:bookmarkEnd w:id="99"/>
    <w:bookmarkStart w:id="100" w:name="Xc708c82418ae8eae72dbf6ec5aefa359af5ce16"/>
    <w:p>
      <w:pPr>
        <w:pStyle w:val="Heading3"/>
      </w:pPr>
      <w:r>
        <w:t xml:space="preserve">E.2. A completely rational sufficient certificate</w:t>
      </w:r>
    </w:p>
    <w:p>
      <w:pPr>
        <w:pStyle w:val="FirstParagraph"/>
        <w:keepLines/>
      </w:pPr>
      <w:r>
        <w:t xml:space="preserve">For a rational</w:t>
      </w:r>
      <w:r>
        <w:t xml:space="preserve"> </w:t>
      </w:r>
      <m:oMath>
        <m:r>
          <m:t>ε</m:t>
        </m:r>
        <m:r>
          <m:rPr>
            <m:sty m:val="p"/>
          </m:rPr>
          <m:t>&gt;</m:t>
        </m:r>
        <m:r>
          <m:t>0</m:t>
        </m:r>
      </m:oMath>
      <w:r>
        <w:t xml:space="preserve">, no rounded logarithm, square root, or value of</w:t>
      </w:r>
      <w:r>
        <w:t xml:space="preserve"> </w:t>
      </w:r>
      <m:oMath>
        <m:r>
          <m:t>π</m:t>
        </m:r>
      </m:oMath>
      <w:r>
        <w:t xml:space="preserve"> </w:t>
      </w:r>
      <w:r>
        <w:t xml:space="preserve">is necessary to certify a sufficient degree. Choose</w:t>
      </w:r>
    </w:p>
    <w:p>
      <w:pPr>
        <w:pStyle w:val="BodyText"/>
        <w:keepLines/>
      </w:pPr>
      <m:oMathPara>
        <m:oMathParaPr>
          <m:jc m:val="center"/>
        </m:oMathParaPr>
        <m:oMath>
          <m:sSub>
            <m:e>
              <m:r>
                <m:t>M</m:t>
              </m:r>
            </m:e>
            <m:sub>
              <m:r>
                <m:t>0</m:t>
              </m:r>
            </m:sub>
          </m:sSub>
          <m:r>
            <m:rPr>
              <m:sty m:val="p"/>
            </m:rPr>
            <m:t>,</m:t>
          </m:r>
          <m:sSub>
            <m:e>
              <m:r>
                <m:t>s</m:t>
              </m:r>
            </m:e>
            <m:sub>
              <m:r>
                <m:t>0</m:t>
              </m:r>
            </m:sub>
          </m:sSub>
          <m:r>
            <m:rPr>
              <m:sty m:val="p"/>
            </m:rPr>
            <m:t>∈</m:t>
          </m:r>
          <m:sSub>
            <m:e>
              <m:r>
                <m:rPr>
                  <m:sty m:val="p"/>
                  <m:scr m:val="double-struck"/>
                </m:rPr>
                <m:t>Z</m:t>
              </m:r>
            </m:e>
            <m:sub>
              <m:r>
                <m:rPr>
                  <m:sty m:val="p"/>
                </m:rPr>
                <m:t>&gt;</m:t>
              </m:r>
              <m:r>
                <m:t>0</m:t>
              </m:r>
            </m:sub>
          </m:sSub>
          <m:r>
            <m:rPr>
              <m:sty m:val="p"/>
            </m:rPr>
            <m:t>,</m:t>
          </m:r>
          <m:r>
            <m:t>  </m:t>
          </m:r>
          <m:r>
            <m:t>q</m:t>
          </m:r>
          <m:r>
            <m:rPr>
              <m:sty m:val="p"/>
            </m:rPr>
            <m:t>,</m:t>
          </m:r>
          <m:r>
            <m:t>r</m:t>
          </m:r>
          <m:r>
            <m:rPr>
              <m:sty m:val="p"/>
            </m:rPr>
            <m:t>∈</m:t>
          </m:r>
          <m:sSub>
            <m:e>
              <m:r>
                <m:rPr>
                  <m:sty m:val="p"/>
                  <m:scr m:val="double-struck"/>
                </m:rPr>
                <m:t>Z</m:t>
              </m:r>
            </m:e>
            <m:sub>
              <m:r>
                <m:rPr>
                  <m:sty m:val="p"/>
                </m:rPr>
                <m:t>≥</m:t>
              </m:r>
              <m:r>
                <m:t>0</m:t>
              </m:r>
            </m:sub>
          </m:sSub>
          <m:r>
            <m:rPr>
              <m:sty m:val="p"/>
            </m:rPr>
            <m:t>,</m:t>
          </m:r>
        </m:oMath>
      </m:oMathPara>
    </w:p>
    <w:p>
      <w:pPr>
        <w:pStyle w:val="FirstParagraph"/>
      </w:pPr>
      <w:r>
        <w:t xml:space="preserve">such that</w:t>
      </w:r>
    </w:p>
    <w:p>
      <w:pPr>
        <w:pStyle w:val="BodyText"/>
        <w:keepNext/>
        <w:keepLines/>
      </w:pPr>
      <m:oMathPara>
        <m:oMathParaPr>
          <m:jc m:val="center"/>
        </m:oMathParaPr>
        <m:oMath>
          <m:sSub>
            <m:e>
              <m:r>
                <m:t>M</m:t>
              </m:r>
            </m:e>
            <m:sub>
              <m:r>
                <m:t>0</m:t>
              </m:r>
            </m:sub>
          </m:sSub>
          <m:r>
            <m:t>ε</m:t>
          </m:r>
          <m:r>
            <m:rPr>
              <m:sty m:val="p"/>
            </m:rPr>
            <m:t>≥</m:t>
          </m:r>
          <m:r>
            <m:t>32</m:t>
          </m:r>
          <m:r>
            <m:t>N</m:t>
          </m:r>
          <m:r>
            <m:rPr>
              <m:sty m:val="p"/>
            </m:rPr>
            <m:t>,</m:t>
          </m:r>
          <m:r>
            <m:t> </m:t>
          </m:r>
          <m:sSubSup>
            <m:e>
              <m:r>
                <m:t>s</m:t>
              </m:r>
            </m:e>
            <m:sub>
              <m:r>
                <m:t>0</m:t>
              </m:r>
            </m:sub>
            <m:sup>
              <m:r>
                <m:t>2</m:t>
              </m:r>
            </m:sup>
          </m:sSubSup>
          <m:r>
            <m:t>ε</m:t>
          </m:r>
          <m:r>
            <m:rPr>
              <m:sty m:val="p"/>
            </m:rPr>
            <m:t>≥</m:t>
          </m:r>
          <m:r>
            <m:t>N</m:t>
          </m:r>
          <m:r>
            <m:rPr>
              <m:sty m:val="p"/>
            </m:rPr>
            <m:t>,</m:t>
          </m:r>
          <m:r>
            <m:t> </m:t>
          </m:r>
          <m:sSup>
            <m:e>
              <m:r>
                <m:t>2</m:t>
              </m:r>
            </m:e>
            <m:sup>
              <m:r>
                <m:t>q</m:t>
              </m:r>
            </m:sup>
          </m:sSup>
          <m:r>
            <m:rPr>
              <m:sty m:val="p"/>
            </m:rPr>
            <m:t>≥</m:t>
          </m:r>
          <m:sSub>
            <m:e>
              <m:r>
                <m:t>M</m:t>
              </m:r>
            </m:e>
            <m:sub>
              <m:r>
                <m:t>0</m:t>
              </m:r>
            </m:sub>
          </m:sSub>
          <m:r>
            <m:rPr>
              <m:sty m:val="p"/>
            </m:rPr>
            <m:t>,</m:t>
          </m:r>
          <m:r>
            <m:t> </m:t>
          </m:r>
          <m:sSup>
            <m:e>
              <m:r>
                <m:t>2</m:t>
              </m:r>
            </m:e>
            <m:sup>
              <m:r>
                <m:t>r</m:t>
              </m:r>
            </m:sup>
          </m:sSup>
          <m:r>
            <m:t>ε</m:t>
          </m:r>
          <m:r>
            <m:rPr>
              <m:sty m:val="p"/>
            </m:rPr>
            <m:t>≥</m:t>
          </m:r>
          <m:r>
            <m:t>16</m:t>
          </m:r>
          <m:r>
            <m:t>N</m:t>
          </m:r>
          <m:r>
            <m:rPr>
              <m:sty m:val="p"/>
            </m:rPr>
            <m:t>.</m:t>
          </m:r>
        </m:oMath>
      </m:oMathPara>
    </w:p>
    <w:p>
      <w:pPr>
        <w:pStyle w:val="Caption"/>
        <w:spacing w:before="0" w:after="140"/>
      </w:pPr>
      <w:r>
        <w:t xml:space="preserve">Equation (E.7)</w:t>
      </w:r>
    </w:p>
    <w:p>
      <w:pPr>
        <w:pStyle w:val="BodyText"/>
      </w:pPr>
      <w:r>
        <w:t xml:space="preserve">Then</w:t>
      </w:r>
    </w:p>
    <w:p>
      <w:pPr>
        <w:pStyle w:val="BodyText"/>
        <w:keepNext/>
        <w:keepLines/>
      </w:pPr>
      <m:oMathPara>
        <m:oMathParaPr>
          <m:jc m:val="center"/>
        </m:oMathParaPr>
        <m:oMath>
          <m:sSub>
            <m:e>
              <m:r>
                <m:t>d</m:t>
              </m:r>
            </m:e>
            <m:sub>
              <m:r>
                <m:t>0</m:t>
              </m:r>
            </m:sub>
          </m:sSub>
          <m:r>
            <m:rPr>
              <m:sty m:val="p"/>
            </m:rPr>
            <m:t>=</m:t>
          </m:r>
          <m:sSub>
            <m:e>
              <m:r>
                <m:t>s</m:t>
              </m:r>
            </m:e>
            <m:sub>
              <m:r>
                <m:t>0</m:t>
              </m:r>
            </m:sub>
          </m:sSub>
          <m:d>
            <m:dPr>
              <m:begChr m:val="("/>
              <m:sepChr m:val=""/>
              <m:endChr m:val=")"/>
              <m:grow/>
            </m:dPr>
            <m:e>
              <m:r>
                <m:t>N</m:t>
              </m:r>
              <m:r>
                <m:t>q</m:t>
              </m:r>
              <m:r>
                <m:rPr>
                  <m:sty m:val="p"/>
                </m:rPr>
                <m:t>+</m:t>
              </m:r>
              <m:r>
                <m:t>r</m:t>
              </m:r>
            </m:e>
          </m:d>
        </m:oMath>
      </m:oMathPara>
    </w:p>
    <w:p>
      <w:pPr>
        <w:pStyle w:val="Caption"/>
        <w:spacing w:before="0" w:after="140"/>
      </w:pPr>
      <w:r>
        <w:t xml:space="preserve">Equation (E.8)</w:t>
      </w:r>
    </w:p>
    <w:p>
      <w:pPr>
        <w:pStyle w:val="BodyText"/>
        <w:keepLines/>
      </w:pPr>
      <w:r>
        <w:t xml:space="preserve">is sufficient for (E.2). Indeed,</w:t>
      </w:r>
      <w:r>
        <w:t xml:space="preserve"> </w:t>
      </w:r>
      <m:oMath>
        <m:r>
          <m:t>π</m:t>
        </m:r>
        <m:r>
          <m:rPr>
            <m:sty m:val="p"/>
          </m:rPr>
          <m:t>&lt;</m:t>
        </m:r>
        <m:r>
          <m:t>4</m:t>
        </m:r>
      </m:oMath>
      <w:r>
        <w:t xml:space="preserve"> </w:t>
      </w:r>
      <w:r>
        <w:t xml:space="preserve">makes</w:t>
      </w:r>
      <w:r>
        <w:t xml:space="preserve"> </w:t>
      </w:r>
      <m:oMath>
        <m:sSub>
          <m:e>
            <m:r>
              <m:t>M</m:t>
            </m:r>
          </m:e>
          <m:sub>
            <m:r>
              <m:t>0</m:t>
            </m:r>
          </m:sub>
        </m:sSub>
      </m:oMath>
      <w:r>
        <w:t xml:space="preserve"> </w:t>
      </w:r>
      <w:r>
        <w:t xml:space="preserve">a permitted choice in the phase-mass estimate, and positivity of</w:t>
      </w:r>
      <w:r>
        <w:t xml:space="preserve"> </w:t>
      </w:r>
      <m:oMath>
        <m:sSub>
          <m:e>
            <m:r>
              <m:t>s</m:t>
            </m:r>
          </m:e>
          <m:sub>
            <m:r>
              <m:t>0</m:t>
            </m:r>
          </m:sub>
        </m:sSub>
      </m:oMath>
      <w:r>
        <w:t xml:space="preserve"> </w:t>
      </w:r>
      <w:r>
        <w:t xml:space="preserve">gives</w:t>
      </w:r>
    </w:p>
    <w:p>
      <w:pPr>
        <w:pStyle w:val="BodyText"/>
        <w:keepLines/>
      </w:pPr>
      <m:oMathPara>
        <m:oMathParaPr>
          <m:jc m:val="center"/>
        </m:oMathParaPr>
        <m:oMath>
          <m:sSub>
            <m:e>
              <m:r>
                <m:t>d</m:t>
              </m:r>
            </m:e>
            <m:sub>
              <m:r>
                <m:t>0</m:t>
              </m:r>
            </m:sub>
          </m:sSub>
          <m:rad>
            <m:radPr>
              <m:degHide m:val="on"/>
            </m:radPr>
            <m:deg/>
            <m:e>
              <m:r>
                <m:t>ε</m:t>
              </m:r>
              <m:r>
                <m:rPr>
                  <m:sty m:val="p"/>
                </m:rPr>
                <m:t>/</m:t>
              </m:r>
              <m:r>
                <m:t>N</m:t>
              </m:r>
            </m:e>
          </m:rad>
          <m:r>
            <m:rPr>
              <m:sty m:val="p"/>
            </m:rPr>
            <m:t>≥</m:t>
          </m:r>
          <m:r>
            <m:t>N</m:t>
          </m:r>
          <m:r>
            <m:t>q</m:t>
          </m:r>
          <m:r>
            <m:rPr>
              <m:sty m:val="p"/>
            </m:rPr>
            <m:t>+</m:t>
          </m:r>
          <m:r>
            <m:t>r</m:t>
          </m:r>
          <m:r>
            <m:rPr>
              <m:sty m:val="p"/>
            </m:rPr>
            <m:t>.</m:t>
          </m:r>
        </m:oMath>
      </m:oMathPara>
    </w:p>
    <w:p>
      <w:pPr>
        <w:pStyle w:val="FirstParagraph"/>
      </w:pPr>
      <w:r>
        <w:t xml:space="preserve">Furthermore,</w:t>
      </w:r>
    </w:p>
    <w:p>
      <w:pPr>
        <w:pStyle w:val="BodyText"/>
        <w:keepLines/>
      </w:pPr>
      <m:oMathPara>
        <m:oMathParaPr>
          <m:jc m:val="center"/>
        </m:oMathParaPr>
        <m:oMath>
          <m:sSup>
            <m:e>
              <m:r>
                <m:t>e</m:t>
              </m:r>
            </m:e>
            <m:sup>
              <m:r>
                <m:t>N</m:t>
              </m:r>
              <m:r>
                <m:t>q</m:t>
              </m:r>
              <m:r>
                <m:rPr>
                  <m:sty m:val="p"/>
                </m:rPr>
                <m:t>+</m:t>
              </m:r>
              <m:r>
                <m:t>r</m:t>
              </m:r>
            </m:sup>
          </m:sSup>
          <m:r>
            <m:rPr>
              <m:sty m:val="p"/>
            </m:rPr>
            <m:t>≥</m:t>
          </m:r>
          <m:sSup>
            <m:e>
              <m:r>
                <m:t>2</m:t>
              </m:r>
            </m:e>
            <m:sup>
              <m:r>
                <m:t>N</m:t>
              </m:r>
              <m:r>
                <m:t>q</m:t>
              </m:r>
              <m:r>
                <m:rPr>
                  <m:sty m:val="p"/>
                </m:rPr>
                <m:t>+</m:t>
              </m:r>
              <m:r>
                <m:t>r</m:t>
              </m:r>
            </m:sup>
          </m:sSup>
          <m:r>
            <m:rPr>
              <m:sty m:val="p"/>
            </m:rPr>
            <m:t>≥</m:t>
          </m:r>
          <m:sSubSup>
            <m:e>
              <m:r>
                <m:t>M</m:t>
              </m:r>
            </m:e>
            <m:sub>
              <m:r>
                <m:t>0</m:t>
              </m:r>
            </m:sub>
            <m:sup>
              <m:r>
                <m:t>N</m:t>
              </m:r>
            </m:sup>
          </m:sSubSup>
          <m:f>
            <m:fPr>
              <m:type m:val="bar"/>
            </m:fPr>
            <m:num>
              <m:r>
                <m:t>16</m:t>
              </m:r>
              <m:r>
                <m:t>N</m:t>
              </m:r>
            </m:num>
            <m:den>
              <m:r>
                <m:t>ε</m:t>
              </m:r>
            </m:den>
          </m:f>
          <m:r>
            <m:rPr>
              <m:sty m:val="p"/>
            </m:rPr>
            <m:t>.</m:t>
          </m:r>
        </m:oMath>
      </m:oMathPara>
    </w:p>
    <w:p>
      <w:pPr>
        <w:pStyle w:val="FirstParagraph"/>
        <w:keepLines/>
      </w:pPr>
      <w:r>
        <w:t xml:space="preserve">Substitution into (E.6) proves the claim. The requirement</w:t>
      </w:r>
      <w:r>
        <w:t xml:space="preserve"> </w:t>
      </w:r>
      <m:oMath>
        <m:sSub>
          <m:e>
            <m:r>
              <m:t>s</m:t>
            </m:r>
          </m:e>
          <m:sub>
            <m:r>
              <m:t>0</m:t>
            </m:r>
          </m:sub>
        </m:sSub>
        <m:r>
          <m:rPr>
            <m:sty m:val="p"/>
          </m:rPr>
          <m:t>&gt;</m:t>
        </m:r>
        <m:r>
          <m:t>0</m:t>
        </m:r>
      </m:oMath>
      <w:r>
        <w:t xml:space="preserve"> </w:t>
      </w:r>
      <w:r>
        <w:t xml:space="preserve">is essential; the squared inequality by itself would allow a negative integer and would not imply the needed inequality for the exponent.</w:t>
      </w:r>
    </w:p>
    <w:bookmarkEnd w:id="100"/>
    <w:bookmarkStart w:id="101" w:name="X5bdf886cd42a6ba5e3cbc27250fee7031894a49"/>
    <w:p>
      <w:pPr>
        <w:pStyle w:val="Heading3"/>
      </w:pPr>
      <w:r>
        <w:t xml:space="preserve">E.3. Comparison with the elementary power filter</w:t>
      </w:r>
    </w:p>
    <w:p>
      <w:pPr>
        <w:pStyle w:val="FirstParagraph"/>
        <w:keepLines/>
      </w:pPr>
      <w:r>
        <w:t xml:space="preserve">For</w:t>
      </w:r>
      <w:r>
        <w:t xml:space="preserve"> </w:t>
      </w:r>
      <m:oMath>
        <m:r>
          <m:t>0</m:t>
        </m:r>
        <m:r>
          <m:rPr>
            <m:sty m:val="p"/>
          </m:rPr>
          <m:t>&lt;</m:t>
        </m:r>
        <m:r>
          <m:t>ε</m:t>
        </m:r>
        <m:r>
          <m:rPr>
            <m:sty m:val="p"/>
          </m:rPr>
          <m:t>≤</m:t>
        </m:r>
        <m:r>
          <m:t>1</m:t>
        </m:r>
      </m:oMath>
      <w:r>
        <w:t xml:space="preserve">, the earlier choice</w:t>
      </w:r>
      <w:r>
        <w:t xml:space="preserve"> </w:t>
      </w:r>
      <m:oMath>
        <m:r>
          <m:t>p</m:t>
        </m:r>
        <m:d>
          <m:dPr>
            <m:begChr m:val="("/>
            <m:sepChr m:val=""/>
            <m:endChr m:val=")"/>
            <m:grow/>
          </m:dPr>
          <m:e>
            <m:r>
              <m:t>t</m:t>
            </m:r>
          </m:e>
        </m:d>
        <m:r>
          <m:rPr>
            <m:sty m:val="p"/>
          </m:rPr>
          <m:t>=</m:t>
        </m:r>
        <m:sSup>
          <m:e>
            <m:d>
              <m:dPr>
                <m:begChr m:val="("/>
                <m:sepChr m:val=""/>
                <m:endChr m:val=")"/>
                <m:grow/>
              </m:dPr>
              <m:e>
                <m:r>
                  <m:t>N</m:t>
                </m:r>
                <m:r>
                  <m:rPr>
                    <m:sty m:val="p"/>
                  </m:rPr>
                  <m:t>−</m:t>
                </m:r>
                <m:r>
                  <m:t>t</m:t>
                </m:r>
              </m:e>
            </m:d>
          </m:e>
          <m:sup>
            <m:r>
              <m:t>d</m:t>
            </m:r>
          </m:sup>
        </m:sSup>
      </m:oMath>
      <w:r>
        <w:t xml:space="preserve"> </w:t>
      </w:r>
      <w:r>
        <w:t xml:space="preserve">gives the sufficient degree</w:t>
      </w:r>
    </w:p>
    <w:p>
      <w:pPr>
        <w:pStyle w:val="BodyText"/>
        <w:keepNext/>
        <w:keepLines/>
      </w:pPr>
      <m:oMathPara>
        <m:oMathParaPr>
          <m:jc m:val="center"/>
        </m:oMathParaPr>
        <m:oMath>
          <m:r>
            <m:t>d</m:t>
          </m:r>
          <m:r>
            <m:rPr>
              <m:sty m:val="p"/>
            </m:rPr>
            <m:t>≥</m:t>
          </m:r>
          <m:d>
            <m:dPr>
              <m:begChr m:val="⌈"/>
              <m:sepChr m:val=""/>
              <m:endChr m:val="⌉"/>
              <m:grow/>
            </m:dPr>
            <m:e>
              <m:f>
                <m:fPr>
                  <m:type m:val="bar"/>
                </m:fPr>
                <m:num>
                  <m:r>
                    <m:t>2</m:t>
                  </m:r>
                  <m:sSup>
                    <m:e>
                      <m:r>
                        <m:t>N</m:t>
                      </m:r>
                    </m:e>
                    <m:sup>
                      <m:r>
                        <m:t>2</m:t>
                      </m:r>
                    </m:sup>
                  </m:sSup>
                </m:num>
                <m:den>
                  <m:r>
                    <m:t>ε</m:t>
                  </m:r>
                </m:den>
              </m:f>
              <m:r>
                <m:rPr>
                  <m:sty m:val="p"/>
                </m:rPr>
                <m:t>log</m:t>
              </m:r>
              <m:d>
                <m:dPr>
                  <m:begChr m:val="⌈"/>
                  <m:sepChr m:val=""/>
                  <m:endChr m:val="⌉"/>
                  <m:grow/>
                </m:dPr>
                <m:e>
                  <m:f>
                    <m:fPr>
                      <m:type m:val="bar"/>
                    </m:fPr>
                    <m:num>
                      <m:r>
                        <m:t>4</m:t>
                      </m:r>
                      <m:r>
                        <m:t>π</m:t>
                      </m:r>
                      <m:r>
                        <m:t>N</m:t>
                      </m:r>
                    </m:num>
                    <m:den>
                      <m:r>
                        <m:t>ε</m:t>
                      </m:r>
                    </m:den>
                  </m:f>
                </m:e>
              </m:d>
            </m:e>
          </m:d>
          <m:r>
            <m:rPr>
              <m:sty m:val="p"/>
            </m:rPr>
            <m:t>.</m:t>
          </m:r>
        </m:oMath>
      </m:oMathPara>
    </w:p>
    <w:p>
      <w:pPr>
        <w:pStyle w:val="Caption"/>
        <w:spacing w:before="0" w:after="140"/>
      </w:pPr>
      <w:r>
        <w:t xml:space="preserve">Equation (E.9)</w:t>
      </w:r>
    </w:p>
    <w:p>
      <w:pPr>
        <w:pStyle w:val="BodyText"/>
        <w:keepLines/>
      </w:pPr>
      <w:r>
        <w:t xml:space="preserve">Here is a short derivation. Let</w:t>
      </w:r>
      <w:r>
        <w:t xml:space="preserve"> </w:t>
      </w:r>
      <m:oMath>
        <m:r>
          <m:t>g</m:t>
        </m:r>
        <m:r>
          <m:rPr>
            <m:sty m:val="p"/>
          </m:rPr>
          <m:t>=</m:t>
        </m:r>
        <m:r>
          <m:t>N</m:t>
        </m:r>
        <m:r>
          <m:rPr>
            <m:sty m:val="p"/>
          </m:rPr>
          <m:t>−</m:t>
        </m:r>
        <m:sSub>
          <m:e>
            <m:r>
              <m:t>f</m:t>
            </m:r>
          </m:e>
          <m:sub>
            <m:r>
              <m:t>A</m:t>
            </m:r>
          </m:sub>
        </m:sSub>
      </m:oMath>
      <w:r>
        <w:t xml:space="preserve">,</w:t>
      </w:r>
      <w:r>
        <w:t xml:space="preserve"> </w:t>
      </w:r>
      <m:oMath>
        <m:r>
          <m:t>G</m:t>
        </m:r>
        <m:r>
          <m:rPr>
            <m:sty m:val="p"/>
          </m:rPr>
          <m:t>=</m:t>
        </m:r>
        <m:r>
          <m:rPr>
            <m:sty m:val="p"/>
          </m:rPr>
          <m:t>max</m:t>
        </m:r>
        <m:r>
          <m:t>g</m:t>
        </m:r>
        <m:r>
          <m:rPr>
            <m:sty m:val="p"/>
          </m:rPr>
          <m:t>=</m:t>
        </m:r>
        <m:r>
          <m:t>N</m:t>
        </m:r>
        <m:r>
          <m:rPr>
            <m:sty m:val="p"/>
          </m:rPr>
          <m:t>+</m:t>
        </m:r>
        <m:r>
          <m:t>K</m:t>
        </m:r>
      </m:oMath>
      <w:r>
        <w:t xml:space="preserve">, and</w:t>
      </w:r>
      <w:r>
        <w:t xml:space="preserve"> </w:t>
      </w:r>
      <m:oMath>
        <m:sSub>
          <m:e>
            <m:r>
              <m:t>r</m:t>
            </m:r>
          </m:e>
          <m:sub>
            <m:r>
              <m:t>0</m:t>
            </m:r>
          </m:sub>
        </m:sSub>
        <m:r>
          <m:rPr>
            <m:sty m:val="p"/>
          </m:rPr>
          <m:t>=</m:t>
        </m:r>
        <m:r>
          <m:t>2</m:t>
        </m:r>
        <m:r>
          <m:t>d</m:t>
        </m:r>
      </m:oMath>
      <w:r>
        <w:t xml:space="preserve">. Lemma D.1 gives</w:t>
      </w:r>
    </w:p>
    <w:p>
      <w:pPr>
        <w:pStyle w:val="BodyText"/>
        <w:keepLines/>
      </w:pPr>
      <m:oMathPara>
        <m:oMathParaPr>
          <m:jc m:val="center"/>
        </m:oMathParaPr>
        <m:oMath>
          <m:r>
            <m:rPr>
              <m:sty m:val="p"/>
            </m:rPr>
            <m:t>∥</m:t>
          </m:r>
          <m:r>
            <m:t>g</m:t>
          </m:r>
          <m:sSub>
            <m:e>
              <m:r>
                <m:rPr>
                  <m:sty m:val="p"/>
                </m:rPr>
                <m:t>∥</m:t>
              </m:r>
            </m:e>
            <m:sub>
              <m:sSub>
                <m:e>
                  <m:r>
                    <m:t>r</m:t>
                  </m:r>
                </m:e>
                <m:sub>
                  <m:r>
                    <m:t>0</m:t>
                  </m:r>
                </m:sub>
              </m:sSub>
            </m:sub>
          </m:sSub>
          <m:r>
            <m:rPr>
              <m:sty m:val="p"/>
            </m:rPr>
            <m:t>≥</m:t>
          </m:r>
          <m:d>
            <m:dPr>
              <m:begChr m:val="("/>
              <m:sepChr m:val=""/>
              <m:endChr m:val=")"/>
              <m:grow/>
            </m:dPr>
            <m:e>
              <m:r>
                <m:t>G</m:t>
              </m:r>
              <m:r>
                <m:rPr>
                  <m:sty m:val="p"/>
                </m:rPr>
                <m:t>−</m:t>
              </m:r>
              <m:r>
                <m:t>ε</m:t>
              </m:r>
              <m:r>
                <m:rPr>
                  <m:sty m:val="p"/>
                </m:rPr>
                <m:t>/</m:t>
              </m:r>
              <m:r>
                <m:t>2</m:t>
              </m:r>
            </m:e>
          </m:d>
          <m:r>
            <m:rPr>
              <m:sty m:val="p"/>
            </m:rPr>
            <m:t>exp</m:t>
          </m:r>
          <m:d>
            <m:dPr>
              <m:begChr m:val="("/>
              <m:sepChr m:val=""/>
              <m:endChr m:val=")"/>
              <m:grow/>
            </m:dPr>
            <m:e>
              <m:r>
                <m:rPr>
                  <m:sty m:val="p"/>
                </m:rPr>
                <m:t>−</m:t>
              </m:r>
              <m:f>
                <m:fPr>
                  <m:type m:val="bar"/>
                </m:fPr>
                <m:num>
                  <m:r>
                    <m:t>N</m:t>
                  </m:r>
                  <m:r>
                    <m:rPr>
                      <m:sty m:val="p"/>
                    </m:rPr>
                    <m:t>log</m:t>
                  </m:r>
                  <m:r>
                    <m:t>M</m:t>
                  </m:r>
                  <m:r>
                    <m:rPr>
                      <m:sty m:val="p"/>
                    </m:rPr>
                    <m:t>′</m:t>
                  </m:r>
                </m:num>
                <m:den>
                  <m:sSub>
                    <m:e>
                      <m:r>
                        <m:t>r</m:t>
                      </m:r>
                    </m:e>
                    <m:sub>
                      <m:r>
                        <m:t>0</m:t>
                      </m:r>
                    </m:sub>
                  </m:sSub>
                </m:den>
              </m:f>
            </m:e>
          </m:d>
          <m:r>
            <m:rPr>
              <m:sty m:val="p"/>
            </m:rPr>
            <m:t>,</m:t>
          </m:r>
          <m:r>
            <m:t> </m:t>
          </m:r>
          <m:r>
            <m:t>M</m:t>
          </m:r>
          <m:r>
            <m:rPr>
              <m:sty m:val="p"/>
            </m:rPr>
            <m:t>′</m:t>
          </m:r>
          <m:r>
            <m:rPr>
              <m:sty m:val="p"/>
            </m:rPr>
            <m:t>=</m:t>
          </m:r>
          <m:d>
            <m:dPr>
              <m:begChr m:val="⌈"/>
              <m:sepChr m:val=""/>
              <m:endChr m:val="⌉"/>
              <m:grow/>
            </m:dPr>
            <m:e>
              <m:f>
                <m:fPr>
                  <m:type m:val="bar"/>
                </m:fPr>
                <m:num>
                  <m:r>
                    <m:t>4</m:t>
                  </m:r>
                  <m:r>
                    <m:t>π</m:t>
                  </m:r>
                  <m:r>
                    <m:t>N</m:t>
                  </m:r>
                </m:num>
                <m:den>
                  <m:r>
                    <m:t>ε</m:t>
                  </m:r>
                </m:den>
              </m:f>
            </m:e>
          </m:d>
          <m:r>
            <m:rPr>
              <m:sty m:val="p"/>
            </m:rPr>
            <m:t>.</m:t>
          </m:r>
        </m:oMath>
      </m:oMathPara>
    </w:p>
    <w:p>
      <w:pPr>
        <w:pStyle w:val="FirstParagraph"/>
        <w:keepLines/>
      </w:pPr>
      <w:r>
        <w:t xml:space="preserve">Using</w:t>
      </w:r>
      <w:r>
        <w:t xml:space="preserve"> </w:t>
      </w:r>
      <m:oMath>
        <m:r>
          <m:t>G</m:t>
        </m:r>
        <m:r>
          <m:rPr>
            <m:sty m:val="p"/>
          </m:rPr>
          <m:t>≤</m:t>
        </m:r>
        <m:r>
          <m:t>2</m:t>
        </m:r>
        <m:r>
          <m:t>N</m:t>
        </m:r>
      </m:oMath>
      <w:r>
        <w:t xml:space="preserve"> </w:t>
      </w:r>
      <w:r>
        <w:t xml:space="preserve">and</w:t>
      </w:r>
      <w:r>
        <w:t xml:space="preserve"> </w:t>
      </w:r>
      <m:oMath>
        <m:r>
          <m:t>1</m:t>
        </m:r>
        <m:r>
          <m:rPr>
            <m:sty m:val="p"/>
          </m:rPr>
          <m:t>−</m:t>
        </m:r>
        <m:sSup>
          <m:e>
            <m:r>
              <m:t>e</m:t>
            </m:r>
          </m:e>
          <m:sup>
            <m:r>
              <m:rPr>
                <m:sty m:val="p"/>
              </m:rPr>
              <m:t>−</m:t>
            </m:r>
            <m:r>
              <m:t>u</m:t>
            </m:r>
          </m:sup>
        </m:sSup>
        <m:r>
          <m:rPr>
            <m:sty m:val="p"/>
          </m:rPr>
          <m:t>≤</m:t>
        </m:r>
        <m:r>
          <m:t>u</m:t>
        </m:r>
      </m:oMath>
      <w:r>
        <w:t xml:space="preserve"> </w:t>
      </w:r>
      <w:r>
        <w:t xml:space="preserve">yields</w:t>
      </w:r>
    </w:p>
    <w:p>
      <w:pPr>
        <w:pStyle w:val="BodyText"/>
        <w:keepLines/>
      </w:pPr>
      <m:oMathPara>
        <m:oMathParaPr>
          <m:jc m:val="center"/>
        </m:oMathParaPr>
        <m:oMath>
          <m:r>
            <m:t>G</m:t>
          </m:r>
          <m:r>
            <m:rPr>
              <m:sty m:val="p"/>
            </m:rPr>
            <m:t>−</m:t>
          </m:r>
          <m:r>
            <m:rPr>
              <m:sty m:val="p"/>
            </m:rPr>
            <m:t>∥</m:t>
          </m:r>
          <m:r>
            <m:t>g</m:t>
          </m:r>
          <m:sSub>
            <m:e>
              <m:r>
                <m:rPr>
                  <m:sty m:val="p"/>
                </m:rPr>
                <m:t>∥</m:t>
              </m:r>
            </m:e>
            <m:sub>
              <m:sSub>
                <m:e>
                  <m:r>
                    <m:t>r</m:t>
                  </m:r>
                </m:e>
                <m:sub>
                  <m:r>
                    <m:t>0</m:t>
                  </m:r>
                </m:sub>
              </m:sSub>
            </m:sub>
          </m:sSub>
          <m:r>
            <m:rPr>
              <m:sty m:val="p"/>
            </m:rPr>
            <m:t>≤</m:t>
          </m:r>
          <m:f>
            <m:fPr>
              <m:type m:val="bar"/>
            </m:fPr>
            <m:num>
              <m:r>
                <m:t>ε</m:t>
              </m:r>
            </m:num>
            <m:den>
              <m:r>
                <m:t>2</m:t>
              </m:r>
            </m:den>
          </m:f>
          <m:r>
            <m:rPr>
              <m:sty m:val="p"/>
            </m:rPr>
            <m:t>+</m:t>
          </m:r>
          <m:f>
            <m:fPr>
              <m:type m:val="bar"/>
            </m:fPr>
            <m:num>
              <m:r>
                <m:t>2</m:t>
              </m:r>
              <m:sSup>
                <m:e>
                  <m:r>
                    <m:t>N</m:t>
                  </m:r>
                </m:e>
                <m:sup>
                  <m:r>
                    <m:t>2</m:t>
                  </m:r>
                </m:sup>
              </m:sSup>
              <m:r>
                <m:rPr>
                  <m:sty m:val="p"/>
                </m:rPr>
                <m:t>log</m:t>
              </m:r>
              <m:r>
                <m:t>M</m:t>
              </m:r>
              <m:r>
                <m:rPr>
                  <m:sty m:val="p"/>
                </m:rPr>
                <m:t>′</m:t>
              </m:r>
            </m:num>
            <m:den>
              <m:sSub>
                <m:e>
                  <m:r>
                    <m:t>r</m:t>
                  </m:r>
                </m:e>
                <m:sub>
                  <m:r>
                    <m:t>0</m:t>
                  </m:r>
                </m:sub>
              </m:sSub>
            </m:den>
          </m:f>
          <m:r>
            <m:rPr>
              <m:sty m:val="p"/>
            </m:rPr>
            <m:t>≤</m:t>
          </m:r>
          <m:r>
            <m:t>ε</m:t>
          </m:r>
          <m:r>
            <m:rPr>
              <m:sty m:val="p"/>
            </m:rPr>
            <m:t>.</m:t>
          </m:r>
        </m:oMath>
      </m:oMathPara>
    </w:p>
    <w:p>
      <w:pPr>
        <w:pStyle w:val="FirstParagraph"/>
        <w:keepLines/>
      </w:pPr>
      <w:r>
        <w:t xml:space="preserve">Hölder’s inequality gives</w:t>
      </w:r>
      <w:r>
        <w:t xml:space="preserve"> </w:t>
      </w:r>
      <m:oMath>
        <m:r>
          <m:rPr>
            <m:sty m:val="p"/>
            <m:scr m:val="double-struck"/>
          </m:rPr>
          <m:t>E</m:t>
        </m:r>
        <m:sSup>
          <m:e>
            <m:r>
              <m:t>g</m:t>
            </m:r>
          </m:e>
          <m:sup>
            <m:sSub>
              <m:e>
                <m:r>
                  <m:t>r</m:t>
                </m:r>
              </m:e>
              <m:sub>
                <m:r>
                  <m:t>0</m:t>
                </m:r>
              </m:sub>
            </m:sSub>
            <m:r>
              <m:rPr>
                <m:sty m:val="p"/>
              </m:rPr>
              <m:t>+</m:t>
            </m:r>
            <m:r>
              <m:t>1</m:t>
            </m:r>
          </m:sup>
        </m:sSup>
        <m:r>
          <m:rPr>
            <m:sty m:val="p"/>
          </m:rPr>
          <m:t>/</m:t>
        </m:r>
        <m:r>
          <m:rPr>
            <m:sty m:val="p"/>
            <m:scr m:val="double-struck"/>
          </m:rPr>
          <m:t>E</m:t>
        </m:r>
        <m:sSup>
          <m:e>
            <m:r>
              <m:t>g</m:t>
            </m:r>
          </m:e>
          <m:sup>
            <m:sSub>
              <m:e>
                <m:r>
                  <m:t>r</m:t>
                </m:r>
              </m:e>
              <m:sub>
                <m:r>
                  <m:t>0</m:t>
                </m:r>
              </m:sub>
            </m:sSub>
          </m:sup>
        </m:sSup>
        <m:r>
          <m:rPr>
            <m:sty m:val="p"/>
          </m:rPr>
          <m:t>≥</m:t>
        </m:r>
        <m:r>
          <m:rPr>
            <m:sty m:val="p"/>
          </m:rPr>
          <m:t>∥</m:t>
        </m:r>
        <m:r>
          <m:t>g</m:t>
        </m:r>
        <m:sSub>
          <m:e>
            <m:r>
              <m:rPr>
                <m:sty m:val="p"/>
              </m:rPr>
              <m:t>∥</m:t>
            </m:r>
          </m:e>
          <m:sub>
            <m:sSub>
              <m:e>
                <m:r>
                  <m:t>r</m:t>
                </m:r>
              </m:e>
              <m:sub>
                <m:r>
                  <m:t>0</m:t>
                </m:r>
              </m:sub>
            </m:sSub>
          </m:sub>
        </m:sSub>
      </m:oMath>
      <w:r>
        <w:t xml:space="preserve">. The quotient associated with</w:t>
      </w:r>
      <w:r>
        <w:t xml:space="preserve"> </w:t>
      </w:r>
      <m:oMath>
        <m:sSup>
          <m:e>
            <m:d>
              <m:dPr>
                <m:begChr m:val="("/>
                <m:sepChr m:val=""/>
                <m:endChr m:val=")"/>
                <m:grow/>
              </m:dPr>
              <m:e>
                <m:r>
                  <m:t>N</m:t>
                </m:r>
                <m:r>
                  <m:rPr>
                    <m:sty m:val="p"/>
                  </m:rPr>
                  <m:t>−</m:t>
                </m:r>
                <m:r>
                  <m:t>t</m:t>
                </m:r>
              </m:e>
            </m:d>
          </m:e>
          <m:sup>
            <m:r>
              <m:t>d</m:t>
            </m:r>
          </m:sup>
        </m:sSup>
      </m:oMath>
      <w:r>
        <w:t xml:space="preserve"> </w:t>
      </w:r>
      <w:r>
        <w:t xml:space="preserve">therefore proves (E.9).</w:t>
      </w:r>
    </w:p>
    <w:p>
      <w:pPr>
        <w:pStyle w:val="BodyText"/>
        <w:keepLines/>
      </w:pPr>
      <w:r>
        <w:t xml:space="preserve">The sufficient order improves from</w:t>
      </w:r>
      <w:r>
        <w:t xml:space="preserve"> </w:t>
      </w:r>
      <m:oMath>
        <m:r>
          <m:t>O</m:t>
        </m:r>
        <m:d>
          <m:dPr>
            <m:begChr m:val="("/>
            <m:sepChr m:val=""/>
            <m:endChr m:val=")"/>
            <m:grow/>
          </m:dPr>
          <m:e>
            <m:sSup>
              <m:e>
                <m:r>
                  <m:t>N</m:t>
                </m:r>
              </m:e>
              <m:sup>
                <m:r>
                  <m:t>2</m:t>
                </m:r>
              </m:sup>
            </m:sSup>
            <m:sSup>
              <m:e>
                <m:r>
                  <m:t>ε</m:t>
                </m:r>
              </m:e>
              <m:sup>
                <m:r>
                  <m:rPr>
                    <m:sty m:val="p"/>
                  </m:rPr>
                  <m:t>−</m:t>
                </m:r>
                <m:r>
                  <m:t>1</m:t>
                </m:r>
              </m:sup>
            </m:sSup>
            <m:r>
              <m:rPr>
                <m:sty m:val="p"/>
              </m:rPr>
              <m:t>log</m:t>
            </m:r>
            <m:d>
              <m:dPr>
                <m:begChr m:val="("/>
                <m:sepChr m:val=""/>
                <m:endChr m:val=")"/>
                <m:grow/>
              </m:dPr>
              <m:e>
                <m:r>
                  <m:t>2</m:t>
                </m:r>
                <m:r>
                  <m:t>N</m:t>
                </m:r>
                <m:r>
                  <m:rPr>
                    <m:sty m:val="p"/>
                  </m:rPr>
                  <m:t>/</m:t>
                </m:r>
                <m:r>
                  <m:t>ε</m:t>
                </m:r>
              </m:e>
            </m:d>
          </m:e>
        </m:d>
      </m:oMath>
      <w:r>
        <w:t xml:space="preserve"> </w:t>
      </w:r>
      <w:r>
        <w:t xml:space="preserve">to</w:t>
      </w:r>
      <w:r>
        <w:t xml:space="preserve"> </w:t>
      </w:r>
      <m:oMath>
        <m:r>
          <m:t>O</m:t>
        </m:r>
        <m:d>
          <m:dPr>
            <m:begChr m:val="("/>
            <m:sepChr m:val=""/>
            <m:endChr m:val=")"/>
            <m:grow/>
          </m:dPr>
          <m:e>
            <m:sSup>
              <m:e>
                <m:r>
                  <m:t>N</m:t>
                </m:r>
              </m:e>
              <m:sup>
                <m:r>
                  <m:t>3</m:t>
                </m:r>
                <m:r>
                  <m:rPr>
                    <m:sty m:val="p"/>
                  </m:rPr>
                  <m:t>/</m:t>
                </m:r>
                <m:r>
                  <m:t>2</m:t>
                </m:r>
              </m:sup>
            </m:sSup>
            <m:sSup>
              <m:e>
                <m:r>
                  <m:t>ε</m:t>
                </m:r>
              </m:e>
              <m:sup>
                <m:r>
                  <m:rPr>
                    <m:sty m:val="p"/>
                  </m:rPr>
                  <m:t>−</m:t>
                </m:r>
                <m:r>
                  <m:t>1</m:t>
                </m:r>
                <m:r>
                  <m:rPr>
                    <m:sty m:val="p"/>
                  </m:rPr>
                  <m:t>/</m:t>
                </m:r>
                <m:r>
                  <m:t>2</m:t>
                </m:r>
              </m:sup>
            </m:sSup>
            <m:r>
              <m:rPr>
                <m:sty m:val="p"/>
              </m:rPr>
              <m:t>log</m:t>
            </m:r>
            <m:d>
              <m:dPr>
                <m:begChr m:val="("/>
                <m:sepChr m:val=""/>
                <m:endChr m:val=")"/>
                <m:grow/>
              </m:dPr>
              <m:e>
                <m:r>
                  <m:t>2</m:t>
                </m:r>
                <m:r>
                  <m:t>N</m:t>
                </m:r>
                <m:r>
                  <m:rPr>
                    <m:sty m:val="p"/>
                  </m:rPr>
                  <m:t>/</m:t>
                </m:r>
                <m:r>
                  <m:t>ε</m:t>
                </m:r>
              </m:e>
            </m:d>
          </m:e>
        </m:d>
      </m:oMath>
      <w:r>
        <w:t xml:space="preserve">. This is a comparison of the two bounds proved in this report, not a claim to improve the best known general polynomial-optimization theory. In particular,</w:t>
      </w:r>
      <w:r>
        <w:t xml:space="preserve"> </w:t>
      </w:r>
      <w:hyperlink w:anchor="slotlaurent2021">
        <w:r>
          <w:rPr>
            <w:rStyle w:val="Hyperlink"/>
          </w:rPr>
          <w:t xml:space="preserve">[SlotLaurent2021]</w:t>
        </w:r>
      </w:hyperlink>
      <w:r>
        <w:t xml:space="preserve"> </w:t>
      </w:r>
      <w:r>
        <w:t xml:space="preserve">studies convergence of the same pushforward approach using polynomial concentration. Its constants and geometric hypotheses must be compared carefully before any claim of novelty for (E.1).</w:t>
      </w:r>
    </w:p>
    <w:p>
      <w:pPr>
        <w:pStyle w:val="BodyText"/>
        <w:keepLines/>
      </w:pPr>
      <w:r>
        <w:t xml:space="preserve">For</w:t>
      </w:r>
      <w:r>
        <w:t xml:space="preserve"> </w:t>
      </w:r>
      <m:oMath>
        <m:r>
          <m:t>ε</m:t>
        </m:r>
        <m:r>
          <m:rPr>
            <m:sty m:val="p"/>
          </m:rPr>
          <m:t>=</m:t>
        </m:r>
        <m:r>
          <m:t>α</m:t>
        </m:r>
        <m:rad>
          <m:radPr>
            <m:degHide m:val="on"/>
          </m:radPr>
          <m:deg/>
          <m:e>
            <m:r>
              <m:t>N</m:t>
            </m:r>
          </m:e>
        </m:rad>
      </m:oMath>
      <w:r>
        <w:t xml:space="preserve"> </w:t>
      </w:r>
      <w:r>
        <w:t xml:space="preserve">with fixed</w:t>
      </w:r>
      <w:r>
        <w:t xml:space="preserve"> </w:t>
      </w:r>
      <m:oMath>
        <m:r>
          <m:t>0</m:t>
        </m:r>
        <m:r>
          <m:rPr>
            <m:sty m:val="p"/>
          </m:rPr>
          <m:t>&lt;</m:t>
        </m:r>
        <m:r>
          <m:t>α</m:t>
        </m:r>
        <m:r>
          <m:rPr>
            <m:sty m:val="p"/>
          </m:rPr>
          <m:t>≤</m:t>
        </m:r>
        <m:r>
          <m:t>1</m:t>
        </m:r>
      </m:oMath>
      <w:r>
        <w:t xml:space="preserve">, (E.1) gives</w:t>
      </w:r>
      <w:r>
        <w:t xml:space="preserve"> </w:t>
      </w:r>
      <m:oMath>
        <m:r>
          <m:t>d</m:t>
        </m:r>
        <m:r>
          <m:rPr>
            <m:sty m:val="p"/>
          </m:rPr>
          <m:t>=</m:t>
        </m:r>
        <m:sSub>
          <m:e>
            <m:r>
              <m:t>O</m:t>
            </m:r>
          </m:e>
          <m:sub>
            <m:r>
              <m:t>α</m:t>
            </m:r>
          </m:sub>
        </m:sSub>
        <m:d>
          <m:dPr>
            <m:begChr m:val="("/>
            <m:sepChr m:val=""/>
            <m:endChr m:val=")"/>
            <m:grow/>
          </m:dPr>
          <m:e>
            <m:sSup>
              <m:e>
                <m:r>
                  <m:t>N</m:t>
                </m:r>
              </m:e>
              <m:sup>
                <m:r>
                  <m:t>5</m:t>
                </m:r>
                <m:r>
                  <m:rPr>
                    <m:sty m:val="p"/>
                  </m:rPr>
                  <m:t>/</m:t>
                </m:r>
                <m:r>
                  <m:t>4</m:t>
                </m:r>
              </m:sup>
            </m:sSup>
            <m:r>
              <m:rPr>
                <m:sty m:val="p"/>
              </m:rPr>
              <m:t>log</m:t>
            </m:r>
            <m:d>
              <m:dPr>
                <m:begChr m:val="("/>
                <m:sepChr m:val=""/>
                <m:endChr m:val=")"/>
                <m:grow/>
              </m:dPr>
              <m:e>
                <m:r>
                  <m:t>2</m:t>
                </m:r>
                <m:r>
                  <m:t>N</m:t>
                </m:r>
              </m:e>
            </m:d>
          </m:e>
        </m:d>
      </m:oMath>
      <w:r>
        <w:t xml:space="preserve">. Approximating an unknown minimum to that accuracy still does not prove that its magnitude is at least a positive multiple of</w:t>
      </w:r>
      <w:r>
        <w:t xml:space="preserve"> </w:t>
      </w:r>
      <m:oMath>
        <m:rad>
          <m:radPr>
            <m:degHide m:val="on"/>
          </m:radPr>
          <m:deg/>
          <m:e>
            <m:r>
              <m:t>N</m:t>
            </m:r>
          </m:e>
        </m:rad>
      </m:oMath>
      <w:r>
        <w:t xml:space="preserve">.</w:t>
      </w:r>
    </w:p>
    <w:bookmarkEnd w:id="101"/>
    <w:bookmarkEnd w:id="102"/>
    <w:bookmarkStart w:id="106" w:name="appendix-f-intervals"/>
    <w:p>
      <w:pPr>
        <w:pStyle w:val="Heading2"/>
      </w:pPr>
      <w:r>
        <w:t xml:space="preserve">F. Consecutive frequencies and low-degree certificates</w:t>
      </w:r>
    </w:p>
    <w:p>
      <w:pPr>
        <w:pStyle w:val="FirstParagraph"/>
        <w:keepLines/>
      </w:pPr>
      <w:r>
        <w:t xml:space="preserve">The interval family</w:t>
      </w:r>
      <w:r>
        <w:t xml:space="preserve"> </w:t>
      </w:r>
      <m:oMath>
        <m:sSub>
          <m:e>
            <m:r>
              <m:t>A</m:t>
            </m:r>
          </m:e>
          <m:sub>
            <m:r>
              <m:t>N</m:t>
            </m:r>
          </m:sub>
        </m:sSub>
        <m:r>
          <m:rPr>
            <m:sty m:val="p"/>
          </m:rPr>
          <m:t>=</m:t>
        </m:r>
        <m:r>
          <m:rPr>
            <m:sty m:val="p"/>
          </m:rPr>
          <m:t>{</m:t>
        </m:r>
        <m:r>
          <m:t>1</m:t>
        </m:r>
        <m:r>
          <m:rPr>
            <m:sty m:val="p"/>
          </m:rPr>
          <m:t>,</m:t>
        </m:r>
        <m:r>
          <m:rPr>
            <m:sty m:val="p"/>
          </m:rPr>
          <m:t>…</m:t>
        </m:r>
        <m:r>
          <m:rPr>
            <m:sty m:val="p"/>
          </m:rPr>
          <m:t>,</m:t>
        </m:r>
        <m:r>
          <m:t>N</m:t>
        </m:r>
        <m:r>
          <m:rPr>
            <m:sty m:val="p"/>
          </m:rPr>
          <m:t>}</m:t>
        </m:r>
      </m:oMath>
      <w:r>
        <w:t xml:space="preserve"> </w:t>
      </w:r>
      <w:r>
        <w:t xml:space="preserve">is especially useful for testing a proposed certificate. It has strong arithmetic relations and a directly visible deep negative excursion.</w:t>
      </w:r>
    </w:p>
    <w:p>
      <w:pPr>
        <w:pStyle w:val="BodyText"/>
        <w:keepLines/>
      </w:pPr>
      <w:r>
        <w:t xml:space="preserve">Put</w:t>
      </w:r>
      <w:r>
        <w:t xml:space="preserve"> </w:t>
      </w:r>
      <m:oMath>
        <m:r>
          <m:t>L</m:t>
        </m:r>
        <m:r>
          <m:rPr>
            <m:sty m:val="p"/>
          </m:rPr>
          <m:t>=</m:t>
        </m:r>
        <m:r>
          <m:t>2</m:t>
        </m:r>
        <m:r>
          <m:t>N</m:t>
        </m:r>
        <m:r>
          <m:rPr>
            <m:sty m:val="p"/>
          </m:rPr>
          <m:t>+</m:t>
        </m:r>
        <m:r>
          <m:t>1</m:t>
        </m:r>
      </m:oMath>
      <w:r>
        <w:t xml:space="preserve">. Summing a geometric progression gives</w:t>
      </w:r>
    </w:p>
    <w:p>
      <w:pPr>
        <w:pStyle w:val="BodyText"/>
        <w:keepNext/>
        <w:keepLines/>
      </w:pPr>
      <m:oMathPara>
        <m:oMathParaPr>
          <m:jc m:val="center"/>
        </m:oMathParaPr>
        <m:oMath>
          <m:sSub>
            <m:e>
              <m:r>
                <m:t>D</m:t>
              </m:r>
            </m:e>
            <m:sub>
              <m:r>
                <m:t>N</m:t>
              </m:r>
            </m:sub>
          </m:sSub>
          <m:d>
            <m:dPr>
              <m:begChr m:val="("/>
              <m:sepChr m:val=""/>
              <m:endChr m:val=")"/>
              <m:grow/>
            </m:dPr>
            <m:e>
              <m:r>
                <m:t>x</m:t>
              </m:r>
            </m:e>
          </m:d>
          <m:box>
            <m:boxPr>
              <m:opEmu m:val="on"/>
            </m:boxPr>
            <m:e>
              <m:r>
                <m:rPr>
                  <m:sty m:val="p"/>
                </m:rPr>
                <m:t>:=</m:t>
              </m:r>
            </m:e>
          </m:box>
          <m:r>
            <m:t>1</m:t>
          </m:r>
          <m:r>
            <m:rPr>
              <m:sty m:val="p"/>
            </m:rPr>
            <m:t>+</m:t>
          </m:r>
          <m:r>
            <m:t>2</m:t>
          </m:r>
          <m:sSub>
            <m:e>
              <m:r>
                <m:t>f</m:t>
              </m:r>
            </m:e>
            <m:sub>
              <m:sSub>
                <m:e>
                  <m:r>
                    <m:t>A</m:t>
                  </m:r>
                </m:e>
                <m:sub>
                  <m:r>
                    <m:t>N</m:t>
                  </m:r>
                </m:sub>
              </m:sSub>
            </m:sub>
          </m:sSub>
          <m:d>
            <m:dPr>
              <m:begChr m:val="("/>
              <m:sepChr m:val=""/>
              <m:endChr m:val=")"/>
              <m:grow/>
            </m:dPr>
            <m:e>
              <m:r>
                <m:t>x</m:t>
              </m:r>
            </m:e>
          </m:d>
          <m:r>
            <m:rPr>
              <m:sty m:val="p"/>
            </m:rPr>
            <m:t>=</m:t>
          </m:r>
          <m:nary>
            <m:naryPr>
              <m:chr m:val="∑"/>
              <m:limLoc m:val="undOvr"/>
              <m:subHide m:val="off"/>
              <m:supHide m:val="off"/>
            </m:naryPr>
            <m:sub>
              <m:r>
                <m:t>a</m:t>
              </m:r>
              <m:r>
                <m:rPr>
                  <m:sty m:val="p"/>
                </m:rPr>
                <m:t>=</m:t>
              </m:r>
              <m:r>
                <m:rPr>
                  <m:sty m:val="p"/>
                </m:rPr>
                <m:t>−</m:t>
              </m:r>
              <m:r>
                <m:t>N</m:t>
              </m:r>
            </m:sub>
            <m:sup>
              <m:r>
                <m:t>N</m:t>
              </m:r>
            </m:sup>
            <m:e>
              <m:sSup>
                <m:e>
                  <m:r>
                    <m:t>e</m:t>
                  </m:r>
                </m:e>
                <m:sup>
                  <m:r>
                    <m:t>i</m:t>
                  </m:r>
                  <m:r>
                    <m:t>a</m:t>
                  </m:r>
                  <m:r>
                    <m:t>x</m:t>
                  </m:r>
                </m:sup>
              </m:sSup>
            </m:e>
          </m:nary>
          <m:r>
            <m:rPr>
              <m:sty m:val="p"/>
            </m:rPr>
            <m:t>=</m:t>
          </m:r>
          <m:f>
            <m:fPr>
              <m:type m:val="bar"/>
            </m:fPr>
            <m:num>
              <m:r>
                <m:rPr>
                  <m:sty m:val="p"/>
                </m:rPr>
                <m:t>sin</m:t>
              </m:r>
              <m:d>
                <m:dPr>
                  <m:begChr m:val="("/>
                  <m:sepChr m:val=""/>
                  <m:endChr m:val=")"/>
                  <m:grow/>
                </m:dPr>
                <m:e>
                  <m:r>
                    <m:t>L</m:t>
                  </m:r>
                  <m:r>
                    <m:t>x</m:t>
                  </m:r>
                  <m:r>
                    <m:rPr>
                      <m:sty m:val="p"/>
                    </m:rPr>
                    <m:t>/</m:t>
                  </m:r>
                  <m:r>
                    <m:t>2</m:t>
                  </m:r>
                </m:e>
              </m:d>
            </m:num>
            <m:den>
              <m:r>
                <m:rPr>
                  <m:sty m:val="p"/>
                </m:rPr>
                <m:t>sin</m:t>
              </m:r>
              <m:d>
                <m:dPr>
                  <m:begChr m:val="("/>
                  <m:sepChr m:val=""/>
                  <m:endChr m:val=")"/>
                  <m:grow/>
                </m:dPr>
                <m:e>
                  <m:r>
                    <m:t>x</m:t>
                  </m:r>
                  <m:r>
                    <m:rPr>
                      <m:sty m:val="p"/>
                    </m:rPr>
                    <m:t>/</m:t>
                  </m:r>
                  <m:r>
                    <m:t>2</m:t>
                  </m:r>
                </m:e>
              </m:d>
            </m:den>
          </m:f>
          <m:r>
            <m:rPr>
              <m:sty m:val="p"/>
            </m:rPr>
            <m:t>,</m:t>
          </m:r>
        </m:oMath>
      </m:oMathPara>
    </w:p>
    <w:p>
      <w:pPr>
        <w:pStyle w:val="Caption"/>
        <w:spacing w:before="0" w:after="140"/>
      </w:pPr>
      <w:r>
        <w:t xml:space="preserve">Equation (F.1)</w:t>
      </w:r>
    </w:p>
    <w:p>
      <w:pPr>
        <w:pStyle w:val="BodyText"/>
        <w:keepLines/>
      </w:pPr>
      <w:r>
        <w:t xml:space="preserve">with its continuous value</w:t>
      </w:r>
      <w:r>
        <w:t xml:space="preserve"> </w:t>
      </w:r>
      <m:oMath>
        <m:r>
          <m:t>L</m:t>
        </m:r>
      </m:oMath>
      <w:r>
        <w:t xml:space="preserve"> </w:t>
      </w:r>
      <w:r>
        <w:t xml:space="preserve">at multiples of</w:t>
      </w:r>
      <w:r>
        <w:t xml:space="preserve"> </w:t>
      </w:r>
      <m:oMath>
        <m:r>
          <m:t>2</m:t>
        </m:r>
        <m:r>
          <m:t>π</m:t>
        </m:r>
      </m:oMath>
      <w:r>
        <w:t xml:space="preserve">. At</w:t>
      </w:r>
      <w:r>
        <w:t xml:space="preserve"> </w:t>
      </w:r>
      <m:oMath>
        <m:r>
          <m:t>x</m:t>
        </m:r>
        <m:r>
          <m:rPr>
            <m:sty m:val="p"/>
          </m:rPr>
          <m:t>=</m:t>
        </m:r>
        <m:r>
          <m:t>3</m:t>
        </m:r>
        <m:r>
          <m:t>π</m:t>
        </m:r>
        <m:r>
          <m:rPr>
            <m:sty m:val="p"/>
          </m:rPr>
          <m:t>/</m:t>
        </m:r>
        <m:r>
          <m:t>L</m:t>
        </m:r>
      </m:oMath>
      <w:r>
        <w:t xml:space="preserve">,</w:t>
      </w:r>
    </w:p>
    <w:p>
      <w:pPr>
        <w:pStyle w:val="BodyText"/>
        <w:keepNext/>
        <w:keepLines/>
      </w:pPr>
      <m:oMathPara>
        <m:oMathParaPr>
          <m:jc m:val="center"/>
        </m:oMathParaPr>
        <m:oMath>
          <m:r>
            <m:t>K</m:t>
          </m:r>
          <m:d>
            <m:dPr>
              <m:begChr m:val="("/>
              <m:sepChr m:val=""/>
              <m:endChr m:val=")"/>
              <m:grow/>
            </m:dPr>
            <m:e>
              <m:sSub>
                <m:e>
                  <m:r>
                    <m:t>A</m:t>
                  </m:r>
                </m:e>
                <m:sub>
                  <m:r>
                    <m:t>N</m:t>
                  </m:r>
                </m:sub>
              </m:sSub>
            </m:e>
          </m:d>
          <m:r>
            <m:rPr>
              <m:sty m:val="p"/>
            </m:rPr>
            <m:t>≥</m:t>
          </m:r>
          <m:f>
            <m:fPr>
              <m:type m:val="bar"/>
            </m:fPr>
            <m:num>
              <m:r>
                <m:t>1</m:t>
              </m:r>
            </m:num>
            <m:den>
              <m:r>
                <m:t>2</m:t>
              </m:r>
            </m:den>
          </m:f>
          <m:r>
            <m:rPr>
              <m:sty m:val="p"/>
            </m:rPr>
            <m:t>+</m:t>
          </m:r>
          <m:f>
            <m:fPr>
              <m:type m:val="bar"/>
            </m:fPr>
            <m:num>
              <m:r>
                <m:t>1</m:t>
              </m:r>
            </m:num>
            <m:den>
              <m:r>
                <m:t>2</m:t>
              </m:r>
              <m:r>
                <m:rPr>
                  <m:sty m:val="p"/>
                </m:rPr>
                <m:t>sin</m:t>
              </m:r>
              <m:d>
                <m:dPr>
                  <m:begChr m:val="("/>
                  <m:sepChr m:val=""/>
                  <m:endChr m:val=")"/>
                  <m:grow/>
                </m:dPr>
                <m:e>
                  <m:r>
                    <m:t>3</m:t>
                  </m:r>
                  <m:r>
                    <m:t>π</m:t>
                  </m:r>
                  <m:r>
                    <m:rPr>
                      <m:sty m:val="p"/>
                    </m:rPr>
                    <m:t>/</m:t>
                  </m:r>
                  <m:d>
                    <m:dPr>
                      <m:begChr m:val="("/>
                      <m:sepChr m:val=""/>
                      <m:endChr m:val=")"/>
                      <m:grow/>
                    </m:dPr>
                    <m:e>
                      <m:r>
                        <m:t>2</m:t>
                      </m:r>
                      <m:r>
                        <m:t>L</m:t>
                      </m:r>
                    </m:e>
                  </m:d>
                </m:e>
              </m:d>
            </m:den>
          </m:f>
          <m:r>
            <m:rPr>
              <m:sty m:val="p"/>
            </m:rPr>
            <m:t>≥</m:t>
          </m:r>
          <m:f>
            <m:fPr>
              <m:type m:val="bar"/>
            </m:fPr>
            <m:num>
              <m:r>
                <m:t>1</m:t>
              </m:r>
            </m:num>
            <m:den>
              <m:r>
                <m:t>2</m:t>
              </m:r>
            </m:den>
          </m:f>
          <m:r>
            <m:rPr>
              <m:sty m:val="p"/>
            </m:rPr>
            <m:t>+</m:t>
          </m:r>
          <m:f>
            <m:fPr>
              <m:type m:val="bar"/>
            </m:fPr>
            <m:num>
              <m:r>
                <m:t>L</m:t>
              </m:r>
            </m:num>
            <m:den>
              <m:r>
                <m:t>3</m:t>
              </m:r>
              <m:r>
                <m:t>π</m:t>
              </m:r>
            </m:den>
          </m:f>
          <m:r>
            <m:rPr>
              <m:sty m:val="p"/>
            </m:rPr>
            <m:t>.</m:t>
          </m:r>
        </m:oMath>
      </m:oMathPara>
    </w:p>
    <w:p>
      <w:pPr>
        <w:pStyle w:val="Caption"/>
        <w:spacing w:before="0" w:after="140"/>
      </w:pPr>
      <w:r>
        <w:t xml:space="preserve">Equation (F.2)</w:t>
      </w:r>
    </w:p>
    <w:p>
      <w:pPr>
        <w:pStyle w:val="BodyText"/>
        <w:keepLines/>
      </w:pPr>
      <w:r>
        <w:t xml:space="preserve">The final step uses</w:t>
      </w:r>
      <w:r>
        <w:t xml:space="preserve"> </w:t>
      </w:r>
      <m:oMath>
        <m:r>
          <m:rPr>
            <m:sty m:val="p"/>
          </m:rPr>
          <m:t>sin</m:t>
        </m:r>
        <m:r>
          <m:t>u</m:t>
        </m:r>
        <m:r>
          <m:rPr>
            <m:sty m:val="p"/>
          </m:rPr>
          <m:t>≤</m:t>
        </m:r>
        <m:r>
          <m:t>u</m:t>
        </m:r>
      </m:oMath>
      <w:r>
        <w:t xml:space="preserve"> </w:t>
      </w:r>
      <w:r>
        <w:t xml:space="preserve">with</w:t>
      </w:r>
      <w:r>
        <w:t xml:space="preserve"> </w:t>
      </w:r>
      <m:oMath>
        <m:r>
          <m:t>0</m:t>
        </m:r>
        <m:r>
          <m:rPr>
            <m:sty m:val="p"/>
          </m:rPr>
          <m:t>&lt;</m:t>
        </m:r>
        <m:r>
          <m:t>u</m:t>
        </m:r>
        <m:r>
          <m:rPr>
            <m:sty m:val="p"/>
          </m:rPr>
          <m:t>≤</m:t>
        </m:r>
        <m:r>
          <m:t>π</m:t>
        </m:r>
        <m:r>
          <m:rPr>
            <m:sty m:val="p"/>
          </m:rPr>
          <m:t>/</m:t>
        </m:r>
        <m:r>
          <m:t>2</m:t>
        </m:r>
      </m:oMath>
      <w:r>
        <w:t xml:space="preserve">. Thus any certificate that stays bounded on this family is missing an actual minimum of at least linear depth.</w:t>
      </w:r>
    </w:p>
    <w:bookmarkStart w:id="103" w:name="X46b23a1a4db884b1ebf0c5fdabde4587498ae24"/>
    <w:p>
      <w:pPr>
        <w:pStyle w:val="Heading3"/>
      </w:pPr>
      <w:r>
        <w:t xml:space="preserve">F.1. Exact formulas for all required moments</w:t>
      </w:r>
    </w:p>
    <w:p>
      <w:pPr>
        <w:pStyle w:val="FirstParagraph"/>
        <w:keepLines/>
      </w:pPr>
      <w:r>
        <w:t xml:space="preserve">For an integer</w:t>
      </w:r>
      <w:r>
        <w:t xml:space="preserve"> </w:t>
      </w:r>
      <m:oMath>
        <m:r>
          <m:t>r</m:t>
        </m:r>
        <m:r>
          <m:rPr>
            <m:sty m:val="p"/>
          </m:rPr>
          <m:t>≥</m:t>
        </m:r>
        <m:r>
          <m:t>1</m:t>
        </m:r>
      </m:oMath>
      <w:r>
        <w:t xml:space="preserve">, inclusion–exclusion gives</w:t>
      </w:r>
    </w:p>
    <w:p>
      <w:pPr>
        <w:pStyle w:val="BodyText"/>
        <w:keepNext/>
        <w:keepLines/>
      </w:pPr>
      <m:oMathPara>
        <m:oMathParaPr>
          <m:jc m:val="center"/>
        </m:oMathParaPr>
        <m:oMath>
          <m:sSub>
            <m:e>
              <m:r>
                <m:t>C</m:t>
              </m:r>
            </m:e>
            <m:sub>
              <m:r>
                <m:t>r</m:t>
              </m:r>
            </m:sub>
          </m:sSub>
          <m:d>
            <m:dPr>
              <m:begChr m:val="("/>
              <m:sepChr m:val=""/>
              <m:endChr m:val=")"/>
              <m:grow/>
            </m:dPr>
            <m:e>
              <m:r>
                <m:t>N</m:t>
              </m:r>
            </m:e>
          </m:d>
          <m:box>
            <m:boxPr>
              <m:opEmu m:val="on"/>
            </m:boxPr>
            <m:e>
              <m:r>
                <m:rPr>
                  <m:sty m:val="p"/>
                </m:rPr>
                <m:t>:=</m:t>
              </m:r>
            </m:e>
          </m:box>
          <m:r>
            <m:rPr>
              <m:sty m:val="p"/>
              <m:scr m:val="double-struck"/>
            </m:rPr>
            <m:t>E</m:t>
          </m:r>
          <m:sSubSup>
            <m:e>
              <m:r>
                <m:t>D</m:t>
              </m:r>
            </m:e>
            <m:sub>
              <m:r>
                <m:t>N</m:t>
              </m:r>
            </m:sub>
            <m:sup>
              <m:r>
                <m:t>r</m:t>
              </m:r>
            </m:sup>
          </m:sSubSup>
          <m:r>
            <m:rPr>
              <m:sty m:val="p"/>
            </m:rPr>
            <m:t>=</m:t>
          </m:r>
          <m:nary>
            <m:naryPr>
              <m:chr m:val="∑"/>
              <m:limLoc m:val="undOvr"/>
              <m:subHide m:val="off"/>
              <m:supHide m:val="off"/>
            </m:naryPr>
            <m:sub>
              <m:r>
                <m:t>j</m:t>
              </m:r>
              <m:r>
                <m:rPr>
                  <m:sty m:val="p"/>
                </m:rPr>
                <m:t>=</m:t>
              </m:r>
              <m:r>
                <m:t>0</m:t>
              </m:r>
            </m:sub>
            <m:sup>
              <m:r>
                <m:rPr>
                  <m:sty m:val="p"/>
                </m:rPr>
                <m:t>⌊</m:t>
              </m:r>
              <m:r>
                <m:t>r</m:t>
              </m:r>
              <m:r>
                <m:rPr>
                  <m:sty m:val="p"/>
                </m:rPr>
                <m:t>/</m:t>
              </m:r>
              <m:r>
                <m:t>2</m:t>
              </m:r>
              <m:r>
                <m:rPr>
                  <m:sty m:val="p"/>
                </m:rPr>
                <m:t>⌋</m:t>
              </m:r>
            </m:sup>
            <m:e>
              <m:sSup>
                <m:e>
                  <m:d>
                    <m:dPr>
                      <m:begChr m:val="("/>
                      <m:sepChr m:val=""/>
                      <m:endChr m:val=")"/>
                      <m:grow/>
                    </m:dPr>
                    <m:e>
                      <m:r>
                        <m:rPr>
                          <m:sty m:val="p"/>
                        </m:rPr>
                        <m:t>−</m:t>
                      </m:r>
                      <m:r>
                        <m:t>1</m:t>
                      </m:r>
                    </m:e>
                  </m:d>
                </m:e>
                <m:sup>
                  <m:r>
                    <m:t>j</m:t>
                  </m:r>
                </m:sup>
              </m:sSup>
            </m:e>
          </m:nary>
          <m:d>
            <m:dPr>
              <m:begChr m:val="("/>
              <m:sepChr m:val=""/>
              <m:endChr m:val=")"/>
              <m:grow/>
            </m:dPr>
            <m:e>
              <m:f>
                <m:fPr>
                  <m:type m:val="noBar"/>
                </m:fPr>
                <m:num>
                  <m:r>
                    <m:t>r</m:t>
                  </m:r>
                </m:num>
                <m:den>
                  <m:r>
                    <m:t>j</m:t>
                  </m:r>
                </m:den>
              </m:f>
            </m:e>
          </m:d>
          <m:d>
            <m:dPr>
              <m:begChr m:val="("/>
              <m:sepChr m:val=""/>
              <m:endChr m:val=")"/>
              <m:grow/>
            </m:dPr>
            <m:e>
              <m:f>
                <m:fPr>
                  <m:type m:val="noBar"/>
                </m:fPr>
                <m:num>
                  <m:d>
                    <m:dPr>
                      <m:begChr m:val="("/>
                      <m:sepChr m:val=""/>
                      <m:endChr m:val=")"/>
                      <m:grow/>
                    </m:dPr>
                    <m:e>
                      <m:r>
                        <m:t>r</m:t>
                      </m:r>
                      <m:r>
                        <m:rPr>
                          <m:sty m:val="p"/>
                        </m:rPr>
                        <m:t>−</m:t>
                      </m:r>
                      <m:r>
                        <m:t>2</m:t>
                      </m:r>
                      <m:r>
                        <m:t>j</m:t>
                      </m:r>
                    </m:e>
                  </m:d>
                  <m:r>
                    <m:t>N</m:t>
                  </m:r>
                  <m:r>
                    <m:rPr>
                      <m:sty m:val="p"/>
                    </m:rPr>
                    <m:t>+</m:t>
                  </m:r>
                  <m:r>
                    <m:t>r</m:t>
                  </m:r>
                  <m:r>
                    <m:rPr>
                      <m:sty m:val="p"/>
                    </m:rPr>
                    <m:t>−</m:t>
                  </m:r>
                  <m:r>
                    <m:t>1</m:t>
                  </m:r>
                  <m:r>
                    <m:rPr>
                      <m:sty m:val="p"/>
                    </m:rPr>
                    <m:t>−</m:t>
                  </m:r>
                  <m:r>
                    <m:t>j</m:t>
                  </m:r>
                </m:num>
                <m:den>
                  <m:r>
                    <m:t>r</m:t>
                  </m:r>
                  <m:r>
                    <m:rPr>
                      <m:sty m:val="p"/>
                    </m:rPr>
                    <m:t>−</m:t>
                  </m:r>
                  <m:r>
                    <m:t>1</m:t>
                  </m:r>
                </m:den>
              </m:f>
            </m:e>
          </m:d>
          <m:r>
            <m:rPr>
              <m:sty m:val="p"/>
            </m:rPr>
            <m:t>,</m:t>
          </m:r>
          <m:r>
            <m:t>  </m:t>
          </m:r>
          <m:sSub>
            <m:e>
              <m:r>
                <m:t>C</m:t>
              </m:r>
            </m:e>
            <m:sub>
              <m:r>
                <m:t>0</m:t>
              </m:r>
            </m:sub>
          </m:sSub>
          <m:d>
            <m:dPr>
              <m:begChr m:val="("/>
              <m:sepChr m:val=""/>
              <m:endChr m:val=")"/>
              <m:grow/>
            </m:dPr>
            <m:e>
              <m:r>
                <m:t>N</m:t>
              </m:r>
            </m:e>
          </m:d>
          <m:r>
            <m:rPr>
              <m:sty m:val="p"/>
            </m:rPr>
            <m:t>=</m:t>
          </m:r>
          <m:r>
            <m:t>1</m:t>
          </m:r>
          <m:r>
            <m:rPr>
              <m:sty m:val="p"/>
            </m:rPr>
            <m:t>.</m:t>
          </m:r>
        </m:oMath>
      </m:oMathPara>
    </w:p>
    <w:p>
      <w:pPr>
        <w:pStyle w:val="Caption"/>
        <w:spacing w:before="0" w:after="140"/>
      </w:pPr>
      <w:r>
        <w:t xml:space="preserve">Equation (F.3)</w:t>
      </w:r>
    </w:p>
    <w:p>
      <w:pPr>
        <w:pStyle w:val="BodyText"/>
        <w:keepLines/>
      </w:pPr>
      <w:r>
        <w:t xml:space="preserve">Set</w:t>
      </w:r>
      <w:r>
        <w:t xml:space="preserve"> </w:t>
      </w:r>
      <m:oMath>
        <m:d>
          <m:dPr>
            <m:begChr m:val="("/>
            <m:sepChr m:val=""/>
            <m:endChr m:val=")"/>
            <m:grow/>
          </m:dPr>
          <m:e>
            <m:f>
              <m:fPr>
                <m:type m:val="noBar"/>
              </m:fPr>
              <m:num>
                <m:r>
                  <m:t>u</m:t>
                </m:r>
              </m:num>
              <m:den>
                <m:r>
                  <m:t>v</m:t>
                </m:r>
              </m:den>
            </m:f>
          </m:e>
        </m:d>
        <m:r>
          <m:rPr>
            <m:sty m:val="p"/>
          </m:rPr>
          <m:t>=</m:t>
        </m:r>
        <m:r>
          <m:t>0</m:t>
        </m:r>
      </m:oMath>
      <w:r>
        <w:t xml:space="preserve"> </w:t>
      </w:r>
      <w:r>
        <w:t xml:space="preserve">for integers</w:t>
      </w:r>
      <w:r>
        <w:t xml:space="preserve"> </w:t>
      </w:r>
      <m:oMath>
        <m:r>
          <m:t>0</m:t>
        </m:r>
        <m:r>
          <m:rPr>
            <m:sty m:val="p"/>
          </m:rPr>
          <m:t>≤</m:t>
        </m:r>
        <m:r>
          <m:t>u</m:t>
        </m:r>
        <m:r>
          <m:rPr>
            <m:sty m:val="p"/>
          </m:rPr>
          <m:t>&lt;</m:t>
        </m:r>
        <m:r>
          <m:t>v</m:t>
        </m:r>
      </m:oMath>
      <w:r>
        <w:t xml:space="preserve">. To prove (F.3), shift each exponent in a zero-sum tuple from</w:t>
      </w:r>
      <w:r>
        <w:t xml:space="preserve"> </w:t>
      </w:r>
      <m:oMath>
        <m:d>
          <m:dPr>
            <m:begChr m:val="["/>
            <m:sepChr m:val=""/>
            <m:endChr m:val="]"/>
            <m:grow/>
          </m:dPr>
          <m:e>
            <m:r>
              <m:rPr>
                <m:sty m:val="p"/>
              </m:rPr>
              <m:t>−</m:t>
            </m:r>
            <m:r>
              <m:t>N</m:t>
            </m:r>
            <m:r>
              <m:rPr>
                <m:sty m:val="p"/>
              </m:rPr>
              <m:t>,</m:t>
            </m:r>
            <m:r>
              <m:t>N</m:t>
            </m:r>
          </m:e>
        </m:d>
      </m:oMath>
      <w:r>
        <w:t xml:space="preserve"> </w:t>
      </w:r>
      <w:r>
        <w:t xml:space="preserve">to</w:t>
      </w:r>
      <w:r>
        <w:t xml:space="preserve"> </w:t>
      </w:r>
      <m:oMath>
        <m:d>
          <m:dPr>
            <m:begChr m:val="["/>
            <m:sepChr m:val=""/>
            <m:endChr m:val="]"/>
            <m:grow/>
          </m:dPr>
          <m:e>
            <m:r>
              <m:t>0</m:t>
            </m:r>
            <m:r>
              <m:rPr>
                <m:sty m:val="p"/>
              </m:rPr>
              <m:t>,</m:t>
            </m:r>
            <m:r>
              <m:t>2</m:t>
            </m:r>
            <m:r>
              <m:t>N</m:t>
            </m:r>
          </m:e>
        </m:d>
      </m:oMath>
      <w:r>
        <w:t xml:space="preserve">. The sum of the shifted entries must be</w:t>
      </w:r>
      <w:r>
        <w:t xml:space="preserve"> </w:t>
      </w:r>
      <m:oMath>
        <m:r>
          <m:t>r</m:t>
        </m:r>
        <m:r>
          <m:t>N</m:t>
        </m:r>
      </m:oMath>
      <w:r>
        <w:t xml:space="preserve">. Unrestricted nonnegative solutions are counted by stars and bars; choosing</w:t>
      </w:r>
      <w:r>
        <w:t xml:space="preserve"> </w:t>
      </w:r>
      <m:oMath>
        <m:r>
          <m:t>j</m:t>
        </m:r>
      </m:oMath>
      <w:r>
        <w:t xml:space="preserve"> </w:t>
      </w:r>
      <w:r>
        <w:t xml:space="preserve">entries that exceed</w:t>
      </w:r>
      <w:r>
        <w:t xml:space="preserve"> </w:t>
      </w:r>
      <m:oMath>
        <m:r>
          <m:t>2</m:t>
        </m:r>
        <m:r>
          <m:t>N</m:t>
        </m:r>
      </m:oMath>
      <w:r>
        <w:t xml:space="preserve"> </w:t>
      </w:r>
      <w:r>
        <w:t xml:space="preserve">and subtracting</w:t>
      </w:r>
      <w:r>
        <w:t xml:space="preserve"> </w:t>
      </w:r>
      <m:oMath>
        <m:r>
          <m:t>2</m:t>
        </m:r>
        <m:r>
          <m:t>N</m:t>
        </m:r>
        <m:r>
          <m:rPr>
            <m:sty m:val="p"/>
          </m:rPr>
          <m:t>+</m:t>
        </m:r>
        <m:r>
          <m:t>1</m:t>
        </m:r>
      </m:oMath>
      <w:r>
        <w:t xml:space="preserve"> </w:t>
      </w:r>
      <w:r>
        <w:t xml:space="preserve">from them gives the displayed sum. Terms beyond</w:t>
      </w:r>
      <w:r>
        <w:t xml:space="preserve"> </w:t>
      </w:r>
      <m:oMath>
        <m:r>
          <m:rPr>
            <m:sty m:val="p"/>
          </m:rPr>
          <m:t>⌊</m:t>
        </m:r>
        <m:r>
          <m:t>r</m:t>
        </m:r>
        <m:r>
          <m:rPr>
            <m:sty m:val="p"/>
          </m:rPr>
          <m:t>/</m:t>
        </m:r>
        <m:r>
          <m:t>2</m:t>
        </m:r>
        <m:r>
          <m:rPr>
            <m:sty m:val="p"/>
          </m:rPr>
          <m:t>⌋</m:t>
        </m:r>
      </m:oMath>
      <w:r>
        <w:t xml:space="preserve"> </w:t>
      </w:r>
      <w:r>
        <w:t xml:space="preserve">cannot contribute. Then</w:t>
      </w:r>
    </w:p>
    <w:p>
      <w:pPr>
        <w:pStyle w:val="BodyText"/>
        <w:keepNext/>
        <w:keepLines/>
      </w:pPr>
      <m:oMathPara>
        <m:oMathParaPr>
          <m:jc m:val="center"/>
        </m:oMathParaPr>
        <m:oMath>
          <m:sSub>
            <m:e>
              <m:r>
                <m:t>M</m:t>
              </m:r>
            </m:e>
            <m:sub>
              <m:r>
                <m:t>r</m:t>
              </m:r>
            </m:sub>
          </m:sSub>
          <m:d>
            <m:dPr>
              <m:begChr m:val="("/>
              <m:sepChr m:val=""/>
              <m:endChr m:val=")"/>
              <m:grow/>
            </m:dPr>
            <m:e>
              <m:r>
                <m:t>N</m:t>
              </m:r>
            </m:e>
          </m:d>
          <m:r>
            <m:rPr>
              <m:sty m:val="p"/>
            </m:rPr>
            <m:t>=</m:t>
          </m:r>
          <m:sSup>
            <m:e>
              <m:r>
                <m:t>2</m:t>
              </m:r>
            </m:e>
            <m:sup>
              <m:r>
                <m:rPr>
                  <m:sty m:val="p"/>
                </m:rPr>
                <m:t>−</m:t>
              </m:r>
              <m:r>
                <m:t>r</m:t>
              </m:r>
            </m:sup>
          </m:sSup>
          <m:nary>
            <m:naryPr>
              <m:chr m:val="∑"/>
              <m:limLoc m:val="undOvr"/>
              <m:subHide m:val="off"/>
              <m:supHide m:val="off"/>
            </m:naryPr>
            <m:sub>
              <m:r>
                <m:t>j</m:t>
              </m:r>
              <m:r>
                <m:rPr>
                  <m:sty m:val="p"/>
                </m:rPr>
                <m:t>=</m:t>
              </m:r>
              <m:r>
                <m:t>0</m:t>
              </m:r>
            </m:sub>
            <m:sup>
              <m:r>
                <m:t>r</m:t>
              </m:r>
            </m:sup>
            <m:e>
              <m:sSup>
                <m:e>
                  <m:d>
                    <m:dPr>
                      <m:begChr m:val="("/>
                      <m:sepChr m:val=""/>
                      <m:endChr m:val=")"/>
                      <m:grow/>
                    </m:dPr>
                    <m:e>
                      <m:r>
                        <m:rPr>
                          <m:sty m:val="p"/>
                        </m:rPr>
                        <m:t>−</m:t>
                      </m:r>
                      <m:r>
                        <m:t>1</m:t>
                      </m:r>
                    </m:e>
                  </m:d>
                </m:e>
                <m:sup>
                  <m:r>
                    <m:t>r</m:t>
                  </m:r>
                  <m:r>
                    <m:rPr>
                      <m:sty m:val="p"/>
                    </m:rPr>
                    <m:t>−</m:t>
                  </m:r>
                  <m:r>
                    <m:t>j</m:t>
                  </m:r>
                </m:sup>
              </m:sSup>
            </m:e>
          </m:nary>
          <m:d>
            <m:dPr>
              <m:begChr m:val="("/>
              <m:sepChr m:val=""/>
              <m:endChr m:val=")"/>
              <m:grow/>
            </m:dPr>
            <m:e>
              <m:f>
                <m:fPr>
                  <m:type m:val="noBar"/>
                </m:fPr>
                <m:num>
                  <m:r>
                    <m:t>r</m:t>
                  </m:r>
                </m:num>
                <m:den>
                  <m:r>
                    <m:t>j</m:t>
                  </m:r>
                </m:den>
              </m:f>
            </m:e>
          </m:d>
          <m:sSub>
            <m:e>
              <m:r>
                <m:t>C</m:t>
              </m:r>
            </m:e>
            <m:sub>
              <m:r>
                <m:t>j</m:t>
              </m:r>
            </m:sub>
          </m:sSub>
          <m:d>
            <m:dPr>
              <m:begChr m:val="("/>
              <m:sepChr m:val=""/>
              <m:endChr m:val=")"/>
              <m:grow/>
            </m:dPr>
            <m:e>
              <m:r>
                <m:t>N</m:t>
              </m:r>
            </m:e>
          </m:d>
          <m:r>
            <m:rPr>
              <m:sty m:val="p"/>
            </m:rPr>
            <m:t>.</m:t>
          </m:r>
        </m:oMath>
      </m:oMathPara>
    </w:p>
    <w:p>
      <w:pPr>
        <w:pStyle w:val="Caption"/>
        <w:spacing w:before="0" w:after="140"/>
      </w:pPr>
      <w:r>
        <w:t xml:space="preserve">Equation (F.4)</w:t>
      </w:r>
    </w:p>
    <w:p>
      <w:pPr>
        <w:pStyle w:val="BodyText"/>
      </w:pPr>
      <w:r>
        <w:t xml:space="preserve">In particular,</w:t>
      </w:r>
    </w:p>
    <w:p>
      <w:pPr>
        <w:pStyle w:val="BodyText"/>
        <w:keepNext/>
        <w:keepLines/>
      </w:pPr>
      <m:oMathPara>
        <m:oMathParaPr>
          <m:jc m:val="center"/>
        </m:oMathParaPr>
        <m:oMath>
          <m:sSub>
            <m:e>
              <m:r>
                <m:t>M</m:t>
              </m:r>
            </m:e>
            <m:sub>
              <m:r>
                <m:t>2</m:t>
              </m:r>
            </m:sub>
          </m:sSub>
          <m:r>
            <m:rPr>
              <m:sty m:val="p"/>
            </m:rPr>
            <m:t>=</m:t>
          </m:r>
          <m:f>
            <m:fPr>
              <m:type m:val="bar"/>
            </m:fPr>
            <m:num>
              <m:r>
                <m:t>N</m:t>
              </m:r>
            </m:num>
            <m:den>
              <m:r>
                <m:t>2</m:t>
              </m:r>
            </m:den>
          </m:f>
          <m:r>
            <m:rPr>
              <m:sty m:val="p"/>
            </m:rPr>
            <m:t>,</m:t>
          </m:r>
          <m:r>
            <m:t> </m:t>
          </m:r>
          <m:sSub>
            <m:e>
              <m:r>
                <m:t>M</m:t>
              </m:r>
            </m:e>
            <m:sub>
              <m:r>
                <m:t>3</m:t>
              </m:r>
            </m:sub>
          </m:sSub>
          <m:r>
            <m:rPr>
              <m:sty m:val="p"/>
            </m:rPr>
            <m:t>=</m:t>
          </m:r>
          <m:f>
            <m:fPr>
              <m:type m:val="bar"/>
            </m:fPr>
            <m:num>
              <m:r>
                <m:t>3</m:t>
              </m:r>
              <m:r>
                <m:t>N</m:t>
              </m:r>
              <m:d>
                <m:dPr>
                  <m:begChr m:val="("/>
                  <m:sepChr m:val=""/>
                  <m:endChr m:val=")"/>
                  <m:grow/>
                </m:dPr>
                <m:e>
                  <m:r>
                    <m:t>N</m:t>
                  </m:r>
                  <m:r>
                    <m:rPr>
                      <m:sty m:val="p"/>
                    </m:rPr>
                    <m:t>−</m:t>
                  </m:r>
                  <m:r>
                    <m:t>1</m:t>
                  </m:r>
                </m:e>
              </m:d>
            </m:num>
            <m:den>
              <m:r>
                <m:t>8</m:t>
              </m:r>
            </m:den>
          </m:f>
          <m:r>
            <m:rPr>
              <m:sty m:val="p"/>
            </m:rPr>
            <m:t>,</m:t>
          </m:r>
          <m:r>
            <m:t> </m:t>
          </m:r>
          <m:sSub>
            <m:e>
              <m:r>
                <m:t>M</m:t>
              </m:r>
            </m:e>
            <m:sub>
              <m:r>
                <m:t>4</m:t>
              </m:r>
            </m:sub>
          </m:sSub>
          <m:r>
            <m:rPr>
              <m:sty m:val="p"/>
            </m:rPr>
            <m:t>=</m:t>
          </m:r>
          <m:f>
            <m:fPr>
              <m:type m:val="bar"/>
            </m:fPr>
            <m:num>
              <m:r>
                <m:t>N</m:t>
              </m:r>
              <m:d>
                <m:dPr>
                  <m:begChr m:val="("/>
                  <m:sepChr m:val=""/>
                  <m:endChr m:val=")"/>
                  <m:grow/>
                </m:dPr>
                <m:e>
                  <m:r>
                    <m:t>8</m:t>
                  </m:r>
                  <m:sSup>
                    <m:e>
                      <m:r>
                        <m:t>N</m:t>
                      </m:r>
                    </m:e>
                    <m:sup>
                      <m:r>
                        <m:t>2</m:t>
                      </m:r>
                    </m:sup>
                  </m:sSup>
                  <m:r>
                    <m:rPr>
                      <m:sty m:val="p"/>
                    </m:rPr>
                    <m:t>−</m:t>
                  </m:r>
                  <m:r>
                    <m:t>6</m:t>
                  </m:r>
                  <m:r>
                    <m:t>N</m:t>
                  </m:r>
                  <m:r>
                    <m:rPr>
                      <m:sty m:val="p"/>
                    </m:rPr>
                    <m:t>+</m:t>
                  </m:r>
                  <m:r>
                    <m:t>7</m:t>
                  </m:r>
                </m:e>
              </m:d>
            </m:num>
            <m:den>
              <m:r>
                <m:t>24</m:t>
              </m:r>
            </m:den>
          </m:f>
          <m:r>
            <m:rPr>
              <m:sty m:val="p"/>
            </m:rPr>
            <m:t>.</m:t>
          </m:r>
        </m:oMath>
      </m:oMathPara>
    </w:p>
    <w:p>
      <w:pPr>
        <w:pStyle w:val="Caption"/>
        <w:spacing w:before="0" w:after="140"/>
      </w:pPr>
      <w:r>
        <w:t xml:space="preserve">Equation (F.5)</w:t>
      </w:r>
    </w:p>
    <w:p>
      <w:pPr>
        <w:pStyle w:val="BodyText"/>
        <w:keepLines/>
      </w:pPr>
      <w:r>
        <w:t xml:space="preserve">For</w:t>
      </w:r>
      <w:r>
        <w:t xml:space="preserve"> </w:t>
      </w:r>
      <m:oMath>
        <m:r>
          <m:t>r</m:t>
        </m:r>
        <m:r>
          <m:rPr>
            <m:sty m:val="p"/>
          </m:rPr>
          <m:t>≥</m:t>
        </m:r>
        <m:r>
          <m:t>2</m:t>
        </m:r>
      </m:oMath>
      <w:r>
        <w:t xml:space="preserve">, the leading coefficient is</w:t>
      </w:r>
    </w:p>
    <w:p>
      <w:pPr>
        <w:pStyle w:val="BodyText"/>
        <w:keepNext/>
        <w:keepLines/>
      </w:pPr>
      <m:oMathPara>
        <m:oMathParaPr>
          <m:jc m:val="center"/>
        </m:oMathParaPr>
        <m:oMath>
          <m:limLow>
            <m:e>
              <m:r>
                <m:rPr>
                  <m:sty m:val="p"/>
                </m:rPr>
                <m:t>lim</m:t>
              </m:r>
            </m:e>
            <m:lim>
              <m:r>
                <m:t>N</m:t>
              </m:r>
              <m:r>
                <m:rPr>
                  <m:sty m:val="p"/>
                </m:rPr>
                <m:t>→</m:t>
              </m:r>
              <m:r>
                <m:rPr>
                  <m:sty m:val="p"/>
                </m:rPr>
                <m:t>∞</m:t>
              </m:r>
            </m:lim>
          </m:limLow>
          <m:d>
            <m:dPr>
              <m:begChr m:val="("/>
              <m:sepChr m:val=""/>
              <m:endChr m:val=")"/>
              <m:grow/>
            </m:dPr>
            <m:e>
              <m:f>
                <m:fPr>
                  <m:type m:val="bar"/>
                </m:fPr>
                <m:num>
                  <m:sSub>
                    <m:e>
                      <m:r>
                        <m:t>M</m:t>
                      </m:r>
                    </m:e>
                    <m:sub>
                      <m:r>
                        <m:t>r</m:t>
                      </m:r>
                    </m:sub>
                  </m:sSub>
                  <m:d>
                    <m:dPr>
                      <m:begChr m:val="("/>
                      <m:sepChr m:val=""/>
                      <m:endChr m:val=")"/>
                      <m:grow/>
                    </m:dPr>
                    <m:e>
                      <m:r>
                        <m:t>N</m:t>
                      </m:r>
                    </m:e>
                  </m:d>
                </m:num>
                <m:den>
                  <m:sSup>
                    <m:e>
                      <m:r>
                        <m:t>N</m:t>
                      </m:r>
                    </m:e>
                    <m:sup>
                      <m:r>
                        <m:t>r</m:t>
                      </m:r>
                      <m:r>
                        <m:rPr>
                          <m:sty m:val="p"/>
                        </m:rPr>
                        <m:t>−</m:t>
                      </m:r>
                      <m:r>
                        <m:t>1</m:t>
                      </m:r>
                    </m:sup>
                  </m:sSup>
                </m:den>
              </m:f>
            </m:e>
          </m:d>
          <m:r>
            <m:rPr>
              <m:sty m:val="p"/>
            </m:rPr>
            <m:t>=</m:t>
          </m:r>
          <m:f>
            <m:fPr>
              <m:type m:val="bar"/>
            </m:fPr>
            <m:num>
              <m:r>
                <m:t>1</m:t>
              </m:r>
            </m:num>
            <m:den>
              <m:sSup>
                <m:e>
                  <m:r>
                    <m:t>2</m:t>
                  </m:r>
                </m:e>
                <m:sup>
                  <m:r>
                    <m:t>r</m:t>
                  </m:r>
                </m:sup>
              </m:sSup>
              <m:d>
                <m:dPr>
                  <m:begChr m:val="("/>
                  <m:sepChr m:val=""/>
                  <m:endChr m:val=")"/>
                  <m:grow/>
                </m:dPr>
                <m:e>
                  <m:r>
                    <m:t>r</m:t>
                  </m:r>
                  <m:r>
                    <m:rPr>
                      <m:sty m:val="p"/>
                    </m:rPr>
                    <m:t>−</m:t>
                  </m:r>
                  <m:r>
                    <m:t>1</m:t>
                  </m:r>
                </m:e>
              </m:d>
              <m:r>
                <m:rPr>
                  <m:sty m:val="p"/>
                </m:rPr>
                <m:t>!</m:t>
              </m:r>
            </m:den>
          </m:f>
          <m:nary>
            <m:naryPr>
              <m:chr m:val="∑"/>
              <m:limLoc m:val="undOvr"/>
              <m:subHide m:val="off"/>
              <m:supHide m:val="off"/>
            </m:naryPr>
            <m:sub>
              <m:r>
                <m:t>j</m:t>
              </m:r>
              <m:r>
                <m:rPr>
                  <m:sty m:val="p"/>
                </m:rPr>
                <m:t>=</m:t>
              </m:r>
              <m:r>
                <m:t>0</m:t>
              </m:r>
            </m:sub>
            <m:sup>
              <m:r>
                <m:rPr>
                  <m:sty m:val="p"/>
                </m:rPr>
                <m:t>⌊</m:t>
              </m:r>
              <m:r>
                <m:t>r</m:t>
              </m:r>
              <m:r>
                <m:rPr>
                  <m:sty m:val="p"/>
                </m:rPr>
                <m:t>/</m:t>
              </m:r>
              <m:r>
                <m:t>2</m:t>
              </m:r>
              <m:r>
                <m:rPr>
                  <m:sty m:val="p"/>
                </m:rPr>
                <m:t>⌋</m:t>
              </m:r>
            </m:sup>
            <m:e>
              <m:sSup>
                <m:e>
                  <m:d>
                    <m:dPr>
                      <m:begChr m:val="("/>
                      <m:sepChr m:val=""/>
                      <m:endChr m:val=")"/>
                      <m:grow/>
                    </m:dPr>
                    <m:e>
                      <m:r>
                        <m:rPr>
                          <m:sty m:val="p"/>
                        </m:rPr>
                        <m:t>−</m:t>
                      </m:r>
                      <m:r>
                        <m:t>1</m:t>
                      </m:r>
                    </m:e>
                  </m:d>
                </m:e>
                <m:sup>
                  <m:r>
                    <m:t>j</m:t>
                  </m:r>
                </m:sup>
              </m:sSup>
            </m:e>
          </m:nary>
          <m:d>
            <m:dPr>
              <m:begChr m:val="("/>
              <m:sepChr m:val=""/>
              <m:endChr m:val=")"/>
              <m:grow/>
            </m:dPr>
            <m:e>
              <m:f>
                <m:fPr>
                  <m:type m:val="noBar"/>
                </m:fPr>
                <m:num>
                  <m:r>
                    <m:t>r</m:t>
                  </m:r>
                </m:num>
                <m:den>
                  <m:r>
                    <m:t>j</m:t>
                  </m:r>
                </m:den>
              </m:f>
            </m:e>
          </m:d>
          <m:sSup>
            <m:e>
              <m:d>
                <m:dPr>
                  <m:begChr m:val="("/>
                  <m:sepChr m:val=""/>
                  <m:endChr m:val=")"/>
                  <m:grow/>
                </m:dPr>
                <m:e>
                  <m:r>
                    <m:t>r</m:t>
                  </m:r>
                  <m:r>
                    <m:rPr>
                      <m:sty m:val="p"/>
                    </m:rPr>
                    <m:t>−</m:t>
                  </m:r>
                  <m:r>
                    <m:t>2</m:t>
                  </m:r>
                  <m:r>
                    <m:t>j</m:t>
                  </m:r>
                </m:e>
              </m:d>
            </m:e>
            <m:sup>
              <m:r>
                <m:t>r</m:t>
              </m:r>
              <m:r>
                <m:rPr>
                  <m:sty m:val="p"/>
                </m:rPr>
                <m:t>−</m:t>
              </m:r>
              <m:r>
                <m:t>1</m:t>
              </m:r>
            </m:sup>
          </m:sSup>
          <m:r>
            <m:rPr>
              <m:sty m:val="p"/>
            </m:rPr>
            <m:t>.</m:t>
          </m:r>
        </m:oMath>
      </m:oMathPara>
    </w:p>
    <w:p>
      <w:pPr>
        <w:pStyle w:val="Caption"/>
        <w:spacing w:before="0" w:after="140"/>
      </w:pPr>
      <w:r>
        <w:t xml:space="preserve">Equation (F.6)</w:t>
      </w:r>
    </w:p>
    <w:p>
      <w:pPr>
        <w:pStyle w:val="BodyText"/>
        <w:keepLines/>
      </w:pPr>
      <w:r>
        <w:t xml:space="preserve">For</w:t>
      </w:r>
      <w:r>
        <w:t xml:space="preserve"> </w:t>
      </w:r>
      <m:oMath>
        <m:r>
          <m:t>r</m:t>
        </m:r>
        <m:r>
          <m:rPr>
            <m:sty m:val="p"/>
          </m:rPr>
          <m:t>=</m:t>
        </m:r>
        <m:r>
          <m:t>2</m:t>
        </m:r>
        <m:r>
          <m:rPr>
            <m:sty m:val="p"/>
          </m:rPr>
          <m:t>,</m:t>
        </m:r>
        <m:r>
          <m:t>3</m:t>
        </m:r>
        <m:r>
          <m:rPr>
            <m:sty m:val="p"/>
          </m:rPr>
          <m:t>,</m:t>
        </m:r>
        <m:r>
          <m:t>4</m:t>
        </m:r>
        <m:r>
          <m:rPr>
            <m:sty m:val="p"/>
          </m:rPr>
          <m:t>,</m:t>
        </m:r>
        <m:r>
          <m:t>5</m:t>
        </m:r>
        <m:r>
          <m:rPr>
            <m:sty m:val="p"/>
          </m:rPr>
          <m:t>,</m:t>
        </m:r>
        <m:r>
          <m:t>6</m:t>
        </m:r>
        <m:r>
          <m:rPr>
            <m:sty m:val="p"/>
          </m:rPr>
          <m:t>,</m:t>
        </m:r>
        <m:r>
          <m:t>7</m:t>
        </m:r>
      </m:oMath>
      <w:r>
        <w:t xml:space="preserve">, these values are respectively</w:t>
      </w:r>
    </w:p>
    <w:p>
      <w:pPr>
        <w:pStyle w:val="BodyText"/>
        <w:keepLines/>
      </w:pPr>
      <m:oMathPara>
        <m:oMathParaPr>
          <m:jc m:val="center"/>
        </m:oMathParaPr>
        <m:oMath>
          <m:f>
            <m:fPr>
              <m:type m:val="bar"/>
            </m:fPr>
            <m:num>
              <m:r>
                <m:t>1</m:t>
              </m:r>
            </m:num>
            <m:den>
              <m:r>
                <m:t>2</m:t>
              </m:r>
            </m:den>
          </m:f>
          <m:r>
            <m:rPr>
              <m:sty m:val="p"/>
            </m:rPr>
            <m:t>,</m:t>
          </m:r>
          <m:r>
            <m:t> </m:t>
          </m:r>
          <m:f>
            <m:fPr>
              <m:type m:val="bar"/>
            </m:fPr>
            <m:num>
              <m:r>
                <m:t>3</m:t>
              </m:r>
            </m:num>
            <m:den>
              <m:r>
                <m:t>8</m:t>
              </m:r>
            </m:den>
          </m:f>
          <m:r>
            <m:rPr>
              <m:sty m:val="p"/>
            </m:rPr>
            <m:t>,</m:t>
          </m:r>
          <m:r>
            <m:t> </m:t>
          </m:r>
          <m:f>
            <m:fPr>
              <m:type m:val="bar"/>
            </m:fPr>
            <m:num>
              <m:r>
                <m:t>1</m:t>
              </m:r>
            </m:num>
            <m:den>
              <m:r>
                <m:t>3</m:t>
              </m:r>
            </m:den>
          </m:f>
          <m:r>
            <m:rPr>
              <m:sty m:val="p"/>
            </m:rPr>
            <m:t>,</m:t>
          </m:r>
          <m:r>
            <m:t> </m:t>
          </m:r>
          <m:f>
            <m:fPr>
              <m:type m:val="bar"/>
            </m:fPr>
            <m:num>
              <m:r>
                <m:t>115</m:t>
              </m:r>
            </m:num>
            <m:den>
              <m:r>
                <m:t>384</m:t>
              </m:r>
            </m:den>
          </m:f>
          <m:r>
            <m:rPr>
              <m:sty m:val="p"/>
            </m:rPr>
            <m:t>,</m:t>
          </m:r>
          <m:r>
            <m:t> </m:t>
          </m:r>
          <m:f>
            <m:fPr>
              <m:type m:val="bar"/>
            </m:fPr>
            <m:num>
              <m:r>
                <m:t>11</m:t>
              </m:r>
            </m:num>
            <m:den>
              <m:r>
                <m:t>40</m:t>
              </m:r>
            </m:den>
          </m:f>
          <m:r>
            <m:rPr>
              <m:sty m:val="p"/>
            </m:rPr>
            <m:t>,</m:t>
          </m:r>
          <m:r>
            <m:t> </m:t>
          </m:r>
          <m:f>
            <m:fPr>
              <m:type m:val="bar"/>
            </m:fPr>
            <m:num>
              <m:r>
                <m:t>5887</m:t>
              </m:r>
            </m:num>
            <m:den>
              <m:r>
                <m:t>23040</m:t>
              </m:r>
            </m:den>
          </m:f>
          <m:r>
            <m:rPr>
              <m:sty m:val="p"/>
            </m:rPr>
            <m:t>.</m:t>
          </m:r>
        </m:oMath>
      </m:oMathPara>
    </w:p>
    <w:p>
      <w:pPr>
        <w:pStyle w:val="FirstParagraph"/>
      </w:pPr>
      <w:r>
        <w:t xml:space="preserve">These are finite combinatorial identities, not a conclusion from simulated limiting distributions.</w:t>
      </w:r>
    </w:p>
    <w:bookmarkEnd w:id="103"/>
    <w:bookmarkStart w:id="104" w:name="X1a4b6d19a66453c985712d46ce9642750a7fbd3"/>
    <w:p>
      <w:pPr>
        <w:pStyle w:val="Heading3"/>
      </w:pPr>
      <w:r>
        <w:t xml:space="preserve">F.2. The first two levels can miss the scale</w:t>
      </w:r>
    </w:p>
    <w:p>
      <w:pPr>
        <w:pStyle w:val="FirstParagraph"/>
        <w:keepLines/>
      </w:pPr>
      <w:r>
        <w:t xml:space="preserve">Equation (C.4) and (F.5) give</w:t>
      </w:r>
      <w:r>
        <w:t xml:space="preserve"> </w:t>
      </w:r>
      <m:oMath>
        <m:sSub>
          <m:e>
            <m:r>
              <m:t>B</m:t>
            </m:r>
          </m:e>
          <m:sub>
            <m:r>
              <m:t>1</m:t>
            </m:r>
          </m:sub>
        </m:sSub>
        <m:d>
          <m:dPr>
            <m:begChr m:val="("/>
            <m:sepChr m:val=""/>
            <m:endChr m:val=")"/>
            <m:grow/>
          </m:dPr>
          <m:e>
            <m:sSub>
              <m:e>
                <m:r>
                  <m:t>A</m:t>
                </m:r>
              </m:e>
              <m:sub>
                <m:r>
                  <m:t>N</m:t>
                </m:r>
              </m:sub>
            </m:sSub>
          </m:e>
        </m:d>
        <m:r>
          <m:rPr>
            <m:sty m:val="p"/>
          </m:rPr>
          <m:t>→</m:t>
        </m:r>
        <m:r>
          <m:t>2</m:t>
        </m:r>
        <m:r>
          <m:rPr>
            <m:sty m:val="p"/>
          </m:rPr>
          <m:t>/</m:t>
        </m:r>
        <m:r>
          <m:t>3</m:t>
        </m:r>
      </m:oMath>
      <w:r>
        <w:t xml:space="preserve">. The second level also stays bounded:</w:t>
      </w:r>
    </w:p>
    <w:p>
      <w:pPr>
        <w:pStyle w:val="BodyText"/>
        <w:keepNext/>
        <w:keepLines/>
      </w:pPr>
      <m:oMathPara>
        <m:oMathParaPr>
          <m:jc m:val="center"/>
        </m:oMathParaPr>
        <m:oMath>
          <m:sSub>
            <m:e>
              <m:r>
                <m:t>B</m:t>
              </m:r>
            </m:e>
            <m:sub>
              <m:r>
                <m:t>2</m:t>
              </m:r>
            </m:sub>
          </m:sSub>
          <m:d>
            <m:dPr>
              <m:begChr m:val="("/>
              <m:sepChr m:val=""/>
              <m:endChr m:val=")"/>
              <m:grow/>
            </m:dPr>
            <m:e>
              <m:sSub>
                <m:e>
                  <m:r>
                    <m:t>A</m:t>
                  </m:r>
                </m:e>
                <m:sub>
                  <m:r>
                    <m:t>N</m:t>
                  </m:r>
                </m:sub>
              </m:sSub>
            </m:e>
          </m:d>
          <m:r>
            <m:rPr>
              <m:sty m:val="p"/>
            </m:rPr>
            <m:t>→</m:t>
          </m:r>
          <m:f>
            <m:fPr>
              <m:type m:val="bar"/>
            </m:fPr>
            <m:num>
              <m:r>
                <m:t>24</m:t>
              </m:r>
            </m:num>
            <m:den>
              <m:r>
                <m:t>11</m:t>
              </m:r>
            </m:den>
          </m:f>
          <m:r>
            <m:rPr>
              <m:sty m:val="p"/>
            </m:rPr>
            <m:t>.</m:t>
          </m:r>
        </m:oMath>
      </m:oMathPara>
    </w:p>
    <w:p>
      <w:pPr>
        <w:pStyle w:val="Caption"/>
        <w:spacing w:before="0" w:after="140"/>
      </w:pPr>
      <w:r>
        <w:t xml:space="preserve">Equation (F.7)</w:t>
      </w:r>
    </w:p>
    <w:p>
      <w:pPr>
        <w:pStyle w:val="BodyText"/>
        <w:keepLines/>
      </w:pPr>
      <w:r>
        <w:t xml:space="preserve">To check the latter assertion, use the basis</w:t>
      </w:r>
      <w:r>
        <w:t xml:space="preserve"> </w:t>
      </w:r>
      <m:oMath>
        <m:d>
          <m:dPr>
            <m:begChr m:val="("/>
            <m:sepChr m:val=""/>
            <m:endChr m:val=")"/>
            <m:grow/>
          </m:dPr>
          <m:e>
            <m:r>
              <m:t>1</m:t>
            </m:r>
            <m:r>
              <m:rPr>
                <m:sty m:val="p"/>
              </m:rPr>
              <m:t>,</m:t>
            </m:r>
            <m:r>
              <m:t>f</m:t>
            </m:r>
            <m:r>
              <m:rPr>
                <m:sty m:val="p"/>
              </m:rPr>
              <m:t>/</m:t>
            </m:r>
            <m:r>
              <m:t>N</m:t>
            </m:r>
            <m:r>
              <m:rPr>
                <m:sty m:val="p"/>
              </m:rPr>
              <m:t>,</m:t>
            </m:r>
            <m:sSup>
              <m:e>
                <m:d>
                  <m:dPr>
                    <m:begChr m:val="("/>
                    <m:sepChr m:val=""/>
                    <m:endChr m:val=")"/>
                    <m:grow/>
                  </m:dPr>
                  <m:e>
                    <m:r>
                      <m:t>f</m:t>
                    </m:r>
                    <m:r>
                      <m:rPr>
                        <m:sty m:val="p"/>
                      </m:rPr>
                      <m:t>/</m:t>
                    </m:r>
                    <m:r>
                      <m:t>N</m:t>
                    </m:r>
                  </m:e>
                </m:d>
              </m:e>
              <m:sup>
                <m:r>
                  <m:t>2</m:t>
                </m:r>
              </m:sup>
            </m:sSup>
          </m:e>
        </m:d>
      </m:oMath>
      <w:r>
        <w:t xml:space="preserve">. For fixed</w:t>
      </w:r>
      <w:r>
        <w:t xml:space="preserve"> </w:t>
      </w:r>
      <m:oMath>
        <m:r>
          <m:t>k</m:t>
        </m:r>
      </m:oMath>
      <w:r>
        <w:t xml:space="preserve">, the lower-right block of</w:t>
      </w:r>
      <w:r>
        <w:t xml:space="preserve"> </w:t>
      </w:r>
      <m:oMath>
        <m:sSub>
          <m:e>
            <m:r>
              <m:t>F</m:t>
            </m:r>
          </m:e>
          <m:sub>
            <m:r>
              <m:t>2</m:t>
            </m:r>
          </m:sub>
        </m:sSub>
        <m:r>
          <m:rPr>
            <m:sty m:val="p"/>
          </m:rPr>
          <m:t>+</m:t>
        </m:r>
        <m:r>
          <m:t>k</m:t>
        </m:r>
        <m:sSub>
          <m:e>
            <m:r>
              <m:t>H</m:t>
            </m:r>
          </m:e>
          <m:sub>
            <m:r>
              <m:t>2</m:t>
            </m:r>
          </m:sub>
        </m:sSub>
      </m:oMath>
      <w:r>
        <w:t xml:space="preserve"> </w:t>
      </w:r>
      <w:r>
        <w:t xml:space="preserve">tends to</w:t>
      </w:r>
    </w:p>
    <w:p>
      <w:pPr>
        <w:pStyle w:val="BodyText"/>
        <w:keepLines/>
      </w:pPr>
      <m:oMathPara>
        <m:oMathParaPr>
          <m:jc m:val="center"/>
        </m:oMathParaPr>
        <m:oMath>
          <m:r>
            <m:t>Q</m:t>
          </m:r>
          <m:r>
            <m:rPr>
              <m:sty m:val="p"/>
            </m:rPr>
            <m:t>=</m:t>
          </m:r>
          <m:d>
            <m:dPr>
              <m:begChr m:val="("/>
              <m:sepChr m:val=""/>
              <m:endChr m:val=")"/>
              <m:grow/>
            </m:dPr>
            <m:e>
              <m:m>
                <m:mPr>
                  <m:baseJc m:val="center"/>
                  <m:plcHide m:val="on"/>
                  <m:mcs>
                    <m:mc>
                      <m:mcPr>
                        <m:mcJc m:val="center"/>
                        <m:count m:val="1"/>
                      </m:mcPr>
                    </m:mc>
                    <m:mc>
                      <m:mcPr>
                        <m:mcJc m:val="center"/>
                        <m:count m:val="1"/>
                      </m:mcPr>
                    </m:mc>
                  </m:mcs>
                </m:mPr>
                <m:mr>
                  <m:e>
                    <m:r>
                      <m:t>3</m:t>
                    </m:r>
                    <m:r>
                      <m:rPr>
                        <m:sty m:val="p"/>
                      </m:rPr>
                      <m:t>/</m:t>
                    </m:r>
                    <m:r>
                      <m:t>8</m:t>
                    </m:r>
                  </m:e>
                  <m:e>
                    <m:r>
                      <m:t>1</m:t>
                    </m:r>
                    <m:r>
                      <m:rPr>
                        <m:sty m:val="p"/>
                      </m:rPr>
                      <m:t>/</m:t>
                    </m:r>
                    <m:r>
                      <m:t>3</m:t>
                    </m:r>
                  </m:e>
                </m:mr>
                <m:mr>
                  <m:e>
                    <m:r>
                      <m:t>1</m:t>
                    </m:r>
                    <m:r>
                      <m:rPr>
                        <m:sty m:val="p"/>
                      </m:rPr>
                      <m:t>/</m:t>
                    </m:r>
                    <m:r>
                      <m:t>3</m:t>
                    </m:r>
                  </m:e>
                  <m:e>
                    <m:r>
                      <m:t>115</m:t>
                    </m:r>
                    <m:r>
                      <m:rPr>
                        <m:sty m:val="p"/>
                      </m:rPr>
                      <m:t>/</m:t>
                    </m:r>
                    <m:r>
                      <m:t>384</m:t>
                    </m:r>
                  </m:e>
                </m:mr>
              </m:m>
            </m:e>
          </m:d>
          <m:r>
            <m:rPr>
              <m:sty m:val="p"/>
            </m:rPr>
            <m:t>,</m:t>
          </m:r>
          <m:r>
            <m:t>  </m:t>
          </m:r>
          <m:r>
            <m:rPr>
              <m:sty m:val="p"/>
            </m:rPr>
            <m:t>det</m:t>
          </m:r>
          <m:r>
            <m:t>Q</m:t>
          </m:r>
          <m:r>
            <m:rPr>
              <m:sty m:val="p"/>
            </m:rPr>
            <m:t>=</m:t>
          </m:r>
          <m:f>
            <m:fPr>
              <m:type m:val="bar"/>
            </m:fPr>
            <m:num>
              <m:r>
                <m:t>11</m:t>
              </m:r>
            </m:num>
            <m:den>
              <m:r>
                <m:t>9216</m:t>
              </m:r>
            </m:den>
          </m:f>
          <m:r>
            <m:rPr>
              <m:sty m:val="p"/>
            </m:rPr>
            <m:t>&gt;</m:t>
          </m:r>
          <m:r>
            <m:t>0</m:t>
          </m:r>
          <m:r>
            <m:rPr>
              <m:sty m:val="p"/>
            </m:rPr>
            <m:t>,</m:t>
          </m:r>
        </m:oMath>
      </m:oMathPara>
    </w:p>
    <w:p>
      <w:pPr>
        <w:pStyle w:val="FirstParagraph"/>
        <w:keepLines/>
      </w:pPr>
      <w:r>
        <w:t xml:space="preserve">and the off-diagonal vector linking it to the first coordinate tends to</w:t>
      </w:r>
      <w:r>
        <w:t xml:space="preserve"> </w:t>
      </w:r>
      <m:oMath>
        <m:r>
          <m:t>h</m:t>
        </m:r>
        <m:r>
          <m:rPr>
            <m:sty m:val="p"/>
          </m:rPr>
          <m:t>=</m:t>
        </m:r>
        <m:sSup>
          <m:e>
            <m:d>
              <m:dPr>
                <m:begChr m:val="("/>
                <m:sepChr m:val=""/>
                <m:endChr m:val=")"/>
                <m:grow/>
              </m:dPr>
              <m:e>
                <m:r>
                  <m:t>1</m:t>
                </m:r>
                <m:r>
                  <m:rPr>
                    <m:sty m:val="p"/>
                  </m:rPr>
                  <m:t>/</m:t>
                </m:r>
                <m:r>
                  <m:t>2</m:t>
                </m:r>
                <m:r>
                  <m:rPr>
                    <m:sty m:val="p"/>
                  </m:rPr>
                  <m:t>,</m:t>
                </m:r>
                <m:r>
                  <m:t>3</m:t>
                </m:r>
                <m:r>
                  <m:rPr>
                    <m:sty m:val="p"/>
                  </m:rPr>
                  <m:t>/</m:t>
                </m:r>
                <m:r>
                  <m:t>8</m:t>
                </m:r>
              </m:e>
            </m:d>
          </m:e>
          <m:sup>
            <m:r>
              <m:t>T</m:t>
            </m:r>
          </m:sup>
        </m:sSup>
      </m:oMath>
      <w:r>
        <w:t xml:space="preserve">. The first diagonal entry is</w:t>
      </w:r>
      <w:r>
        <w:t xml:space="preserve"> </w:t>
      </w:r>
      <m:oMath>
        <m:r>
          <m:t>k</m:t>
        </m:r>
      </m:oMath>
      <w:r>
        <w:t xml:space="preserve">; all remaining contributions from</w:t>
      </w:r>
      <w:r>
        <w:t xml:space="preserve"> </w:t>
      </w:r>
      <m:oMath>
        <m:r>
          <m:t>k</m:t>
        </m:r>
        <m:sSub>
          <m:e>
            <m:r>
              <m:t>H</m:t>
            </m:r>
          </m:e>
          <m:sub>
            <m:r>
              <m:t>2</m:t>
            </m:r>
          </m:sub>
        </m:sSub>
      </m:oMath>
      <w:r>
        <w:t xml:space="preserve"> </w:t>
      </w:r>
      <w:r>
        <w:t xml:space="preserve">tend to zero. The limiting Schur complement is</w:t>
      </w:r>
    </w:p>
    <w:p>
      <w:pPr>
        <w:pStyle w:val="BodyText"/>
        <w:keepLines/>
      </w:pPr>
      <m:oMathPara>
        <m:oMathParaPr>
          <m:jc m:val="center"/>
        </m:oMathParaPr>
        <m:oMath>
          <m:r>
            <m:t>k</m:t>
          </m:r>
          <m:r>
            <m:rPr>
              <m:sty m:val="p"/>
            </m:rPr>
            <m:t>−</m:t>
          </m:r>
          <m:sSup>
            <m:e>
              <m:r>
                <m:t>h</m:t>
              </m:r>
            </m:e>
            <m:sup>
              <m:r>
                <m:t>T</m:t>
              </m:r>
            </m:sup>
          </m:sSup>
          <m:sSup>
            <m:e>
              <m:r>
                <m:t>Q</m:t>
              </m:r>
            </m:e>
            <m:sup>
              <m:r>
                <m:rPr>
                  <m:sty m:val="p"/>
                </m:rPr>
                <m:t>−</m:t>
              </m:r>
              <m:r>
                <m:t>1</m:t>
              </m:r>
            </m:sup>
          </m:sSup>
          <m:r>
            <m:t>h</m:t>
          </m:r>
          <m:r>
            <m:rPr>
              <m:sty m:val="p"/>
            </m:rPr>
            <m:t>=</m:t>
          </m:r>
          <m:r>
            <m:t>k</m:t>
          </m:r>
          <m:r>
            <m:rPr>
              <m:sty m:val="p"/>
            </m:rPr>
            <m:t>−</m:t>
          </m:r>
          <m:f>
            <m:fPr>
              <m:type m:val="bar"/>
            </m:fPr>
            <m:num>
              <m:r>
                <m:t>24</m:t>
              </m:r>
            </m:num>
            <m:den>
              <m:r>
                <m:t>11</m:t>
              </m:r>
            </m:den>
          </m:f>
          <m:r>
            <m:rPr>
              <m:sty m:val="p"/>
            </m:rPr>
            <m:t>.</m:t>
          </m:r>
        </m:oMath>
      </m:oMathPara>
    </w:p>
    <w:p>
      <w:pPr>
        <w:pStyle w:val="FirstParagraph"/>
        <w:keepLines/>
      </w:pPr>
      <w:r>
        <w:t xml:space="preserve">For every fixed</w:t>
      </w:r>
      <w:r>
        <w:t xml:space="preserve"> </w:t>
      </w:r>
      <m:oMath>
        <m:r>
          <m:t>k</m:t>
        </m:r>
        <m:r>
          <m:rPr>
            <m:sty m:val="p"/>
          </m:rPr>
          <m:t>&gt;</m:t>
        </m:r>
        <m:r>
          <m:t>24</m:t>
        </m:r>
        <m:r>
          <m:rPr>
            <m:sty m:val="p"/>
          </m:rPr>
          <m:t>/</m:t>
        </m:r>
        <m:r>
          <m:t>11</m:t>
        </m:r>
      </m:oMath>
      <w:r>
        <w:t xml:space="preserve">, the matrix is positive definite for all sufficiently large</w:t>
      </w:r>
      <w:r>
        <w:t xml:space="preserve"> </w:t>
      </w:r>
      <m:oMath>
        <m:r>
          <m:t>N</m:t>
        </m:r>
      </m:oMath>
      <w:r>
        <w:t xml:space="preserve">; for every fixed</w:t>
      </w:r>
      <w:r>
        <w:t xml:space="preserve"> </w:t>
      </w:r>
      <m:oMath>
        <m:r>
          <m:t>k</m:t>
        </m:r>
        <m:r>
          <m:rPr>
            <m:sty m:val="p"/>
          </m:rPr>
          <m:t>&lt;</m:t>
        </m:r>
        <m:r>
          <m:t>24</m:t>
        </m:r>
        <m:r>
          <m:rPr>
            <m:sty m:val="p"/>
          </m:rPr>
          <m:t>/</m:t>
        </m:r>
        <m:r>
          <m:t>11</m:t>
        </m:r>
      </m:oMath>
      <w:r>
        <w:t xml:space="preserve">, it is not positive semidefinite for all sufficiently large</w:t>
      </w:r>
      <w:r>
        <w:t xml:space="preserve"> </w:t>
      </w:r>
      <m:oMath>
        <m:r>
          <m:t>N</m:t>
        </m:r>
      </m:oMath>
      <w:r>
        <w:t xml:space="preserve">. The threshold characterization of</w:t>
      </w:r>
      <w:r>
        <w:t xml:space="preserve"> </w:t>
      </w:r>
      <m:oMath>
        <m:sSub>
          <m:e>
            <m:r>
              <m:t>B</m:t>
            </m:r>
          </m:e>
          <m:sub>
            <m:r>
              <m:t>2</m:t>
            </m:r>
          </m:sub>
        </m:sSub>
      </m:oMath>
      <w:r>
        <w:t xml:space="preserve"> </w:t>
      </w:r>
      <w:r>
        <w:t xml:space="preserve">proves (F.7).</w:t>
      </w:r>
    </w:p>
    <w:bookmarkEnd w:id="104"/>
    <w:bookmarkStart w:id="105" w:name="Xe49874745c315899441cc4ad1e581ddccdd9583"/>
    <w:p>
      <w:pPr>
        <w:pStyle w:val="Heading3"/>
      </w:pPr>
      <w:r>
        <w:t xml:space="preserve">F.3. A cubic polynomial detects a linear depth on this family</w:t>
      </w:r>
    </w:p>
    <w:p>
      <w:pPr>
        <w:pStyle w:val="FirstParagraph"/>
      </w:pPr>
      <w:r>
        <w:t xml:space="preserve">Choose</w:t>
      </w:r>
    </w:p>
    <w:p>
      <w:pPr>
        <w:pStyle w:val="BodyText"/>
        <w:keepLines/>
      </w:pPr>
      <m:oMathPara>
        <m:oMathParaPr>
          <m:jc m:val="center"/>
        </m:oMathParaPr>
        <m:oMath>
          <m:sSub>
            <m:e>
              <m:r>
                <m:t>p</m:t>
              </m:r>
            </m:e>
            <m:sub>
              <m:r>
                <m:t>N</m:t>
              </m:r>
            </m:sub>
          </m:sSub>
          <m:d>
            <m:dPr>
              <m:begChr m:val="("/>
              <m:sepChr m:val=""/>
              <m:endChr m:val=")"/>
              <m:grow/>
            </m:dPr>
            <m:e>
              <m:r>
                <m:t>t</m:t>
              </m:r>
            </m:e>
          </m:d>
          <m:r>
            <m:rPr>
              <m:sty m:val="p"/>
            </m:rPr>
            <m:t>=</m:t>
          </m:r>
          <m:r>
            <m:t>t</m:t>
          </m:r>
          <m:d>
            <m:dPr>
              <m:begChr m:val="("/>
              <m:sepChr m:val=""/>
              <m:endChr m:val=")"/>
              <m:grow/>
            </m:dPr>
            <m:e>
              <m:r>
                <m:t>1</m:t>
              </m:r>
              <m:r>
                <m:rPr>
                  <m:sty m:val="p"/>
                </m:rPr>
                <m:t>−</m:t>
              </m:r>
              <m:r>
                <m:t>t</m:t>
              </m:r>
              <m:r>
                <m:rPr>
                  <m:sty m:val="p"/>
                </m:rPr>
                <m:t>/</m:t>
              </m:r>
              <m:r>
                <m:t>N</m:t>
              </m:r>
            </m:e>
          </m:d>
          <m:d>
            <m:dPr>
              <m:begChr m:val="("/>
              <m:sepChr m:val=""/>
              <m:endChr m:val=")"/>
              <m:grow/>
            </m:dPr>
            <m:e>
              <m:r>
                <m:t>1</m:t>
              </m:r>
              <m:r>
                <m:rPr>
                  <m:sty m:val="p"/>
                </m:rPr>
                <m:t>−</m:t>
              </m:r>
              <m:r>
                <m:t>2</m:t>
              </m:r>
              <m:r>
                <m:t>t</m:t>
              </m:r>
              <m:r>
                <m:rPr>
                  <m:sty m:val="p"/>
                </m:rPr>
                <m:t>/</m:t>
              </m:r>
              <m:r>
                <m:t>N</m:t>
              </m:r>
            </m:e>
          </m:d>
          <m:r>
            <m:rPr>
              <m:sty m:val="p"/>
            </m:rPr>
            <m:t>.</m:t>
          </m:r>
        </m:oMath>
      </m:oMathPara>
    </w:p>
    <w:p>
      <w:pPr>
        <w:pStyle w:val="FirstParagraph"/>
      </w:pPr>
      <w:r>
        <w:t xml:space="preserve">Direct substitution of (F.3)–(F.4) in its Rayleigh quotient gives</w:t>
      </w:r>
    </w:p>
    <w:p>
      <w:pPr>
        <w:pStyle w:val="BodyText"/>
        <w:keepNext/>
        <w:keepLines/>
      </w:pPr>
      <m:oMathPara>
        <m:oMathParaPr>
          <m:jc m:val="center"/>
        </m:oMathParaPr>
        <m:oMath>
          <m:sSub>
            <m:e>
              <m:r>
                <m:t>B</m:t>
              </m:r>
            </m:e>
            <m:sub>
              <m:r>
                <m:t>3</m:t>
              </m:r>
            </m:sub>
          </m:sSub>
          <m:d>
            <m:dPr>
              <m:begChr m:val="("/>
              <m:sepChr m:val=""/>
              <m:endChr m:val=")"/>
              <m:grow/>
            </m:dPr>
            <m:e>
              <m:sSub>
                <m:e>
                  <m:r>
                    <m:t>A</m:t>
                  </m:r>
                </m:e>
                <m:sub>
                  <m:r>
                    <m:t>N</m:t>
                  </m:r>
                </m:sub>
              </m:sSub>
            </m:e>
          </m:d>
          <m:r>
            <m:rPr>
              <m:sty m:val="p"/>
            </m:rPr>
            <m:t>≥</m:t>
          </m:r>
          <m:sSub>
            <m:e>
              <m:r>
                <m:t>R</m:t>
              </m:r>
            </m:e>
            <m:sub>
              <m:r>
                <m:t>N</m:t>
              </m:r>
            </m:sub>
          </m:sSub>
          <m:r>
            <m:rPr>
              <m:sty m:val="p"/>
            </m:rPr>
            <m:t>=</m:t>
          </m:r>
          <m:f>
            <m:fPr>
              <m:type m:val="bar"/>
            </m:fPr>
            <m:num>
              <m:r>
                <m:t>56</m:t>
              </m:r>
              <m:sSup>
                <m:e>
                  <m:r>
                    <m:t>N</m:t>
                  </m:r>
                </m:e>
                <m:sup>
                  <m:r>
                    <m:t>5</m:t>
                  </m:r>
                </m:sup>
              </m:sSup>
              <m:r>
                <m:rPr>
                  <m:sty m:val="p"/>
                </m:rPr>
                <m:t>+</m:t>
              </m:r>
              <m:r>
                <m:t>1005</m:t>
              </m:r>
              <m:sSup>
                <m:e>
                  <m:r>
                    <m:t>N</m:t>
                  </m:r>
                </m:e>
                <m:sup>
                  <m:r>
                    <m:t>4</m:t>
                  </m:r>
                </m:sup>
              </m:sSup>
              <m:r>
                <m:rPr>
                  <m:sty m:val="p"/>
                </m:rPr>
                <m:t>+</m:t>
              </m:r>
              <m:r>
                <m:t>5750</m:t>
              </m:r>
              <m:sSup>
                <m:e>
                  <m:r>
                    <m:t>N</m:t>
                  </m:r>
                </m:e>
                <m:sup>
                  <m:r>
                    <m:t>3</m:t>
                  </m:r>
                </m:sup>
              </m:sSup>
              <m:r>
                <m:rPr>
                  <m:sty m:val="p"/>
                </m:rPr>
                <m:t>+</m:t>
              </m:r>
              <m:r>
                <m:t>12495</m:t>
              </m:r>
              <m:sSup>
                <m:e>
                  <m:r>
                    <m:t>N</m:t>
                  </m:r>
                </m:e>
                <m:sup>
                  <m:r>
                    <m:t>2</m:t>
                  </m:r>
                </m:sup>
              </m:sSup>
              <m:r>
                <m:rPr>
                  <m:sty m:val="p"/>
                </m:rPr>
                <m:t>+</m:t>
              </m:r>
              <m:r>
                <m:t>11474</m:t>
              </m:r>
              <m:r>
                <m:t>N</m:t>
              </m:r>
              <m:r>
                <m:rPr>
                  <m:sty m:val="p"/>
                </m:rPr>
                <m:t>+</m:t>
              </m:r>
              <m:r>
                <m:t>3780</m:t>
              </m:r>
            </m:num>
            <m:den>
              <m:r>
                <m:t>12</m:t>
              </m:r>
              <m:d>
                <m:dPr>
                  <m:begChr m:val="("/>
                  <m:sepChr m:val=""/>
                  <m:endChr m:val=")"/>
                  <m:grow/>
                </m:dPr>
                <m:e>
                  <m:r>
                    <m:t>43</m:t>
                  </m:r>
                  <m:sSup>
                    <m:e>
                      <m:r>
                        <m:t>N</m:t>
                      </m:r>
                    </m:e>
                    <m:sup>
                      <m:r>
                        <m:t>4</m:t>
                      </m:r>
                    </m:sup>
                  </m:sSup>
                  <m:r>
                    <m:rPr>
                      <m:sty m:val="p"/>
                    </m:rPr>
                    <m:t>+</m:t>
                  </m:r>
                  <m:r>
                    <m:t>465</m:t>
                  </m:r>
                  <m:sSup>
                    <m:e>
                      <m:r>
                        <m:t>N</m:t>
                      </m:r>
                    </m:e>
                    <m:sup>
                      <m:r>
                        <m:t>3</m:t>
                      </m:r>
                    </m:sup>
                  </m:sSup>
                  <m:r>
                    <m:rPr>
                      <m:sty m:val="p"/>
                    </m:rPr>
                    <m:t>+</m:t>
                  </m:r>
                  <m:r>
                    <m:t>1175</m:t>
                  </m:r>
                  <m:sSup>
                    <m:e>
                      <m:r>
                        <m:t>N</m:t>
                      </m:r>
                    </m:e>
                    <m:sup>
                      <m:r>
                        <m:t>2</m:t>
                      </m:r>
                    </m:sup>
                  </m:sSup>
                  <m:r>
                    <m:rPr>
                      <m:sty m:val="p"/>
                    </m:rPr>
                    <m:t>+</m:t>
                  </m:r>
                  <m:r>
                    <m:t>1125</m:t>
                  </m:r>
                  <m:r>
                    <m:t>N</m:t>
                  </m:r>
                  <m:r>
                    <m:rPr>
                      <m:sty m:val="p"/>
                    </m:rPr>
                    <m:t>+</m:t>
                  </m:r>
                  <m:r>
                    <m:t>372</m:t>
                  </m:r>
                </m:e>
              </m:d>
            </m:den>
          </m:f>
          <m:r>
            <m:rPr>
              <m:sty m:val="p"/>
            </m:rPr>
            <m:t>.</m:t>
          </m:r>
        </m:oMath>
      </m:oMathPara>
    </w:p>
    <w:p>
      <w:pPr>
        <w:pStyle w:val="Caption"/>
        <w:spacing w:before="0" w:after="140"/>
      </w:pPr>
      <w:r>
        <w:t xml:space="preserve">Equation (F.8)</w:t>
      </w:r>
    </w:p>
    <w:p>
      <w:pPr>
        <w:pStyle w:val="BodyText"/>
      </w:pPr>
      <w:r>
        <w:t xml:space="preserve">To make this algebra independently reproducible, write</w:t>
      </w:r>
    </w:p>
    <w:p>
      <w:pPr>
        <w:pStyle w:val="BodyText"/>
        <w:keepLines/>
      </w:pPr>
      <m:oMathPara>
        <m:oMathParaPr>
          <m:jc m:val="center"/>
        </m:oMathParaPr>
        <m:oMath>
          <m:m>
            <m:mPr>
              <m:baseJc m:val="center"/>
              <m:plcHide m:val="on"/>
              <m:mcs>
                <m:mc>
                  <m:mcPr>
                    <m:mcJc m:val="right"/>
                    <m:count m:val="1"/>
                  </m:mcPr>
                </m:mc>
                <m:mc>
                  <m:mcPr>
                    <m:mcJc m:val="left"/>
                    <m:count m:val="1"/>
                  </m:mcPr>
                </m:mc>
              </m:mcs>
            </m:mPr>
            <m:mr>
              <m:e>
                <m:sSub>
                  <m:e>
                    <m:r>
                      <m:t>U</m:t>
                    </m:r>
                  </m:e>
                  <m:sub>
                    <m:r>
                      <m:t>N</m:t>
                    </m:r>
                  </m:sub>
                </m:sSub>
              </m:e>
              <m:e>
                <m:r>
                  <m:rPr>
                    <m:sty m:val="p"/>
                  </m:rPr>
                  <m:t>=</m:t>
                </m:r>
                <m:sSub>
                  <m:e>
                    <m:r>
                      <m:t>M</m:t>
                    </m:r>
                  </m:e>
                  <m:sub>
                    <m:r>
                      <m:t>3</m:t>
                    </m:r>
                  </m:sub>
                </m:sSub>
                <m:r>
                  <m:rPr>
                    <m:sty m:val="p"/>
                  </m:rPr>
                  <m:t>−</m:t>
                </m:r>
                <m:r>
                  <m:t>6</m:t>
                </m:r>
                <m:sSub>
                  <m:e>
                    <m:r>
                      <m:t>M</m:t>
                    </m:r>
                  </m:e>
                  <m:sub>
                    <m:r>
                      <m:t>4</m:t>
                    </m:r>
                  </m:sub>
                </m:sSub>
                <m:r>
                  <m:rPr>
                    <m:sty m:val="p"/>
                  </m:rPr>
                  <m:t>/</m:t>
                </m:r>
                <m:r>
                  <m:t>N</m:t>
                </m:r>
                <m:r>
                  <m:rPr>
                    <m:sty m:val="p"/>
                  </m:rPr>
                  <m:t>+</m:t>
                </m:r>
                <m:r>
                  <m:t>13</m:t>
                </m:r>
                <m:sSub>
                  <m:e>
                    <m:r>
                      <m:t>M</m:t>
                    </m:r>
                  </m:e>
                  <m:sub>
                    <m:r>
                      <m:t>5</m:t>
                    </m:r>
                  </m:sub>
                </m:sSub>
                <m:r>
                  <m:rPr>
                    <m:sty m:val="p"/>
                  </m:rPr>
                  <m:t>/</m:t>
                </m:r>
                <m:sSup>
                  <m:e>
                    <m:r>
                      <m:t>N</m:t>
                    </m:r>
                  </m:e>
                  <m:sup>
                    <m:r>
                      <m:t>2</m:t>
                    </m:r>
                  </m:sup>
                </m:sSup>
                <m:r>
                  <m:rPr>
                    <m:sty m:val="p"/>
                  </m:rPr>
                  <m:t>−</m:t>
                </m:r>
                <m:r>
                  <m:t>12</m:t>
                </m:r>
                <m:sSub>
                  <m:e>
                    <m:r>
                      <m:t>M</m:t>
                    </m:r>
                  </m:e>
                  <m:sub>
                    <m:r>
                      <m:t>6</m:t>
                    </m:r>
                  </m:sub>
                </m:sSub>
                <m:r>
                  <m:rPr>
                    <m:sty m:val="p"/>
                  </m:rPr>
                  <m:t>/</m:t>
                </m:r>
                <m:sSup>
                  <m:e>
                    <m:r>
                      <m:t>N</m:t>
                    </m:r>
                  </m:e>
                  <m:sup>
                    <m:r>
                      <m:t>3</m:t>
                    </m:r>
                  </m:sup>
                </m:sSup>
                <m:r>
                  <m:rPr>
                    <m:sty m:val="p"/>
                  </m:rPr>
                  <m:t>+</m:t>
                </m:r>
                <m:r>
                  <m:t>4</m:t>
                </m:r>
                <m:sSub>
                  <m:e>
                    <m:r>
                      <m:t>M</m:t>
                    </m:r>
                  </m:e>
                  <m:sub>
                    <m:r>
                      <m:t>7</m:t>
                    </m:r>
                  </m:sub>
                </m:sSub>
                <m:r>
                  <m:rPr>
                    <m:sty m:val="p"/>
                  </m:rPr>
                  <m:t>/</m:t>
                </m:r>
                <m:sSup>
                  <m:e>
                    <m:r>
                      <m:t>N</m:t>
                    </m:r>
                  </m:e>
                  <m:sup>
                    <m:r>
                      <m:t>4</m:t>
                    </m:r>
                  </m:sup>
                </m:sSup>
                <m:r>
                  <m:rPr>
                    <m:sty m:val="p"/>
                  </m:rPr>
                  <m:t>,</m:t>
                </m:r>
              </m:e>
            </m:mr>
            <m:mr>
              <m:e>
                <m:sSub>
                  <m:e>
                    <m:r>
                      <m:t>V</m:t>
                    </m:r>
                  </m:e>
                  <m:sub>
                    <m:r>
                      <m:t>N</m:t>
                    </m:r>
                  </m:sub>
                </m:sSub>
              </m:e>
              <m:e>
                <m:r>
                  <m:rPr>
                    <m:sty m:val="p"/>
                  </m:rPr>
                  <m:t>=</m:t>
                </m:r>
                <m:sSub>
                  <m:e>
                    <m:r>
                      <m:t>M</m:t>
                    </m:r>
                  </m:e>
                  <m:sub>
                    <m:r>
                      <m:t>2</m:t>
                    </m:r>
                  </m:sub>
                </m:sSub>
                <m:r>
                  <m:rPr>
                    <m:sty m:val="p"/>
                  </m:rPr>
                  <m:t>−</m:t>
                </m:r>
                <m:r>
                  <m:t>6</m:t>
                </m:r>
                <m:sSub>
                  <m:e>
                    <m:r>
                      <m:t>M</m:t>
                    </m:r>
                  </m:e>
                  <m:sub>
                    <m:r>
                      <m:t>3</m:t>
                    </m:r>
                  </m:sub>
                </m:sSub>
                <m:r>
                  <m:rPr>
                    <m:sty m:val="p"/>
                  </m:rPr>
                  <m:t>/</m:t>
                </m:r>
                <m:r>
                  <m:t>N</m:t>
                </m:r>
                <m:r>
                  <m:rPr>
                    <m:sty m:val="p"/>
                  </m:rPr>
                  <m:t>+</m:t>
                </m:r>
                <m:r>
                  <m:t>13</m:t>
                </m:r>
                <m:sSub>
                  <m:e>
                    <m:r>
                      <m:t>M</m:t>
                    </m:r>
                  </m:e>
                  <m:sub>
                    <m:r>
                      <m:t>4</m:t>
                    </m:r>
                  </m:sub>
                </m:sSub>
                <m:r>
                  <m:rPr>
                    <m:sty m:val="p"/>
                  </m:rPr>
                  <m:t>/</m:t>
                </m:r>
                <m:sSup>
                  <m:e>
                    <m:r>
                      <m:t>N</m:t>
                    </m:r>
                  </m:e>
                  <m:sup>
                    <m:r>
                      <m:t>2</m:t>
                    </m:r>
                  </m:sup>
                </m:sSup>
                <m:r>
                  <m:rPr>
                    <m:sty m:val="p"/>
                  </m:rPr>
                  <m:t>−</m:t>
                </m:r>
                <m:r>
                  <m:t>12</m:t>
                </m:r>
                <m:sSub>
                  <m:e>
                    <m:r>
                      <m:t>M</m:t>
                    </m:r>
                  </m:e>
                  <m:sub>
                    <m:r>
                      <m:t>5</m:t>
                    </m:r>
                  </m:sub>
                </m:sSub>
                <m:r>
                  <m:rPr>
                    <m:sty m:val="p"/>
                  </m:rPr>
                  <m:t>/</m:t>
                </m:r>
                <m:sSup>
                  <m:e>
                    <m:r>
                      <m:t>N</m:t>
                    </m:r>
                  </m:e>
                  <m:sup>
                    <m:r>
                      <m:t>3</m:t>
                    </m:r>
                  </m:sup>
                </m:sSup>
                <m:r>
                  <m:rPr>
                    <m:sty m:val="p"/>
                  </m:rPr>
                  <m:t>+</m:t>
                </m:r>
                <m:r>
                  <m:t>4</m:t>
                </m:r>
                <m:sSub>
                  <m:e>
                    <m:r>
                      <m:t>M</m:t>
                    </m:r>
                  </m:e>
                  <m:sub>
                    <m:r>
                      <m:t>6</m:t>
                    </m:r>
                  </m:sub>
                </m:sSub>
                <m:r>
                  <m:rPr>
                    <m:sty m:val="p"/>
                  </m:rPr>
                  <m:t>/</m:t>
                </m:r>
                <m:sSup>
                  <m:e>
                    <m:r>
                      <m:t>N</m:t>
                    </m:r>
                  </m:e>
                  <m:sup>
                    <m:r>
                      <m:t>4</m:t>
                    </m:r>
                  </m:sup>
                </m:sSup>
                <m:r>
                  <m:rPr>
                    <m:sty m:val="p"/>
                  </m:rPr>
                  <m:t>.</m:t>
                </m:r>
              </m:e>
            </m:mr>
          </m:m>
        </m:oMath>
      </m:oMathPara>
    </w:p>
    <w:p>
      <w:pPr>
        <w:pStyle w:val="FirstParagraph"/>
      </w:pPr>
      <w:r>
        <w:t xml:space="preserve">The identities being used are exactly</w:t>
      </w:r>
    </w:p>
    <w:p>
      <w:pPr>
        <w:pStyle w:val="BodyText"/>
        <w:keepLines/>
      </w:pPr>
      <m:oMathPara>
        <m:oMathParaPr>
          <m:jc m:val="center"/>
        </m:oMathParaPr>
        <m:oMath>
          <m:r>
            <m:rPr>
              <m:sty m:val="p"/>
            </m:rPr>
            <m:t>−</m:t>
          </m:r>
          <m:sSup>
            <m:e>
              <m:r>
                <m:t>N</m:t>
              </m:r>
            </m:e>
            <m:sup>
              <m:r>
                <m:t>4</m:t>
              </m:r>
            </m:sup>
          </m:sSup>
          <m:sSub>
            <m:e>
              <m:r>
                <m:t>U</m:t>
              </m:r>
            </m:e>
            <m:sub>
              <m:r>
                <m:t>N</m:t>
              </m:r>
            </m:sub>
          </m:sSub>
          <m:r>
            <m:rPr>
              <m:sty m:val="p"/>
            </m:rPr>
            <m:t>=</m:t>
          </m:r>
          <m:f>
            <m:fPr>
              <m:type m:val="bar"/>
            </m:fPr>
            <m:num>
              <m:r>
                <m:t>56</m:t>
              </m:r>
              <m:sSup>
                <m:e>
                  <m:r>
                    <m:t>N</m:t>
                  </m:r>
                </m:e>
                <m:sup>
                  <m:r>
                    <m:t>6</m:t>
                  </m:r>
                </m:sup>
              </m:sSup>
              <m:r>
                <m:rPr>
                  <m:sty m:val="p"/>
                </m:rPr>
                <m:t>+</m:t>
              </m:r>
              <m:r>
                <m:t>1005</m:t>
              </m:r>
              <m:sSup>
                <m:e>
                  <m:r>
                    <m:t>N</m:t>
                  </m:r>
                </m:e>
                <m:sup>
                  <m:r>
                    <m:t>5</m:t>
                  </m:r>
                </m:sup>
              </m:sSup>
              <m:r>
                <m:rPr>
                  <m:sty m:val="p"/>
                </m:rPr>
                <m:t>+</m:t>
              </m:r>
              <m:r>
                <m:t>5750</m:t>
              </m:r>
              <m:sSup>
                <m:e>
                  <m:r>
                    <m:t>N</m:t>
                  </m:r>
                </m:e>
                <m:sup>
                  <m:r>
                    <m:t>4</m:t>
                  </m:r>
                </m:sup>
              </m:sSup>
              <m:r>
                <m:rPr>
                  <m:sty m:val="p"/>
                </m:rPr>
                <m:t>+</m:t>
              </m:r>
              <m:r>
                <m:t>12495</m:t>
              </m:r>
              <m:sSup>
                <m:e>
                  <m:r>
                    <m:t>N</m:t>
                  </m:r>
                </m:e>
                <m:sup>
                  <m:r>
                    <m:t>3</m:t>
                  </m:r>
                </m:sup>
              </m:sSup>
              <m:r>
                <m:rPr>
                  <m:sty m:val="p"/>
                </m:rPr>
                <m:t>+</m:t>
              </m:r>
              <m:r>
                <m:t>11474</m:t>
              </m:r>
              <m:sSup>
                <m:e>
                  <m:r>
                    <m:t>N</m:t>
                  </m:r>
                </m:e>
                <m:sup>
                  <m:r>
                    <m:t>2</m:t>
                  </m:r>
                </m:sup>
              </m:sSup>
              <m:r>
                <m:rPr>
                  <m:sty m:val="p"/>
                </m:rPr>
                <m:t>+</m:t>
              </m:r>
              <m:r>
                <m:t>3780</m:t>
              </m:r>
              <m:r>
                <m:t>N</m:t>
              </m:r>
            </m:num>
            <m:den>
              <m:r>
                <m:t>5760</m:t>
              </m:r>
            </m:den>
          </m:f>
          <m:r>
            <m:rPr>
              <m:sty m:val="p"/>
            </m:rPr>
            <m:t>,</m:t>
          </m:r>
        </m:oMath>
      </m:oMathPara>
    </w:p>
    <w:p>
      <w:pPr>
        <w:pStyle w:val="FirstParagraph"/>
        <w:keepLines/>
      </w:pPr>
      <m:oMathPara>
        <m:oMathParaPr>
          <m:jc m:val="center"/>
        </m:oMathParaPr>
        <m:oMath>
          <m:sSup>
            <m:e>
              <m:r>
                <m:t>N</m:t>
              </m:r>
            </m:e>
            <m:sup>
              <m:r>
                <m:t>4</m:t>
              </m:r>
            </m:sup>
          </m:sSup>
          <m:sSub>
            <m:e>
              <m:r>
                <m:t>V</m:t>
              </m:r>
            </m:e>
            <m:sub>
              <m:r>
                <m:t>N</m:t>
              </m:r>
            </m:sub>
          </m:sSub>
          <m:r>
            <m:rPr>
              <m:sty m:val="p"/>
            </m:rPr>
            <m:t>=</m:t>
          </m:r>
          <m:f>
            <m:fPr>
              <m:type m:val="bar"/>
            </m:fPr>
            <m:num>
              <m:r>
                <m:t>43</m:t>
              </m:r>
              <m:sSup>
                <m:e>
                  <m:r>
                    <m:t>N</m:t>
                  </m:r>
                </m:e>
                <m:sup>
                  <m:r>
                    <m:t>5</m:t>
                  </m:r>
                </m:sup>
              </m:sSup>
              <m:r>
                <m:rPr>
                  <m:sty m:val="p"/>
                </m:rPr>
                <m:t>+</m:t>
              </m:r>
              <m:r>
                <m:t>465</m:t>
              </m:r>
              <m:sSup>
                <m:e>
                  <m:r>
                    <m:t>N</m:t>
                  </m:r>
                </m:e>
                <m:sup>
                  <m:r>
                    <m:t>4</m:t>
                  </m:r>
                </m:sup>
              </m:sSup>
              <m:r>
                <m:rPr>
                  <m:sty m:val="p"/>
                </m:rPr>
                <m:t>+</m:t>
              </m:r>
              <m:r>
                <m:t>1175</m:t>
              </m:r>
              <m:sSup>
                <m:e>
                  <m:r>
                    <m:t>N</m:t>
                  </m:r>
                </m:e>
                <m:sup>
                  <m:r>
                    <m:t>3</m:t>
                  </m:r>
                </m:sup>
              </m:sSup>
              <m:r>
                <m:rPr>
                  <m:sty m:val="p"/>
                </m:rPr>
                <m:t>+</m:t>
              </m:r>
              <m:r>
                <m:t>1125</m:t>
              </m:r>
              <m:sSup>
                <m:e>
                  <m:r>
                    <m:t>N</m:t>
                  </m:r>
                </m:e>
                <m:sup>
                  <m:r>
                    <m:t>2</m:t>
                  </m:r>
                </m:sup>
              </m:sSup>
              <m:r>
                <m:rPr>
                  <m:sty m:val="p"/>
                </m:rPr>
                <m:t>+</m:t>
              </m:r>
              <m:r>
                <m:t>372</m:t>
              </m:r>
              <m:r>
                <m:t>N</m:t>
              </m:r>
            </m:num>
            <m:den>
              <m:r>
                <m:t>480</m:t>
              </m:r>
            </m:den>
          </m:f>
          <m:r>
            <m:rPr>
              <m:sty m:val="p"/>
            </m:rPr>
            <m:t>.</m:t>
          </m:r>
        </m:oMath>
      </m:oMathPara>
    </w:p>
    <w:p>
      <w:pPr>
        <w:pStyle w:val="FirstParagraph"/>
        <w:keepLines/>
      </w:pPr>
      <w:r>
        <w:t xml:space="preserve">They follow by polynomial expansion of the finite binomial formulas above. Every coefficient of</w:t>
      </w:r>
      <w:r>
        <w:t xml:space="preserve"> </w:t>
      </w:r>
      <m:oMath>
        <m:sSub>
          <m:e>
            <m:r>
              <m:t>V</m:t>
            </m:r>
          </m:e>
          <m:sub>
            <m:r>
              <m:t>N</m:t>
            </m:r>
          </m:sub>
        </m:sSub>
      </m:oMath>
      <w:r>
        <w:t xml:space="preserve"> </w:t>
      </w:r>
      <w:r>
        <w:t xml:space="preserve">is positive. Subtracting</w:t>
      </w:r>
      <w:r>
        <w:t xml:space="preserve"> </w:t>
      </w:r>
      <m:oMath>
        <m:d>
          <m:dPr>
            <m:begChr m:val="("/>
            <m:sepChr m:val=""/>
            <m:endChr m:val=")"/>
            <m:grow/>
          </m:dPr>
          <m:e>
            <m:r>
              <m:t>14</m:t>
            </m:r>
            <m:r>
              <m:rPr>
                <m:sty m:val="p"/>
              </m:rPr>
              <m:t>/</m:t>
            </m:r>
            <m:r>
              <m:t>129</m:t>
            </m:r>
          </m:e>
        </m:d>
        <m:r>
          <m:t>N</m:t>
        </m:r>
        <m:d>
          <m:dPr>
            <m:begChr m:val="("/>
            <m:sepChr m:val=""/>
            <m:endChr m:val=")"/>
            <m:grow/>
          </m:dPr>
          <m:e>
            <m:sSup>
              <m:e>
                <m:r>
                  <m:t>N</m:t>
                </m:r>
              </m:e>
              <m:sup>
                <m:r>
                  <m:t>4</m:t>
                </m:r>
              </m:sup>
            </m:sSup>
            <m:sSub>
              <m:e>
                <m:r>
                  <m:t>V</m:t>
                </m:r>
              </m:e>
              <m:sub>
                <m:r>
                  <m:t>N</m:t>
                </m:r>
              </m:sub>
            </m:sSub>
          </m:e>
        </m:d>
      </m:oMath>
      <w:r>
        <w:t xml:space="preserve"> </w:t>
      </w:r>
      <w:r>
        <w:t xml:space="preserve">from</w:t>
      </w:r>
      <w:r>
        <w:t xml:space="preserve"> </w:t>
      </w:r>
      <m:oMath>
        <m:r>
          <m:rPr>
            <m:sty m:val="p"/>
          </m:rPr>
          <m:t>−</m:t>
        </m:r>
        <m:sSup>
          <m:e>
            <m:r>
              <m:t>N</m:t>
            </m:r>
          </m:e>
          <m:sup>
            <m:r>
              <m:t>4</m:t>
            </m:r>
          </m:sup>
        </m:sSup>
        <m:sSub>
          <m:e>
            <m:r>
              <m:t>U</m:t>
            </m:r>
          </m:e>
          <m:sub>
            <m:r>
              <m:t>N</m:t>
            </m:r>
          </m:sub>
        </m:sSub>
      </m:oMath>
      <w:r>
        <w:t xml:space="preserve"> </w:t>
      </w:r>
      <w:r>
        <w:t xml:space="preserve">leaves, in ascending powers of</w:t>
      </w:r>
      <w:r>
        <w:t xml:space="preserve"> </w:t>
      </w:r>
      <m:oMath>
        <m:r>
          <m:t>N</m:t>
        </m:r>
      </m:oMath>
      <w:r>
        <w:t xml:space="preserve">, the coefficients</w:t>
      </w:r>
    </w:p>
    <w:p>
      <w:pPr>
        <w:pStyle w:val="BodyText"/>
        <w:keepLines/>
      </w:pPr>
      <m:oMathPara>
        <m:oMathParaPr>
          <m:jc m:val="center"/>
        </m:oMathParaPr>
        <m:oMath>
          <m:r>
            <m:t>0</m:t>
          </m:r>
          <m:r>
            <m:rPr>
              <m:sty m:val="p"/>
            </m:rPr>
            <m:t>,</m:t>
          </m:r>
          <m:r>
            <m:t> </m:t>
          </m:r>
          <m:f>
            <m:fPr>
              <m:type m:val="bar"/>
            </m:fPr>
            <m:num>
              <m:r>
                <m:t>21</m:t>
              </m:r>
            </m:num>
            <m:den>
              <m:r>
                <m:t>32</m:t>
              </m:r>
            </m:den>
          </m:f>
          <m:r>
            <m:rPr>
              <m:sty m:val="p"/>
            </m:rPr>
            <m:t>,</m:t>
          </m:r>
          <m:r>
            <m:t> </m:t>
          </m:r>
          <m:f>
            <m:fPr>
              <m:type m:val="bar"/>
            </m:fPr>
            <m:num>
              <m:r>
                <m:t>47255</m:t>
              </m:r>
            </m:num>
            <m:den>
              <m:r>
                <m:t>24768</m:t>
              </m:r>
            </m:den>
          </m:f>
          <m:r>
            <m:rPr>
              <m:sty m:val="p"/>
            </m:rPr>
            <m:t>,</m:t>
          </m:r>
          <m:r>
            <m:t> </m:t>
          </m:r>
          <m:f>
            <m:fPr>
              <m:type m:val="bar"/>
            </m:fPr>
            <m:num>
              <m:r>
                <m:t>31619</m:t>
              </m:r>
            </m:num>
            <m:den>
              <m:r>
                <m:t>16512</m:t>
              </m:r>
            </m:den>
          </m:f>
          <m:r>
            <m:rPr>
              <m:sty m:val="p"/>
            </m:rPr>
            <m:t>,</m:t>
          </m:r>
          <m:r>
            <m:t> </m:t>
          </m:r>
          <m:f>
            <m:fPr>
              <m:type m:val="bar"/>
            </m:fPr>
            <m:num>
              <m:r>
                <m:t>18145</m:t>
              </m:r>
            </m:num>
            <m:den>
              <m:r>
                <m:t>24768</m:t>
              </m:r>
            </m:den>
          </m:f>
          <m:r>
            <m:rPr>
              <m:sty m:val="p"/>
            </m:rPr>
            <m:t>,</m:t>
          </m:r>
          <m:r>
            <m:t> </m:t>
          </m:r>
          <m:f>
            <m:fPr>
              <m:type m:val="bar"/>
            </m:fPr>
            <m:num>
              <m:r>
                <m:t>1145</m:t>
              </m:r>
            </m:num>
            <m:den>
              <m:r>
                <m:t>16512</m:t>
              </m:r>
            </m:den>
          </m:f>
          <m:r>
            <m:rPr>
              <m:sty m:val="p"/>
            </m:rPr>
            <m:t>,</m:t>
          </m:r>
          <m:r>
            <m:t> </m:t>
          </m:r>
          <m:r>
            <m:t>0</m:t>
          </m:r>
          <m:r>
            <m:rPr>
              <m:sty m:val="p"/>
            </m:rPr>
            <m:t>.</m:t>
          </m:r>
        </m:oMath>
      </m:oMathPara>
    </w:p>
    <w:p>
      <w:pPr>
        <w:pStyle w:val="FirstParagraph"/>
        <w:keepLines/>
      </w:pPr>
      <w:r>
        <w:t xml:space="preserve">Consequently</w:t>
      </w:r>
      <w:r>
        <w:t xml:space="preserve"> </w:t>
      </w:r>
      <m:oMath>
        <m:sSub>
          <m:e>
            <m:r>
              <m:t>R</m:t>
            </m:r>
          </m:e>
          <m:sub>
            <m:r>
              <m:t>N</m:t>
            </m:r>
          </m:sub>
        </m:sSub>
        <m:r>
          <m:rPr>
            <m:sty m:val="p"/>
          </m:rPr>
          <m:t>&gt;</m:t>
        </m:r>
        <m:d>
          <m:dPr>
            <m:begChr m:val="("/>
            <m:sepChr m:val=""/>
            <m:endChr m:val=")"/>
            <m:grow/>
          </m:dPr>
          <m:e>
            <m:r>
              <m:t>14</m:t>
            </m:r>
            <m:r>
              <m:rPr>
                <m:sty m:val="p"/>
              </m:rPr>
              <m:t>/</m:t>
            </m:r>
            <m:r>
              <m:t>129</m:t>
            </m:r>
          </m:e>
        </m:d>
        <m:r>
          <m:t>N</m:t>
        </m:r>
      </m:oMath>
      <w:r>
        <w:t xml:space="preserve"> </w:t>
      </w:r>
      <w:r>
        <w:t xml:space="preserve">for every</w:t>
      </w:r>
      <w:r>
        <w:t xml:space="preserve"> </w:t>
      </w:r>
      <m:oMath>
        <m:r>
          <m:t>N</m:t>
        </m:r>
        <m:r>
          <m:rPr>
            <m:sty m:val="p"/>
          </m:rPr>
          <m:t>≥</m:t>
        </m:r>
        <m:r>
          <m:t>1</m:t>
        </m:r>
      </m:oMath>
      <w:r>
        <w:t xml:space="preserve">. The direct bound (F.2) has a larger linear coefficient. The cubic calculation is useful because it demonstrates a change of scale within the hierarchy, not because it improves the interval’s elementary bound. No analogous all-set lower bound for</w:t>
      </w:r>
      <w:r>
        <w:t xml:space="preserve"> </w:t>
      </w:r>
      <m:oMath>
        <m:sSub>
          <m:e>
            <m:r>
              <m:t>B</m:t>
            </m:r>
          </m:e>
          <m:sub>
            <m:r>
              <m:t>3</m:t>
            </m:r>
          </m:sub>
        </m:sSub>
      </m:oMath>
      <w:r>
        <w:t xml:space="preserve"> </w:t>
      </w:r>
      <w:r>
        <w:t xml:space="preserve">is established here.</w:t>
      </w:r>
    </w:p>
    <w:bookmarkEnd w:id="105"/>
    <w:bookmarkEnd w:id="106"/>
    <w:bookmarkStart w:id="108" w:name="appendix-g-spectral"/>
    <w:p>
      <w:pPr>
        <w:pStyle w:val="Heading2"/>
      </w:pPr>
      <w:r>
        <w:t xml:space="preserve">G. The lattice operator and a finite open box</w:t>
      </w:r>
    </w:p>
    <w:p>
      <w:pPr>
        <w:pStyle w:val="FirstParagraph"/>
        <w:keepLines/>
      </w:pPr>
      <w:r>
        <w:t xml:space="preserve">Let</w:t>
      </w:r>
      <w:r>
        <w:t xml:space="preserve"> </w:t>
      </w:r>
      <m:oMath>
        <m:r>
          <m:t>T</m:t>
        </m:r>
      </m:oMath>
      <w:r>
        <w:t xml:space="preserve"> </w:t>
      </w:r>
      <w:r>
        <w:t xml:space="preserve">be the bilateral shift on</w:t>
      </w:r>
      <w:r>
        <w:t xml:space="preserve"> </w:t>
      </w:r>
      <m:oMath>
        <m:sSup>
          <m:e>
            <m:r>
              <m:rPr>
                <m:sty m:val="p"/>
              </m:rPr>
              <m:t>ℓ</m:t>
            </m:r>
          </m:e>
          <m:sup>
            <m:r>
              <m:t>2</m:t>
            </m:r>
          </m:sup>
        </m:sSup>
        <m:d>
          <m:dPr>
            <m:begChr m:val="("/>
            <m:sepChr m:val=""/>
            <m:endChr m:val=")"/>
            <m:grow/>
          </m:dPr>
          <m:e>
            <m:r>
              <m:rPr>
                <m:sty m:val="p"/>
                <m:scr m:val="double-struck"/>
              </m:rPr>
              <m:t>Z</m:t>
            </m:r>
          </m:e>
        </m:d>
      </m:oMath>
      <w:r>
        <w:t xml:space="preserve">,</w:t>
      </w:r>
    </w:p>
    <w:p>
      <w:pPr>
        <w:pStyle w:val="BodyText"/>
        <w:keepNext/>
        <w:keepLines/>
      </w:pPr>
      <m:oMathPara>
        <m:oMathParaPr>
          <m:jc m:val="center"/>
        </m:oMathParaPr>
        <m:oMath>
          <m:d>
            <m:dPr>
              <m:begChr m:val="("/>
              <m:sepChr m:val=""/>
              <m:endChr m:val=")"/>
              <m:grow/>
            </m:dPr>
            <m:e>
              <m:r>
                <m:t>T</m:t>
              </m:r>
              <m:r>
                <m:t>ψ</m:t>
              </m:r>
            </m:e>
          </m:d>
          <m:d>
            <m:dPr>
              <m:begChr m:val="("/>
              <m:sepChr m:val=""/>
              <m:endChr m:val=")"/>
              <m:grow/>
            </m:dPr>
            <m:e>
              <m:r>
                <m:t>n</m:t>
              </m:r>
            </m:e>
          </m:d>
          <m:r>
            <m:rPr>
              <m:sty m:val="p"/>
            </m:rPr>
            <m:t>=</m:t>
          </m:r>
          <m:r>
            <m:t>ψ</m:t>
          </m:r>
          <m:d>
            <m:dPr>
              <m:begChr m:val="("/>
              <m:sepChr m:val=""/>
              <m:endChr m:val=")"/>
              <m:grow/>
            </m:dPr>
            <m:e>
              <m:r>
                <m:t>n</m:t>
              </m:r>
              <m:r>
                <m:rPr>
                  <m:sty m:val="p"/>
                </m:rPr>
                <m:t>−</m:t>
              </m:r>
              <m:r>
                <m:t>1</m:t>
              </m:r>
            </m:e>
          </m:d>
          <m:r>
            <m:rPr>
              <m:sty m:val="p"/>
            </m:rPr>
            <m:t>,</m:t>
          </m:r>
          <m:r>
            <m:t>  </m:t>
          </m:r>
          <m:sSub>
            <m:e>
              <m:r>
                <m:rPr>
                  <m:sty m:val="p"/>
                  <m:scr m:val="script"/>
                </m:rPr>
                <m:t>H</m:t>
              </m:r>
            </m:e>
            <m:sub>
              <m:r>
                <m:t>A</m:t>
              </m:r>
            </m:sub>
          </m:sSub>
          <m:r>
            <m:rPr>
              <m:sty m:val="p"/>
            </m:rPr>
            <m:t>=</m:t>
          </m:r>
          <m:f>
            <m:fPr>
              <m:type m:val="bar"/>
            </m:fPr>
            <m:num>
              <m:r>
                <m:t>1</m:t>
              </m:r>
            </m:num>
            <m:den>
              <m:r>
                <m:t>2</m:t>
              </m:r>
            </m:den>
          </m:f>
          <m:nary>
            <m:naryPr>
              <m:chr m:val="∑"/>
              <m:limLoc m:val="undOvr"/>
              <m:subHide m:val="off"/>
              <m:supHide m:val="on"/>
            </m:naryPr>
            <m:sub>
              <m:r>
                <m:t>a</m:t>
              </m:r>
              <m:r>
                <m:rPr>
                  <m:sty m:val="p"/>
                </m:rPr>
                <m:t>∈</m:t>
              </m:r>
              <m:r>
                <m:t>A</m:t>
              </m:r>
            </m:sub>
            <m:sup>
              <m:r>
                <m:t>​</m:t>
              </m:r>
            </m:sup>
            <m:e>
              <m:d>
                <m:dPr>
                  <m:begChr m:val="("/>
                  <m:sepChr m:val=""/>
                  <m:endChr m:val=")"/>
                  <m:grow/>
                </m:dPr>
                <m:e>
                  <m:sSup>
                    <m:e>
                      <m:r>
                        <m:t>T</m:t>
                      </m:r>
                    </m:e>
                    <m:sup>
                      <m:r>
                        <m:t>a</m:t>
                      </m:r>
                    </m:sup>
                  </m:sSup>
                  <m:r>
                    <m:rPr>
                      <m:sty m:val="p"/>
                    </m:rPr>
                    <m:t>+</m:t>
                  </m:r>
                  <m:sSup>
                    <m:e>
                      <m:r>
                        <m:t>T</m:t>
                      </m:r>
                    </m:e>
                    <m:sup>
                      <m:r>
                        <m:rPr>
                          <m:sty m:val="p"/>
                        </m:rPr>
                        <m:t>−</m:t>
                      </m:r>
                      <m:r>
                        <m:t>a</m:t>
                      </m:r>
                    </m:sup>
                  </m:sSup>
                </m:e>
              </m:d>
            </m:e>
          </m:nary>
          <m:r>
            <m:rPr>
              <m:sty m:val="p"/>
            </m:rPr>
            <m:t>.</m:t>
          </m:r>
        </m:oMath>
      </m:oMathPara>
    </w:p>
    <w:p>
      <w:pPr>
        <w:pStyle w:val="Caption"/>
        <w:spacing w:before="0" w:after="140"/>
      </w:pPr>
      <w:r>
        <w:t xml:space="preserve">Equation (G.1)</w:t>
      </w:r>
    </w:p>
    <w:p>
      <w:pPr>
        <w:pStyle w:val="BodyText"/>
        <w:keepLines/>
      </w:pPr>
      <w:r>
        <w:t xml:space="preserve">This is a bounded self-adjoint operator with norm at most</w:t>
      </w:r>
      <w:r>
        <w:t xml:space="preserve"> </w:t>
      </w:r>
      <m:oMath>
        <m:r>
          <m:t>N</m:t>
        </m:r>
      </m:oMath>
      <w:r>
        <w:t xml:space="preserve">. In the language of a tight-binding model, the admissible hopping distances are the elements of</w:t>
      </w:r>
      <w:r>
        <w:t xml:space="preserve"> </w:t>
      </w:r>
      <m:oMath>
        <m:r>
          <m:t>A</m:t>
        </m:r>
      </m:oMath>
      <w:r>
        <w:t xml:space="preserve">. The factor</w:t>
      </w:r>
      <w:r>
        <w:t xml:space="preserve"> </w:t>
      </w:r>
      <m:oMath>
        <m:r>
          <m:t>1</m:t>
        </m:r>
        <m:r>
          <m:rPr>
            <m:sty m:val="p"/>
          </m:rPr>
          <m:t>/</m:t>
        </m:r>
        <m:r>
          <m:t>2</m:t>
        </m:r>
      </m:oMath>
      <w:r>
        <w:t xml:space="preserve"> </w:t>
      </w:r>
      <w:r>
        <w:t xml:space="preserve">ensures that the two opposing directions contribute one unit-amplitude cosine after Fourier transformation. This is a mathematical model; arbitrary long hopping distances are not asserted to occur in a particular material.</w:t>
      </w:r>
    </w:p>
    <w:p>
      <w:pPr>
        <w:pStyle w:val="BodyText"/>
      </w:pPr>
      <w:r>
        <w:rPr>
          <w:bCs/>
          <w:b/>
        </w:rPr>
        <w:t xml:space="preserve">Proposition G.1 — Exact spectral identity.</w:t>
      </w:r>
    </w:p>
    <w:p>
      <w:pPr>
        <w:pStyle w:val="BodyText"/>
        <w:keepNext/>
        <w:keepLines/>
      </w:pPr>
      <m:oMathPara>
        <m:oMathParaPr>
          <m:jc m:val="center"/>
        </m:oMathParaPr>
        <m:oMath>
          <m:r>
            <m:rPr>
              <m:sty m:val="p"/>
            </m:rPr>
            <m:t>spec</m:t>
          </m:r>
          <m:d>
            <m:dPr>
              <m:begChr m:val="("/>
              <m:sepChr m:val=""/>
              <m:endChr m:val=")"/>
              <m:grow/>
            </m:dPr>
            <m:e>
              <m:sSub>
                <m:e>
                  <m:r>
                    <m:rPr>
                      <m:sty m:val="p"/>
                      <m:scr m:val="script"/>
                    </m:rPr>
                    <m:t>H</m:t>
                  </m:r>
                </m:e>
                <m:sub>
                  <m:r>
                    <m:t>A</m:t>
                  </m:r>
                </m:sub>
              </m:sSub>
            </m:e>
          </m:d>
          <m:r>
            <m:rPr>
              <m:sty m:val="p"/>
            </m:rPr>
            <m:t>=</m:t>
          </m:r>
          <m:d>
            <m:dPr>
              <m:begChr m:val="["/>
              <m:sepChr m:val=""/>
              <m:endChr m:val="]"/>
              <m:grow/>
            </m:dPr>
            <m:e>
              <m:r>
                <m:rPr>
                  <m:sty m:val="p"/>
                </m:rPr>
                <m:t>−</m:t>
              </m:r>
              <m:r>
                <m:t>K</m:t>
              </m:r>
              <m:d>
                <m:dPr>
                  <m:begChr m:val="("/>
                  <m:sepChr m:val=""/>
                  <m:endChr m:val=")"/>
                  <m:grow/>
                </m:dPr>
                <m:e>
                  <m:r>
                    <m:t>A</m:t>
                  </m:r>
                </m:e>
              </m:d>
              <m:r>
                <m:rPr>
                  <m:sty m:val="p"/>
                </m:rPr>
                <m:t>,</m:t>
              </m:r>
              <m:r>
                <m:t>N</m:t>
              </m:r>
            </m:e>
          </m:d>
          <m:r>
            <m:rPr>
              <m:sty m:val="p"/>
            </m:rPr>
            <m:t>,</m:t>
          </m:r>
          <m:r>
            <m:t>  </m:t>
          </m:r>
          <m:r>
            <m:rPr>
              <m:sty m:val="p"/>
            </m:rPr>
            <m:t>−</m:t>
          </m:r>
          <m:r>
            <m:t>K</m:t>
          </m:r>
          <m:d>
            <m:dPr>
              <m:begChr m:val="("/>
              <m:sepChr m:val=""/>
              <m:endChr m:val=")"/>
              <m:grow/>
            </m:dPr>
            <m:e>
              <m:r>
                <m:t>A</m:t>
              </m:r>
            </m:e>
          </m:d>
          <m:r>
            <m:rPr>
              <m:sty m:val="p"/>
            </m:rPr>
            <m:t>=</m:t>
          </m:r>
          <m:limLow>
            <m:e>
              <m:r>
                <m:rPr>
                  <m:sty m:val="p"/>
                </m:rPr>
                <m:t>inf</m:t>
              </m:r>
            </m:e>
            <m:lim>
              <m:r>
                <m:rPr>
                  <m:sty m:val="p"/>
                </m:rPr>
                <m:t>∥</m:t>
              </m:r>
              <m:r>
                <m:t>ψ</m:t>
              </m:r>
              <m:sSub>
                <m:e>
                  <m:r>
                    <m:rPr>
                      <m:sty m:val="p"/>
                    </m:rPr>
                    <m:t>∥</m:t>
                  </m:r>
                </m:e>
                <m:sub>
                  <m:r>
                    <m:t>2</m:t>
                  </m:r>
                </m:sub>
              </m:sSub>
              <m:r>
                <m:rPr>
                  <m:sty m:val="p"/>
                </m:rPr>
                <m:t>=</m:t>
              </m:r>
              <m:r>
                <m:t>1</m:t>
              </m:r>
            </m:lim>
          </m:limLow>
          <m:r>
            <m:rPr>
              <m:sty m:val="p"/>
            </m:rPr>
            <m:t>⟨</m:t>
          </m:r>
          <m:r>
            <m:t>ψ</m:t>
          </m:r>
          <m:r>
            <m:rPr>
              <m:sty m:val="p"/>
            </m:rPr>
            <m:t>,</m:t>
          </m:r>
          <m:sSub>
            <m:e>
              <m:r>
                <m:rPr>
                  <m:sty m:val="p"/>
                  <m:scr m:val="script"/>
                </m:rPr>
                <m:t>H</m:t>
              </m:r>
            </m:e>
            <m:sub>
              <m:r>
                <m:t>A</m:t>
              </m:r>
            </m:sub>
          </m:sSub>
          <m:r>
            <m:t>ψ</m:t>
          </m:r>
          <m:r>
            <m:rPr>
              <m:sty m:val="p"/>
            </m:rPr>
            <m:t>⟩</m:t>
          </m:r>
          <m:r>
            <m:rPr>
              <m:sty m:val="p"/>
            </m:rPr>
            <m:t>.</m:t>
          </m:r>
        </m:oMath>
      </m:oMathPara>
    </w:p>
    <w:p>
      <w:pPr>
        <w:pStyle w:val="Caption"/>
        <w:spacing w:before="0" w:after="140"/>
      </w:pPr>
      <w:r>
        <w:t xml:space="preserve">Equation (G.2)</w:t>
      </w:r>
    </w:p>
    <w:p>
      <w:pPr>
        <w:pStyle w:val="BodyText"/>
        <w:keepLines/>
      </w:pPr>
      <w:r>
        <w:rPr>
          <w:bCs/>
          <w:b/>
        </w:rPr>
        <w:t xml:space="preserve">Proof.</w:t>
      </w:r>
      <w:r>
        <w:t xml:space="preserve"> </w:t>
      </w:r>
      <w:r>
        <w:t xml:space="preserve">The unitary Fourier map</w:t>
      </w:r>
      <w:r>
        <w:t xml:space="preserve"> </w:t>
      </w:r>
      <m:oMath>
        <m:r>
          <m:t>U</m:t>
        </m:r>
        <m:r>
          <m:t>ψ</m:t>
        </m:r>
        <m:d>
          <m:dPr>
            <m:begChr m:val="("/>
            <m:sepChr m:val=""/>
            <m:endChr m:val=")"/>
            <m:grow/>
          </m:dPr>
          <m:e>
            <m:r>
              <m:t>x</m:t>
            </m:r>
          </m:e>
        </m:d>
        <m:r>
          <m:rPr>
            <m:sty m:val="p"/>
          </m:rPr>
          <m:t>=</m:t>
        </m:r>
        <m:nary>
          <m:naryPr>
            <m:chr m:val="∑"/>
            <m:limLoc m:val="undOvr"/>
            <m:subHide m:val="off"/>
            <m:supHide m:val="on"/>
          </m:naryPr>
          <m:sub>
            <m:r>
              <m:t>n</m:t>
            </m:r>
          </m:sub>
          <m:sup>
            <m:r>
              <m:t>​</m:t>
            </m:r>
          </m:sup>
          <m:e>
            <m:r>
              <m:t>ψ</m:t>
            </m:r>
          </m:e>
        </m:nary>
        <m:d>
          <m:dPr>
            <m:begChr m:val="("/>
            <m:sepChr m:val=""/>
            <m:endChr m:val=")"/>
            <m:grow/>
          </m:dPr>
          <m:e>
            <m:r>
              <m:t>n</m:t>
            </m:r>
          </m:e>
        </m:d>
        <m:sSup>
          <m:e>
            <m:r>
              <m:t>e</m:t>
            </m:r>
          </m:e>
          <m:sup>
            <m:r>
              <m:t>i</m:t>
            </m:r>
            <m:r>
              <m:t>n</m:t>
            </m:r>
            <m:r>
              <m:t>x</m:t>
            </m:r>
          </m:sup>
        </m:sSup>
      </m:oMath>
      <w:r>
        <w:t xml:space="preserve"> </w:t>
      </w:r>
      <w:r>
        <w:t xml:space="preserve">from</w:t>
      </w:r>
      <w:r>
        <w:t xml:space="preserve"> </w:t>
      </w:r>
      <m:oMath>
        <m:sSup>
          <m:e>
            <m:r>
              <m:rPr>
                <m:sty m:val="p"/>
              </m:rPr>
              <m:t>ℓ</m:t>
            </m:r>
          </m:e>
          <m:sup>
            <m:r>
              <m:t>2</m:t>
            </m:r>
          </m:sup>
        </m:sSup>
        <m:d>
          <m:dPr>
            <m:begChr m:val="("/>
            <m:sepChr m:val=""/>
            <m:endChr m:val=")"/>
            <m:grow/>
          </m:dPr>
          <m:e>
            <m:r>
              <m:rPr>
                <m:sty m:val="p"/>
                <m:scr m:val="double-struck"/>
              </m:rPr>
              <m:t>Z</m:t>
            </m:r>
          </m:e>
        </m:d>
      </m:oMath>
      <w:r>
        <w:t xml:space="preserve"> </w:t>
      </w:r>
      <w:r>
        <w:t xml:space="preserve">to</w:t>
      </w:r>
      <w:r>
        <w:t xml:space="preserve"> </w:t>
      </w:r>
      <m:oMath>
        <m:sSup>
          <m:e>
            <m:r>
              <m:t>L</m:t>
            </m:r>
          </m:e>
          <m:sup>
            <m:r>
              <m:t>2</m:t>
            </m:r>
          </m:sup>
        </m:sSup>
        <m:d>
          <m:dPr>
            <m:begChr m:val="("/>
            <m:sepChr m:val=""/>
            <m:endChr m:val=")"/>
            <m:grow/>
          </m:dPr>
          <m:e>
            <m:r>
              <m:rPr>
                <m:sty m:val="p"/>
                <m:scr m:val="double-struck"/>
              </m:rPr>
              <m:t>T</m:t>
            </m:r>
            <m:r>
              <m:rPr>
                <m:sty m:val="p"/>
              </m:rPr>
              <m:t>,</m:t>
            </m:r>
            <m:r>
              <m:t>μ</m:t>
            </m:r>
          </m:e>
        </m:d>
      </m:oMath>
      <w:r>
        <w:t xml:space="preserve"> </w:t>
      </w:r>
      <w:r>
        <w:t xml:space="preserve">sends</w:t>
      </w:r>
      <w:r>
        <w:t xml:space="preserve"> </w:t>
      </w:r>
      <m:oMath>
        <m:r>
          <m:t>T</m:t>
        </m:r>
      </m:oMath>
      <w:r>
        <w:t xml:space="preserve"> </w:t>
      </w:r>
      <w:r>
        <w:t xml:space="preserve">to multiplication by</w:t>
      </w:r>
      <w:r>
        <w:t xml:space="preserve"> </w:t>
      </w:r>
      <m:oMath>
        <m:sSup>
          <m:e>
            <m:r>
              <m:t>e</m:t>
            </m:r>
          </m:e>
          <m:sup>
            <m:r>
              <m:t>i</m:t>
            </m:r>
            <m:r>
              <m:t>x</m:t>
            </m:r>
          </m:sup>
        </m:sSup>
      </m:oMath>
      <w:r>
        <w:t xml:space="preserve">. It sends</w:t>
      </w:r>
      <w:r>
        <w:t xml:space="preserve"> </w:t>
      </w:r>
      <m:oMath>
        <m:sSub>
          <m:e>
            <m:r>
              <m:rPr>
                <m:sty m:val="p"/>
                <m:scr m:val="script"/>
              </m:rPr>
              <m:t>H</m:t>
            </m:r>
          </m:e>
          <m:sub>
            <m:r>
              <m:t>A</m:t>
            </m:r>
          </m:sub>
        </m:sSub>
      </m:oMath>
      <w:r>
        <w:t xml:space="preserve"> </w:t>
      </w:r>
      <w:r>
        <w:t xml:space="preserve">to multiplication by</w:t>
      </w:r>
      <w:r>
        <w:t xml:space="preserve"> </w:t>
      </w:r>
      <m:oMath>
        <m:sSub>
          <m:e>
            <m:r>
              <m:t>f</m:t>
            </m:r>
          </m:e>
          <m:sub>
            <m:r>
              <m:t>A</m:t>
            </m:r>
          </m:sub>
        </m:sSub>
        <m:d>
          <m:dPr>
            <m:begChr m:val="("/>
            <m:sepChr m:val=""/>
            <m:endChr m:val=")"/>
            <m:grow/>
          </m:dPr>
          <m:e>
            <m:r>
              <m:t>x</m:t>
            </m:r>
          </m:e>
        </m:d>
      </m:oMath>
      <w:r>
        <w:t xml:space="preserve">. The spectrum of a multiplication operator is its essential range. For this continuous function, every neighborhood of an attained value has a preimage of positive measure, so essential range and range agree. The range is the whole interval between its minimum and maximum by continuity and connectedness of</w:t>
      </w:r>
      <w:r>
        <w:t xml:space="preserve"> </w:t>
      </w:r>
      <m:oMath>
        <m:r>
          <m:rPr>
            <m:sty m:val="p"/>
            <m:scr m:val="double-struck"/>
          </m:rPr>
          <m:t>T</m:t>
        </m:r>
      </m:oMath>
      <w:r>
        <w:t xml:space="preserve">. The Rayleigh infimum is at least the minimum; normalized indicators of small neighborhoods of a minimizing point approach it from above.</w:t>
      </w:r>
      <w:r>
        <w:t xml:space="preserve"> </w:t>
      </w:r>
      <m:oMath>
        <m:r>
          <m:rPr>
            <m:sty m:val="p"/>
          </m:rPr>
          <m:t>▫</m:t>
        </m:r>
      </m:oMath>
    </w:p>
    <w:p>
      <w:pPr>
        <w:pStyle w:val="BodyText"/>
        <w:keepLines/>
      </w:pPr>
      <w:r>
        <w:t xml:space="preserve">For the localized state</w:t>
      </w:r>
      <w:r>
        <w:t xml:space="preserve"> </w:t>
      </w:r>
      <m:oMath>
        <m:sSub>
          <m:e>
            <m:r>
              <m:t>δ</m:t>
            </m:r>
          </m:e>
          <m:sub>
            <m:r>
              <m:t>0</m:t>
            </m:r>
          </m:sub>
        </m:sSub>
      </m:oMath>
      <w:r>
        <w:t xml:space="preserve">,</w:t>
      </w:r>
    </w:p>
    <w:p>
      <w:pPr>
        <w:pStyle w:val="BodyText"/>
        <w:keepLines/>
      </w:pPr>
      <m:oMathPara>
        <m:oMathParaPr>
          <m:jc m:val="center"/>
        </m:oMathParaPr>
        <m:oMath>
          <m:r>
            <m:rPr>
              <m:sty m:val="p"/>
            </m:rPr>
            <m:t>⟨</m:t>
          </m:r>
          <m:sSub>
            <m:e>
              <m:r>
                <m:t>δ</m:t>
              </m:r>
            </m:e>
            <m:sub>
              <m:r>
                <m:t>0</m:t>
              </m:r>
            </m:sub>
          </m:sSub>
          <m:r>
            <m:rPr>
              <m:sty m:val="p"/>
            </m:rPr>
            <m:t>,</m:t>
          </m:r>
          <m:sSub>
            <m:e>
              <m:r>
                <m:rPr>
                  <m:sty m:val="p"/>
                  <m:scr m:val="script"/>
                </m:rPr>
                <m:t>H</m:t>
              </m:r>
            </m:e>
            <m:sub>
              <m:r>
                <m:t>A</m:t>
              </m:r>
            </m:sub>
          </m:sSub>
          <m:sSub>
            <m:e>
              <m:r>
                <m:t>δ</m:t>
              </m:r>
            </m:e>
            <m:sub>
              <m:r>
                <m:t>0</m:t>
              </m:r>
            </m:sub>
          </m:sSub>
          <m:r>
            <m:rPr>
              <m:sty m:val="p"/>
            </m:rPr>
            <m:t>⟩</m:t>
          </m:r>
          <m:r>
            <m:rPr>
              <m:sty m:val="p"/>
            </m:rPr>
            <m:t>=</m:t>
          </m:r>
          <m:r>
            <m:t>0</m:t>
          </m:r>
          <m:r>
            <m:rPr>
              <m:sty m:val="p"/>
            </m:rPr>
            <m:t>,</m:t>
          </m:r>
          <m:r>
            <m:t>  </m:t>
          </m:r>
          <m:r>
            <m:rPr>
              <m:sty m:val="p"/>
            </m:rPr>
            <m:t>⟨</m:t>
          </m:r>
          <m:sSub>
            <m:e>
              <m:r>
                <m:t>δ</m:t>
              </m:r>
            </m:e>
            <m:sub>
              <m:r>
                <m:t>0</m:t>
              </m:r>
            </m:sub>
          </m:sSub>
          <m:r>
            <m:rPr>
              <m:sty m:val="p"/>
            </m:rPr>
            <m:t>,</m:t>
          </m:r>
          <m:sSubSup>
            <m:e>
              <m:r>
                <m:rPr>
                  <m:sty m:val="p"/>
                  <m:scr m:val="script"/>
                </m:rPr>
                <m:t>H</m:t>
              </m:r>
            </m:e>
            <m:sub>
              <m:r>
                <m:t>A</m:t>
              </m:r>
            </m:sub>
            <m:sup>
              <m:r>
                <m:t>2</m:t>
              </m:r>
            </m:sup>
          </m:sSubSup>
          <m:sSub>
            <m:e>
              <m:r>
                <m:t>δ</m:t>
              </m:r>
            </m:e>
            <m:sub>
              <m:r>
                <m:t>0</m:t>
              </m:r>
            </m:sub>
          </m:sSub>
          <m:r>
            <m:rPr>
              <m:sty m:val="p"/>
            </m:rPr>
            <m:t>⟩</m:t>
          </m:r>
          <m:r>
            <m:rPr>
              <m:sty m:val="p"/>
            </m:rPr>
            <m:t>=</m:t>
          </m:r>
          <m:r>
            <m:t>N</m:t>
          </m:r>
          <m:r>
            <m:rPr>
              <m:sty m:val="p"/>
            </m:rPr>
            <m:t>/</m:t>
          </m:r>
          <m:r>
            <m:t>2</m:t>
          </m:r>
          <m:r>
            <m:rPr>
              <m:sty m:val="p"/>
            </m:rPr>
            <m:t>.</m:t>
          </m:r>
        </m:oMath>
      </m:oMathPara>
    </w:p>
    <w:p>
      <w:pPr>
        <w:pStyle w:val="FirstParagraph"/>
        <w:keepLines/>
      </w:pPr>
      <w:r>
        <w:t xml:space="preserve">Moreover,</w:t>
      </w:r>
      <w:r>
        <w:t xml:space="preserve"> </w:t>
      </w:r>
      <m:oMath>
        <m:r>
          <m:t>U</m:t>
        </m:r>
        <m:r>
          <m:t>p</m:t>
        </m:r>
        <m:d>
          <m:dPr>
            <m:begChr m:val="("/>
            <m:sepChr m:val=""/>
            <m:endChr m:val=")"/>
            <m:grow/>
          </m:dPr>
          <m:e>
            <m:sSub>
              <m:e>
                <m:r>
                  <m:rPr>
                    <m:sty m:val="p"/>
                    <m:scr m:val="script"/>
                  </m:rPr>
                  <m:t>H</m:t>
                </m:r>
              </m:e>
              <m:sub>
                <m:r>
                  <m:t>A</m:t>
                </m:r>
              </m:sub>
            </m:sSub>
          </m:e>
        </m:d>
        <m:sSub>
          <m:e>
            <m:r>
              <m:t>δ</m:t>
            </m:r>
          </m:e>
          <m:sub>
            <m:r>
              <m:t>0</m:t>
            </m:r>
          </m:sub>
        </m:sSub>
        <m:r>
          <m:rPr>
            <m:sty m:val="p"/>
          </m:rPr>
          <m:t>=</m:t>
        </m:r>
        <m:r>
          <m:t>p</m:t>
        </m:r>
        <m:d>
          <m:dPr>
            <m:begChr m:val="("/>
            <m:sepChr m:val=""/>
            <m:endChr m:val=")"/>
            <m:grow/>
          </m:dPr>
          <m:e>
            <m:sSub>
              <m:e>
                <m:r>
                  <m:t>f</m:t>
                </m:r>
              </m:e>
              <m:sub>
                <m:r>
                  <m:t>A</m:t>
                </m:r>
              </m:sub>
            </m:sSub>
          </m:e>
        </m:d>
      </m:oMath>
      <w:r>
        <w:t xml:space="preserve">. The quotient in (C.2) is exactly the energy expectation of this filtered state after normalization. This gives a useful physical interpretation of the polynomial filter without changing the original waveform.</w:t>
      </w:r>
    </w:p>
    <w:p>
      <w:pPr>
        <w:pStyle w:val="BodyText"/>
        <w:keepLines/>
      </w:pPr>
      <w:r>
        <w:t xml:space="preserve">Discreteness of the lattice does not imply a discrete spectrum here. A nonconstant trigonometric polynomial takes any particular value on only finitely many points of the circle. A nonzero eigenfunction of multiplication by</w:t>
      </w:r>
      <w:r>
        <w:t xml:space="preserve"> </w:t>
      </w:r>
      <m:oMath>
        <m:sSub>
          <m:e>
            <m:r>
              <m:t>f</m:t>
            </m:r>
          </m:e>
          <m:sub>
            <m:r>
              <m:t>A</m:t>
            </m:r>
          </m:sub>
        </m:sSub>
      </m:oMath>
      <w:r>
        <w:t xml:space="preserve"> </w:t>
      </w:r>
      <w:r>
        <w:t xml:space="preserve">would have to be supported on such a set of measure zero, which is impossible in</w:t>
      </w:r>
      <w:r>
        <w:t xml:space="preserve"> </w:t>
      </w:r>
      <m:oMath>
        <m:sSup>
          <m:e>
            <m:r>
              <m:t>L</m:t>
            </m:r>
          </m:e>
          <m:sup>
            <m:r>
              <m:t>2</m:t>
            </m:r>
          </m:sup>
        </m:sSup>
      </m:oMath>
      <w:r>
        <w:t xml:space="preserve">. The spectral edge is approached by states; it is not a normalizable isolated ground state of this infinite translation-invariant operator.</w:t>
      </w:r>
    </w:p>
    <w:bookmarkStart w:id="107" w:name="X4b4e43f05c0c595b347224501d85b54c3205855"/>
    <w:p>
      <w:pPr>
        <w:pStyle w:val="Heading3"/>
      </w:pPr>
      <w:r>
        <w:t xml:space="preserve">G.1. Open boundaries and the exact loss at an edge</w:t>
      </w:r>
    </w:p>
    <w:p>
      <w:pPr>
        <w:pStyle w:val="FirstParagraph"/>
        <w:keepLines/>
      </w:pPr>
      <w:r>
        <w:t xml:space="preserve">Restrict the lattice to</w:t>
      </w:r>
      <w:r>
        <w:t xml:space="preserve"> </w:t>
      </w:r>
      <m:oMath>
        <m:r>
          <m:t>0</m:t>
        </m:r>
        <m:r>
          <m:rPr>
            <m:sty m:val="p"/>
          </m:rPr>
          <m:t>,</m:t>
        </m:r>
        <m:r>
          <m:rPr>
            <m:sty m:val="p"/>
          </m:rPr>
          <m:t>…</m:t>
        </m:r>
        <m:r>
          <m:rPr>
            <m:sty m:val="p"/>
          </m:rPr>
          <m:t>,</m:t>
        </m:r>
        <m:r>
          <m:t>L</m:t>
        </m:r>
        <m:r>
          <m:rPr>
            <m:sty m:val="p"/>
          </m:rPr>
          <m:t>−</m:t>
        </m:r>
        <m:r>
          <m:t>1</m:t>
        </m:r>
      </m:oMath>
      <w:r>
        <w:t xml:space="preserve">, for an integer</w:t>
      </w:r>
      <w:r>
        <w:t xml:space="preserve"> </w:t>
      </w:r>
      <m:oMath>
        <m:r>
          <m:t>L</m:t>
        </m:r>
        <m:r>
          <m:rPr>
            <m:sty m:val="p"/>
          </m:rPr>
          <m:t>≥</m:t>
        </m:r>
        <m:r>
          <m:t>1</m:t>
        </m:r>
      </m:oMath>
      <w:r>
        <w:t xml:space="preserve">, and let</w:t>
      </w:r>
      <w:r>
        <w:t xml:space="preserve"> </w:t>
      </w:r>
      <m:oMath>
        <m:sSub>
          <m:e>
            <m:r>
              <m:rPr>
                <m:sty m:val="p"/>
                <m:scr m:val="script"/>
              </m:rPr>
              <m:t>H</m:t>
            </m:r>
          </m:e>
          <m:sub>
            <m:r>
              <m:t>A</m:t>
            </m:r>
            <m:r>
              <m:rPr>
                <m:sty m:val="p"/>
              </m:rPr>
              <m:t>,</m:t>
            </m:r>
            <m:r>
              <m:t>L</m:t>
            </m:r>
          </m:sub>
        </m:sSub>
      </m:oMath>
      <w:r>
        <w:t xml:space="preserve"> </w:t>
      </w:r>
      <w:r>
        <w:t xml:space="preserve">have entry</w:t>
      </w:r>
      <w:r>
        <w:t xml:space="preserve"> </w:t>
      </w:r>
      <m:oMath>
        <m:r>
          <m:t>1</m:t>
        </m:r>
        <m:r>
          <m:rPr>
            <m:sty m:val="p"/>
          </m:rPr>
          <m:t>/</m:t>
        </m:r>
        <m:r>
          <m:t>2</m:t>
        </m:r>
      </m:oMath>
      <w:r>
        <w:t xml:space="preserve"> </w:t>
      </w:r>
      <w:r>
        <w:t xml:space="preserve">between indices</w:t>
      </w:r>
      <w:r>
        <w:t xml:space="preserve"> </w:t>
      </w:r>
      <m:oMath>
        <m:r>
          <m:t>i</m:t>
        </m:r>
        <m:r>
          <m:rPr>
            <m:sty m:val="p"/>
          </m:rPr>
          <m:t>,</m:t>
        </m:r>
        <m:r>
          <m:t>j</m:t>
        </m:r>
      </m:oMath>
      <w:r>
        <w:t xml:space="preserve"> </w:t>
      </w:r>
      <w:r>
        <w:t xml:space="preserve">when</w:t>
      </w:r>
      <w:r>
        <w:t xml:space="preserve"> </w:t>
      </w:r>
      <m:oMath>
        <m:d>
          <m:dPr>
            <m:begChr m:val="|"/>
            <m:sepChr m:val=""/>
            <m:endChr m:val="|"/>
            <m:grow/>
          </m:dPr>
          <m:e>
            <m:r>
              <m:t>i</m:t>
            </m:r>
            <m:r>
              <m:rPr>
                <m:sty m:val="p"/>
              </m:rPr>
              <m:t>−</m:t>
            </m:r>
            <m:r>
              <m:t>j</m:t>
            </m:r>
          </m:e>
        </m:d>
        <m:r>
          <m:rPr>
            <m:sty m:val="p"/>
          </m:rPr>
          <m:t>∈</m:t>
        </m:r>
        <m:r>
          <m:t>A</m:t>
        </m:r>
      </m:oMath>
      <w:r>
        <w:t xml:space="preserve">, and zero otherwise. Put</w:t>
      </w:r>
    </w:p>
    <w:p>
      <w:pPr>
        <w:pStyle w:val="BodyText"/>
        <w:keepLines/>
      </w:pPr>
      <m:oMathPara>
        <m:oMathParaPr>
          <m:jc m:val="center"/>
        </m:oMathParaPr>
        <m:oMath>
          <m:sSubSup>
            <m:e>
              <m:r>
                <m:t>B</m:t>
              </m:r>
            </m:e>
            <m:sub>
              <m:r>
                <m:t>L</m:t>
              </m:r>
            </m:sub>
            <m:sup>
              <m:r>
                <m:rPr>
                  <m:sty m:val="p"/>
                </m:rPr>
                <m:t>b</m:t>
              </m:r>
              <m:r>
                <m:rPr>
                  <m:sty m:val="p"/>
                </m:rPr>
                <m:t>o</m:t>
              </m:r>
              <m:r>
                <m:rPr>
                  <m:sty m:val="p"/>
                </m:rPr>
                <m:t>x</m:t>
              </m:r>
            </m:sup>
          </m:sSubSup>
          <m:d>
            <m:dPr>
              <m:begChr m:val="("/>
              <m:sepChr m:val=""/>
              <m:endChr m:val=")"/>
              <m:grow/>
            </m:dPr>
            <m:e>
              <m:r>
                <m:t>A</m:t>
              </m:r>
            </m:e>
          </m:d>
          <m:r>
            <m:rPr>
              <m:sty m:val="p"/>
            </m:rPr>
            <m:t>=</m:t>
          </m:r>
          <m:r>
            <m:rPr>
              <m:sty m:val="p"/>
            </m:rPr>
            <m:t>−</m:t>
          </m:r>
          <m:sSub>
            <m:e>
              <m:r>
                <m:t>λ</m:t>
              </m:r>
            </m:e>
            <m:sub>
              <m:r>
                <m:rPr>
                  <m:sty m:val="p"/>
                </m:rPr>
                <m:t>min</m:t>
              </m:r>
            </m:sub>
          </m:sSub>
          <m:d>
            <m:dPr>
              <m:begChr m:val="("/>
              <m:sepChr m:val=""/>
              <m:endChr m:val=")"/>
              <m:grow/>
            </m:dPr>
            <m:e>
              <m:sSub>
                <m:e>
                  <m:r>
                    <m:rPr>
                      <m:sty m:val="p"/>
                      <m:scr m:val="script"/>
                    </m:rPr>
                    <m:t>H</m:t>
                  </m:r>
                </m:e>
                <m:sub>
                  <m:r>
                    <m:t>A</m:t>
                  </m:r>
                  <m:r>
                    <m:rPr>
                      <m:sty m:val="p"/>
                    </m:rPr>
                    <m:t>,</m:t>
                  </m:r>
                  <m:r>
                    <m:t>L</m:t>
                  </m:r>
                </m:sub>
              </m:sSub>
            </m:e>
          </m:d>
          <m:r>
            <m:rPr>
              <m:sty m:val="p"/>
            </m:rPr>
            <m:t>.</m:t>
          </m:r>
        </m:oMath>
      </m:oMathPara>
    </w:p>
    <w:p>
      <w:pPr>
        <w:pStyle w:val="FirstParagraph"/>
      </w:pPr>
      <w:r>
        <w:rPr>
          <w:bCs/>
          <w:b/>
        </w:rPr>
        <w:t xml:space="preserve">Proposition G.2 — Finite-box bound.</w:t>
      </w:r>
    </w:p>
    <w:p>
      <w:pPr>
        <w:pStyle w:val="BodyText"/>
        <w:keepNext/>
        <w:keepLines/>
      </w:pPr>
      <m:oMathPara>
        <m:oMathParaPr>
          <m:jc m:val="center"/>
        </m:oMathParaPr>
        <m:oMath>
          <m:r>
            <m:t>0</m:t>
          </m:r>
          <m:r>
            <m:rPr>
              <m:sty m:val="p"/>
            </m:rPr>
            <m:t>≤</m:t>
          </m:r>
          <m:sSubSup>
            <m:e>
              <m:r>
                <m:t>B</m:t>
              </m:r>
            </m:e>
            <m:sub>
              <m:r>
                <m:t>L</m:t>
              </m:r>
            </m:sub>
            <m:sup>
              <m:r>
                <m:rPr>
                  <m:sty m:val="p"/>
                </m:rPr>
                <m:t>b</m:t>
              </m:r>
              <m:r>
                <m:rPr>
                  <m:sty m:val="p"/>
                </m:rPr>
                <m:t>o</m:t>
              </m:r>
              <m:r>
                <m:rPr>
                  <m:sty m:val="p"/>
                </m:rPr>
                <m:t>x</m:t>
              </m:r>
            </m:sup>
          </m:sSubSup>
          <m:r>
            <m:rPr>
              <m:sty m:val="p"/>
            </m:rPr>
            <m:t>≤</m:t>
          </m:r>
          <m:sSubSup>
            <m:e>
              <m:r>
                <m:t>B</m:t>
              </m:r>
            </m:e>
            <m:sub>
              <m:r>
                <m:t>L</m:t>
              </m:r>
              <m:r>
                <m:rPr>
                  <m:sty m:val="p"/>
                </m:rPr>
                <m:t>+</m:t>
              </m:r>
              <m:r>
                <m:t>1</m:t>
              </m:r>
            </m:sub>
            <m:sup>
              <m:r>
                <m:rPr>
                  <m:sty m:val="p"/>
                </m:rPr>
                <m:t>b</m:t>
              </m:r>
              <m:r>
                <m:rPr>
                  <m:sty m:val="p"/>
                </m:rPr>
                <m:t>o</m:t>
              </m:r>
              <m:r>
                <m:rPr>
                  <m:sty m:val="p"/>
                </m:rPr>
                <m:t>x</m:t>
              </m:r>
            </m:sup>
          </m:sSubSup>
          <m:r>
            <m:rPr>
              <m:sty m:val="p"/>
            </m:rPr>
            <m:t>≤</m:t>
          </m:r>
          <m:r>
            <m:t>K</m:t>
          </m:r>
          <m:d>
            <m:dPr>
              <m:begChr m:val="("/>
              <m:sepChr m:val=""/>
              <m:endChr m:val=")"/>
              <m:grow/>
            </m:dPr>
            <m:e>
              <m:r>
                <m:t>A</m:t>
              </m:r>
            </m:e>
          </m:d>
          <m:r>
            <m:rPr>
              <m:sty m:val="p"/>
            </m:rPr>
            <m:t>,</m:t>
          </m:r>
          <m:r>
            <m:t>  </m:t>
          </m:r>
          <m:r>
            <m:t>0</m:t>
          </m:r>
          <m:r>
            <m:rPr>
              <m:sty m:val="p"/>
            </m:rPr>
            <m:t>≤</m:t>
          </m:r>
          <m:r>
            <m:t>K</m:t>
          </m:r>
          <m:d>
            <m:dPr>
              <m:begChr m:val="("/>
              <m:sepChr m:val=""/>
              <m:endChr m:val=")"/>
              <m:grow/>
            </m:dPr>
            <m:e>
              <m:r>
                <m:t>A</m:t>
              </m:r>
            </m:e>
          </m:d>
          <m:r>
            <m:rPr>
              <m:sty m:val="p"/>
            </m:rPr>
            <m:t>−</m:t>
          </m:r>
          <m:sSubSup>
            <m:e>
              <m:r>
                <m:t>B</m:t>
              </m:r>
            </m:e>
            <m:sub>
              <m:r>
                <m:t>L</m:t>
              </m:r>
            </m:sub>
            <m:sup>
              <m:r>
                <m:rPr>
                  <m:sty m:val="p"/>
                </m:rPr>
                <m:t>b</m:t>
              </m:r>
              <m:r>
                <m:rPr>
                  <m:sty m:val="p"/>
                </m:rPr>
                <m:t>o</m:t>
              </m:r>
              <m:r>
                <m:rPr>
                  <m:sty m:val="p"/>
                </m:rPr>
                <m:t>x</m:t>
              </m:r>
            </m:sup>
          </m:sSubSup>
          <m:d>
            <m:dPr>
              <m:begChr m:val="("/>
              <m:sepChr m:val=""/>
              <m:endChr m:val=")"/>
              <m:grow/>
            </m:dPr>
            <m:e>
              <m:r>
                <m:t>A</m:t>
              </m:r>
            </m:e>
          </m:d>
          <m:r>
            <m:rPr>
              <m:sty m:val="p"/>
            </m:rPr>
            <m:t>≤</m:t>
          </m:r>
          <m:nary>
            <m:naryPr>
              <m:chr m:val="∑"/>
              <m:limLoc m:val="undOvr"/>
              <m:subHide m:val="off"/>
              <m:supHide m:val="on"/>
            </m:naryPr>
            <m:sub>
              <m:r>
                <m:t>a</m:t>
              </m:r>
              <m:r>
                <m:rPr>
                  <m:sty m:val="p"/>
                </m:rPr>
                <m:t>∈</m:t>
              </m:r>
              <m:r>
                <m:t>A</m:t>
              </m:r>
            </m:sub>
            <m:sup>
              <m:r>
                <m:t>​</m:t>
              </m:r>
            </m:sup>
            <m:e>
              <m:r>
                <m:rPr>
                  <m:sty m:val="p"/>
                </m:rPr>
                <m:t>min</m:t>
              </m:r>
            </m:e>
          </m:nary>
          <m:d>
            <m:dPr>
              <m:begChr m:val="("/>
              <m:sepChr m:val=""/>
              <m:endChr m:val=")"/>
              <m:grow/>
            </m:dPr>
            <m:e>
              <m:r>
                <m:t>a</m:t>
              </m:r>
              <m:r>
                <m:rPr>
                  <m:sty m:val="p"/>
                </m:rPr>
                <m:t>/</m:t>
              </m:r>
              <m:r>
                <m:t>L</m:t>
              </m:r>
              <m:r>
                <m:rPr>
                  <m:sty m:val="p"/>
                </m:rPr>
                <m:t>,</m:t>
              </m:r>
              <m:r>
                <m:t>1</m:t>
              </m:r>
            </m:e>
          </m:d>
          <m:r>
            <m:rPr>
              <m:sty m:val="p"/>
            </m:rPr>
            <m:t>.</m:t>
          </m:r>
        </m:oMath>
      </m:oMathPara>
    </w:p>
    <w:p>
      <w:pPr>
        <w:pStyle w:val="Caption"/>
        <w:spacing w:before="0" w:after="140"/>
      </w:pPr>
      <w:r>
        <w:t xml:space="preserve">Equation (G.3)</w:t>
      </w:r>
    </w:p>
    <w:p>
      <w:pPr>
        <w:pStyle w:val="BodyText"/>
        <w:keepLines/>
      </w:pPr>
      <w:r>
        <w:rPr>
          <w:bCs/>
          <w:b/>
        </w:rPr>
        <w:t xml:space="preserve">Proof.</w:t>
      </w:r>
      <w:r>
        <w:t xml:space="preserve"> </w:t>
      </w:r>
      <w:r>
        <w:t xml:space="preserve">The matrix has trace zero, so its smallest eigenvalue is nonpositive. Extending a vector by zero embeds each box into the next and into the full lattice; the variational principle proves the first chain. For the normalized vector</w:t>
      </w:r>
      <w:r>
        <w:t xml:space="preserve"> </w:t>
      </w:r>
      <m:oMath>
        <m:sSub>
          <m:e>
            <m:r>
              <m:t>ψ</m:t>
            </m:r>
          </m:e>
          <m:sub>
            <m:r>
              <m:t>x</m:t>
            </m:r>
          </m:sub>
        </m:sSub>
        <m:d>
          <m:dPr>
            <m:begChr m:val="("/>
            <m:sepChr m:val=""/>
            <m:endChr m:val=")"/>
            <m:grow/>
          </m:dPr>
          <m:e>
            <m:r>
              <m:t>n</m:t>
            </m:r>
          </m:e>
        </m:d>
        <m:r>
          <m:rPr>
            <m:sty m:val="p"/>
          </m:rPr>
          <m:t>=</m:t>
        </m:r>
        <m:sSup>
          <m:e>
            <m:r>
              <m:t>e</m:t>
            </m:r>
          </m:e>
          <m:sup>
            <m:r>
              <m:t>i</m:t>
            </m:r>
            <m:r>
              <m:t>n</m:t>
            </m:r>
            <m:r>
              <m:t>x</m:t>
            </m:r>
          </m:sup>
        </m:sSup>
        <m:r>
          <m:rPr>
            <m:sty m:val="p"/>
          </m:rPr>
          <m:t>/</m:t>
        </m:r>
        <m:rad>
          <m:radPr>
            <m:degHide m:val="on"/>
          </m:radPr>
          <m:deg/>
          <m:e>
            <m:r>
              <m:t>L</m:t>
            </m:r>
          </m:e>
        </m:rad>
      </m:oMath>
      <w:r>
        <w:t xml:space="preserve"> </w:t>
      </w:r>
      <w:r>
        <w:t xml:space="preserve">in the box, counting the</w:t>
      </w:r>
      <w:r>
        <w:t xml:space="preserve"> </w:t>
      </w:r>
      <m:oMath>
        <m:sSub>
          <m:e>
            <m:d>
              <m:dPr>
                <m:begChr m:val="("/>
                <m:sepChr m:val=""/>
                <m:endChr m:val=")"/>
                <m:grow/>
              </m:dPr>
              <m:e>
                <m:r>
                  <m:t>L</m:t>
                </m:r>
                <m:r>
                  <m:rPr>
                    <m:sty m:val="p"/>
                  </m:rPr>
                  <m:t>−</m:t>
                </m:r>
                <m:r>
                  <m:t>a</m:t>
                </m:r>
              </m:e>
            </m:d>
          </m:e>
          <m:sub>
            <m:r>
              <m:rPr>
                <m:sty m:val="p"/>
              </m:rPr>
              <m:t>+</m:t>
            </m:r>
          </m:sub>
        </m:sSub>
      </m:oMath>
      <w:r>
        <w:t xml:space="preserve"> </w:t>
      </w:r>
      <w:r>
        <w:t xml:space="preserve">surviving pairs at distance</w:t>
      </w:r>
      <w:r>
        <w:t xml:space="preserve"> </w:t>
      </w:r>
      <m:oMath>
        <m:r>
          <m:t>a</m:t>
        </m:r>
      </m:oMath>
      <w:r>
        <w:t xml:space="preserve"> </w:t>
      </w:r>
      <w:r>
        <w:t xml:space="preserve">gives</w:t>
      </w:r>
    </w:p>
    <w:p>
      <w:pPr>
        <w:pStyle w:val="BodyText"/>
        <w:keepLines/>
      </w:pPr>
      <m:oMathPara>
        <m:oMathParaPr>
          <m:jc m:val="center"/>
        </m:oMathParaPr>
        <m:oMath>
          <m:r>
            <m:rPr>
              <m:sty m:val="p"/>
            </m:rPr>
            <m:t>⟨</m:t>
          </m:r>
          <m:sSub>
            <m:e>
              <m:r>
                <m:t>ψ</m:t>
              </m:r>
            </m:e>
            <m:sub>
              <m:r>
                <m:t>x</m:t>
              </m:r>
            </m:sub>
          </m:sSub>
          <m:r>
            <m:rPr>
              <m:sty m:val="p"/>
            </m:rPr>
            <m:t>,</m:t>
          </m:r>
          <m:sSub>
            <m:e>
              <m:r>
                <m:rPr>
                  <m:sty m:val="p"/>
                  <m:scr m:val="script"/>
                </m:rPr>
                <m:t>H</m:t>
              </m:r>
            </m:e>
            <m:sub>
              <m:r>
                <m:t>A</m:t>
              </m:r>
              <m:r>
                <m:rPr>
                  <m:sty m:val="p"/>
                </m:rPr>
                <m:t>,</m:t>
              </m:r>
              <m:r>
                <m:t>L</m:t>
              </m:r>
            </m:sub>
          </m:sSub>
          <m:sSub>
            <m:e>
              <m:r>
                <m:t>ψ</m:t>
              </m:r>
            </m:e>
            <m:sub>
              <m:r>
                <m:t>x</m:t>
              </m:r>
            </m:sub>
          </m:sSub>
          <m:r>
            <m:rPr>
              <m:sty m:val="p"/>
            </m:rPr>
            <m:t>⟩</m:t>
          </m:r>
          <m:r>
            <m:rPr>
              <m:sty m:val="p"/>
            </m:rPr>
            <m:t>=</m:t>
          </m:r>
          <m:nary>
            <m:naryPr>
              <m:chr m:val="∑"/>
              <m:limLoc m:val="undOvr"/>
              <m:subHide m:val="off"/>
              <m:supHide m:val="on"/>
            </m:naryPr>
            <m:sub>
              <m:r>
                <m:t>a</m:t>
              </m:r>
              <m:r>
                <m:rPr>
                  <m:sty m:val="p"/>
                </m:rPr>
                <m:t>∈</m:t>
              </m:r>
              <m:r>
                <m:t>A</m:t>
              </m:r>
            </m:sub>
            <m:sup>
              <m:r>
                <m:t>​</m:t>
              </m:r>
            </m:sup>
            <m:e>
              <m:sSub>
                <m:e>
                  <m:d>
                    <m:dPr>
                      <m:begChr m:val="("/>
                      <m:sepChr m:val=""/>
                      <m:endChr m:val=")"/>
                      <m:grow/>
                    </m:dPr>
                    <m:e>
                      <m:r>
                        <m:t>1</m:t>
                      </m:r>
                      <m:r>
                        <m:rPr>
                          <m:sty m:val="p"/>
                        </m:rPr>
                        <m:t>−</m:t>
                      </m:r>
                      <m:r>
                        <m:t>a</m:t>
                      </m:r>
                      <m:r>
                        <m:rPr>
                          <m:sty m:val="p"/>
                        </m:rPr>
                        <m:t>/</m:t>
                      </m:r>
                      <m:r>
                        <m:t>L</m:t>
                      </m:r>
                    </m:e>
                  </m:d>
                </m:e>
                <m:sub>
                  <m:r>
                    <m:rPr>
                      <m:sty m:val="p"/>
                    </m:rPr>
                    <m:t>+</m:t>
                  </m:r>
                </m:sub>
              </m:sSub>
            </m:e>
          </m:nary>
          <m:r>
            <m:rPr>
              <m:sty m:val="p"/>
            </m:rPr>
            <m:t>cos</m:t>
          </m:r>
          <m:d>
            <m:dPr>
              <m:begChr m:val="("/>
              <m:sepChr m:val=""/>
              <m:endChr m:val=")"/>
              <m:grow/>
            </m:dPr>
            <m:e>
              <m:r>
                <m:t>a</m:t>
              </m:r>
              <m:r>
                <m:t>x</m:t>
              </m:r>
            </m:e>
          </m:d>
          <m:r>
            <m:rPr>
              <m:sty m:val="p"/>
            </m:rPr>
            <m:t>.</m:t>
          </m:r>
        </m:oMath>
      </m:oMathPara>
    </w:p>
    <w:p>
      <w:pPr>
        <w:pStyle w:val="FirstParagraph"/>
        <w:keepLines/>
      </w:pPr>
      <w:r>
        <w:t xml:space="preserve">Its difference from</w:t>
      </w:r>
      <w:r>
        <w:t xml:space="preserve"> </w:t>
      </w:r>
      <m:oMath>
        <m:sSub>
          <m:e>
            <m:r>
              <m:t>f</m:t>
            </m:r>
          </m:e>
          <m:sub>
            <m:r>
              <m:t>A</m:t>
            </m:r>
          </m:sub>
        </m:sSub>
        <m:d>
          <m:dPr>
            <m:begChr m:val="("/>
            <m:sepChr m:val=""/>
            <m:endChr m:val=")"/>
            <m:grow/>
          </m:dPr>
          <m:e>
            <m:r>
              <m:t>x</m:t>
            </m:r>
          </m:e>
        </m:d>
      </m:oMath>
      <w:r>
        <w:t xml:space="preserve"> </w:t>
      </w:r>
      <w:r>
        <w:t xml:space="preserve">has absolute value at most the sum in (G.3). Evaluate at a minimizer of</w:t>
      </w:r>
      <w:r>
        <w:t xml:space="preserve"> </w:t>
      </w:r>
      <m:oMath>
        <m:sSub>
          <m:e>
            <m:r>
              <m:t>f</m:t>
            </m:r>
          </m:e>
          <m:sub>
            <m:r>
              <m:t>A</m:t>
            </m:r>
          </m:sub>
        </m:sSub>
      </m:oMath>
      <w:r>
        <w:t xml:space="preserve"> </w:t>
      </w:r>
      <w:r>
        <w:t xml:space="preserve">and use the minimum-eigenvalue variational principle again.</w:t>
      </w:r>
      <w:r>
        <w:t xml:space="preserve"> </w:t>
      </w:r>
      <m:oMath>
        <m:r>
          <m:rPr>
            <m:sty m:val="p"/>
          </m:rPr>
          <m:t>▫</m:t>
        </m:r>
      </m:oMath>
    </w:p>
    <w:p>
      <w:pPr>
        <w:pStyle w:val="BodyText"/>
        <w:keepLines/>
      </w:pPr>
      <w:r>
        <w:t xml:space="preserve">For a fixed set</w:t>
      </w:r>
      <w:r>
        <w:t xml:space="preserve"> </w:t>
      </w:r>
      <m:oMath>
        <m:r>
          <m:t>A</m:t>
        </m:r>
      </m:oMath>
      <w:r>
        <w:t xml:space="preserve">, the right side tends to zero. If</w:t>
      </w:r>
      <w:r>
        <w:t xml:space="preserve"> </w:t>
      </w:r>
      <m:oMath>
        <m:r>
          <m:t>L</m:t>
        </m:r>
        <m:r>
          <m:rPr>
            <m:sty m:val="p"/>
          </m:rPr>
          <m:t>&gt;</m:t>
        </m:r>
        <m:r>
          <m:rPr>
            <m:sty m:val="p"/>
          </m:rPr>
          <m:t>max</m:t>
        </m:r>
        <m:r>
          <m:t>A</m:t>
        </m:r>
      </m:oMath>
      <w:r>
        <w:t xml:space="preserve">, it equals</w:t>
      </w:r>
      <w:r>
        <w:t xml:space="preserve"> </w:t>
      </w:r>
      <m:oMath>
        <m:r>
          <m:rPr>
            <m:sty m:val="p"/>
          </m:rPr>
          <m:t>∑</m:t>
        </m:r>
        <m:r>
          <m:t>a</m:t>
        </m:r>
        <m:r>
          <m:rPr>
            <m:sty m:val="p"/>
          </m:rPr>
          <m:t>/</m:t>
        </m:r>
        <m:r>
          <m:t>L</m:t>
        </m:r>
      </m:oMath>
      <w:r>
        <w:t xml:space="preserve">. However, no fixed box length depending only on</w:t>
      </w:r>
      <w:r>
        <w:t xml:space="preserve"> </w:t>
      </w:r>
      <m:oMath>
        <m:r>
          <m:t>N</m:t>
        </m:r>
      </m:oMath>
      <w:r>
        <w:t xml:space="preserve"> </w:t>
      </w:r>
      <w:r>
        <w:t xml:space="preserve">provides a positive certificate for all unrestricted frequencies: for</w:t>
      </w:r>
      <w:r>
        <w:t xml:space="preserve"> </w:t>
      </w:r>
      <m:oMath>
        <m:r>
          <m:t>A</m:t>
        </m:r>
        <m:r>
          <m:rPr>
            <m:sty m:val="p"/>
          </m:rPr>
          <m:t>=</m:t>
        </m:r>
        <m:r>
          <m:rPr>
            <m:sty m:val="p"/>
          </m:rPr>
          <m:t>{</m:t>
        </m:r>
        <m:r>
          <m:t>a</m:t>
        </m:r>
        <m:r>
          <m:rPr>
            <m:sty m:val="p"/>
          </m:rPr>
          <m:t>}</m:t>
        </m:r>
      </m:oMath>
      <w:r>
        <w:t xml:space="preserve"> </w:t>
      </w:r>
      <w:r>
        <w:t xml:space="preserve">and</w:t>
      </w:r>
      <w:r>
        <w:t xml:space="preserve"> </w:t>
      </w:r>
      <m:oMath>
        <m:r>
          <m:t>a</m:t>
        </m:r>
        <m:r>
          <m:rPr>
            <m:sty m:val="p"/>
          </m:rPr>
          <m:t>≥</m:t>
        </m:r>
        <m:r>
          <m:t>L</m:t>
        </m:r>
      </m:oMath>
      <w:r>
        <w:t xml:space="preserve">, there are no surviving edges, so</w:t>
      </w:r>
      <w:r>
        <w:t xml:space="preserve"> </w:t>
      </w:r>
      <m:oMath>
        <m:sSubSup>
          <m:e>
            <m:r>
              <m:t>B</m:t>
            </m:r>
          </m:e>
          <m:sub>
            <m:r>
              <m:t>L</m:t>
            </m:r>
          </m:sub>
          <m:sup>
            <m:r>
              <m:rPr>
                <m:sty m:val="p"/>
              </m:rPr>
              <m:t>b</m:t>
            </m:r>
            <m:r>
              <m:rPr>
                <m:sty m:val="p"/>
              </m:rPr>
              <m:t>o</m:t>
            </m:r>
            <m:r>
              <m:rPr>
                <m:sty m:val="p"/>
              </m:rPr>
              <m:t>x</m:t>
            </m:r>
          </m:sup>
        </m:sSubSup>
        <m:r>
          <m:rPr>
            <m:sty m:val="p"/>
          </m:rPr>
          <m:t>=</m:t>
        </m:r>
        <m:r>
          <m:t>0</m:t>
        </m:r>
      </m:oMath>
      <w:r>
        <w:t xml:space="preserve"> </w:t>
      </w:r>
      <w:r>
        <w:t xml:space="preserve">although</w:t>
      </w:r>
      <w:r>
        <w:t xml:space="preserve"> </w:t>
      </w:r>
      <m:oMath>
        <m:r>
          <m:t>K</m:t>
        </m:r>
        <m:d>
          <m:dPr>
            <m:begChr m:val="("/>
            <m:sepChr m:val=""/>
            <m:endChr m:val=")"/>
            <m:grow/>
          </m:dPr>
          <m:e>
            <m:r>
              <m:t>A</m:t>
            </m:r>
          </m:e>
        </m:d>
        <m:r>
          <m:rPr>
            <m:sty m:val="p"/>
          </m:rPr>
          <m:t>=</m:t>
        </m:r>
        <m:r>
          <m:t>1</m:t>
        </m:r>
      </m:oMath>
      <w:r>
        <w:t xml:space="preserve">.</w:t>
      </w:r>
    </w:p>
    <w:p>
      <w:pPr>
        <w:pStyle w:val="BodyText"/>
        <w:keepLines/>
      </w:pPr>
      <w:r>
        <w:t xml:space="preserve">For comparison, if all frequencies divided by their gcd are odd, evaluation at the corresponding half-period makes every cosine equal</w:t>
      </w:r>
      <w:r>
        <w:t xml:space="preserve"> </w:t>
      </w:r>
      <m:oMath>
        <m:r>
          <m:rPr>
            <m:sty m:val="p"/>
          </m:rPr>
          <m:t>−</m:t>
        </m:r>
        <m:r>
          <m:t>1</m:t>
        </m:r>
      </m:oMath>
      <w:r>
        <w:t xml:space="preserve">, and</w:t>
      </w:r>
      <w:r>
        <w:t xml:space="preserve"> </w:t>
      </w:r>
      <m:oMath>
        <m:r>
          <m:t>K</m:t>
        </m:r>
        <m:r>
          <m:rPr>
            <m:sty m:val="p"/>
          </m:rPr>
          <m:t>=</m:t>
        </m:r>
        <m:r>
          <m:t>N</m:t>
        </m:r>
      </m:oMath>
      <w:r>
        <w:t xml:space="preserve">. In the lattice model the parity transformation</w:t>
      </w:r>
      <w:r>
        <w:t xml:space="preserve"> </w:t>
      </w:r>
      <m:oMath>
        <m:r>
          <m:t>ψ</m:t>
        </m:r>
        <m:d>
          <m:dPr>
            <m:begChr m:val="("/>
            <m:sepChr m:val=""/>
            <m:endChr m:val=")"/>
            <m:grow/>
          </m:dPr>
          <m:e>
            <m:r>
              <m:t>n</m:t>
            </m:r>
          </m:e>
        </m:d>
        <m:r>
          <m:rPr>
            <m:sty m:val="p"/>
          </m:rPr>
          <m:t>↦</m:t>
        </m:r>
        <m:sSup>
          <m:e>
            <m:d>
              <m:dPr>
                <m:begChr m:val="("/>
                <m:sepChr m:val=""/>
                <m:endChr m:val=")"/>
                <m:grow/>
              </m:dPr>
              <m:e>
                <m:r>
                  <m:rPr>
                    <m:sty m:val="p"/>
                  </m:rPr>
                  <m:t>−</m:t>
                </m:r>
                <m:r>
                  <m:t>1</m:t>
                </m:r>
              </m:e>
            </m:d>
          </m:e>
          <m:sup>
            <m:r>
              <m:t>n</m:t>
            </m:r>
          </m:sup>
        </m:sSup>
        <m:r>
          <m:t>ψ</m:t>
        </m:r>
        <m:d>
          <m:dPr>
            <m:begChr m:val="("/>
            <m:sepChr m:val=""/>
            <m:endChr m:val=")"/>
            <m:grow/>
          </m:dPr>
          <m:e>
            <m:r>
              <m:t>n</m:t>
            </m:r>
          </m:e>
        </m:d>
      </m:oMath>
      <w:r>
        <w:t xml:space="preserve"> </w:t>
      </w:r>
      <w:r>
        <w:t xml:space="preserve">changes the sign of every such hopping term. This elementary favorable case cannot be assumed for arbitrary sets.</w:t>
      </w:r>
    </w:p>
    <w:bookmarkEnd w:id="107"/>
    <w:bookmarkEnd w:id="108"/>
    <w:bookmarkStart w:id="111" w:name="appendix-h-grid"/>
    <w:p>
      <w:pPr>
        <w:pStyle w:val="Heading2"/>
      </w:pPr>
      <w:r>
        <w:t xml:space="preserve">H. A discrete grid can miss the minimum</w:t>
      </w:r>
    </w:p>
    <w:p>
      <w:pPr>
        <w:pStyle w:val="FirstParagraph"/>
        <w:keepLines/>
      </w:pPr>
      <w:r>
        <w:rPr>
          <w:bCs/>
          <w:b/>
        </w:rPr>
        <w:t xml:space="preserve">Theorem H.1 — Exact energy does not imply an exact negative peak.</w:t>
      </w:r>
      <w:r>
        <w:t xml:space="preserve"> </w:t>
      </w:r>
      <w:r>
        <w:t xml:space="preserve">For</w:t>
      </w:r>
      <w:r>
        <w:t xml:space="preserve"> </w:t>
      </w:r>
      <m:oMath>
        <m:sSub>
          <m:e>
            <m:r>
              <m:t>A</m:t>
            </m:r>
          </m:e>
          <m:sub>
            <m:r>
              <m:t>N</m:t>
            </m:r>
          </m:sub>
        </m:sSub>
        <m:r>
          <m:rPr>
            <m:sty m:val="p"/>
          </m:rPr>
          <m:t>=</m:t>
        </m:r>
        <m:r>
          <m:rPr>
            <m:sty m:val="p"/>
          </m:rPr>
          <m:t>{</m:t>
        </m:r>
        <m:r>
          <m:t>1</m:t>
        </m:r>
        <m:r>
          <m:rPr>
            <m:sty m:val="p"/>
          </m:rPr>
          <m:t>,</m:t>
        </m:r>
        <m:r>
          <m:rPr>
            <m:sty m:val="p"/>
          </m:rPr>
          <m:t>…</m:t>
        </m:r>
        <m:r>
          <m:rPr>
            <m:sty m:val="p"/>
          </m:rPr>
          <m:t>,</m:t>
        </m:r>
        <m:r>
          <m:t>N</m:t>
        </m:r>
        <m:r>
          <m:rPr>
            <m:sty m:val="p"/>
          </m:rPr>
          <m:t>}</m:t>
        </m:r>
      </m:oMath>
      <w:r>
        <w:t xml:space="preserve">, let</w:t>
      </w:r>
      <w:r>
        <w:t xml:space="preserve"> </w:t>
      </w:r>
      <m:oMath>
        <m:r>
          <m:t>q</m:t>
        </m:r>
        <m:r>
          <m:rPr>
            <m:sty m:val="p"/>
          </m:rPr>
          <m:t>=</m:t>
        </m:r>
        <m:r>
          <m:t>2</m:t>
        </m:r>
        <m:r>
          <m:t>N</m:t>
        </m:r>
        <m:r>
          <m:rPr>
            <m:sty m:val="p"/>
          </m:rPr>
          <m:t>+</m:t>
        </m:r>
        <m:r>
          <m:t>1</m:t>
        </m:r>
      </m:oMath>
      <w:r>
        <w:t xml:space="preserve"> </w:t>
      </w:r>
      <w:r>
        <w:t xml:space="preserve">and</w:t>
      </w:r>
      <w:r>
        <w:t xml:space="preserve"> </w:t>
      </w:r>
      <m:oMath>
        <m:sSub>
          <m:e>
            <m:r>
              <m:t>x</m:t>
            </m:r>
          </m:e>
          <m:sub>
            <m:r>
              <m:t>j</m:t>
            </m:r>
          </m:sub>
        </m:sSub>
        <m:r>
          <m:rPr>
            <m:sty m:val="p"/>
          </m:rPr>
          <m:t>=</m:t>
        </m:r>
        <m:r>
          <m:t>2</m:t>
        </m:r>
        <m:r>
          <m:t>π</m:t>
        </m:r>
        <m:r>
          <m:t>j</m:t>
        </m:r>
        <m:r>
          <m:rPr>
            <m:sty m:val="p"/>
          </m:rPr>
          <m:t>/</m:t>
        </m:r>
        <m:r>
          <m:t>q</m:t>
        </m:r>
      </m:oMath>
      <w:r>
        <w:t xml:space="preserve">,</w:t>
      </w:r>
      <w:r>
        <w:t xml:space="preserve"> </w:t>
      </w:r>
      <m:oMath>
        <m:r>
          <m:t>0</m:t>
        </m:r>
        <m:r>
          <m:rPr>
            <m:sty m:val="p"/>
          </m:rPr>
          <m:t>≤</m:t>
        </m:r>
        <m:r>
          <m:t>j</m:t>
        </m:r>
        <m:r>
          <m:rPr>
            <m:sty m:val="p"/>
          </m:rPr>
          <m:t>&lt;</m:t>
        </m:r>
        <m:r>
          <m:t>q</m:t>
        </m:r>
      </m:oMath>
      <w:r>
        <w:t xml:space="preserve">. Then</w:t>
      </w:r>
    </w:p>
    <w:p>
      <w:pPr>
        <w:pStyle w:val="BodyText"/>
        <w:keepNext/>
        <w:keepLines/>
      </w:pPr>
      <m:oMathPara>
        <m:oMathParaPr>
          <m:jc m:val="center"/>
        </m:oMathParaPr>
        <m:oMath>
          <m:sSub>
            <m:e>
              <m:r>
                <m:t>f</m:t>
              </m:r>
            </m:e>
            <m:sub>
              <m:sSub>
                <m:e>
                  <m:r>
                    <m:t>A</m:t>
                  </m:r>
                </m:e>
                <m:sub>
                  <m:r>
                    <m:t>N</m:t>
                  </m:r>
                </m:sub>
              </m:sSub>
            </m:sub>
          </m:sSub>
          <m:d>
            <m:dPr>
              <m:begChr m:val="("/>
              <m:sepChr m:val=""/>
              <m:endChr m:val=")"/>
              <m:grow/>
            </m:dPr>
            <m:e>
              <m:sSub>
                <m:e>
                  <m:r>
                    <m:t>x</m:t>
                  </m:r>
                </m:e>
                <m:sub>
                  <m:r>
                    <m:t>0</m:t>
                  </m:r>
                </m:sub>
              </m:sSub>
            </m:e>
          </m:d>
          <m:r>
            <m:rPr>
              <m:sty m:val="p"/>
            </m:rPr>
            <m:t>=</m:t>
          </m:r>
          <m:r>
            <m:t>N</m:t>
          </m:r>
          <m:r>
            <m:rPr>
              <m:sty m:val="p"/>
            </m:rPr>
            <m:t>,</m:t>
          </m:r>
          <m:r>
            <m:t>  </m:t>
          </m:r>
          <m:sSub>
            <m:e>
              <m:r>
                <m:t>f</m:t>
              </m:r>
            </m:e>
            <m:sub>
              <m:sSub>
                <m:e>
                  <m:r>
                    <m:t>A</m:t>
                  </m:r>
                </m:e>
                <m:sub>
                  <m:r>
                    <m:t>N</m:t>
                  </m:r>
                </m:sub>
              </m:sSub>
            </m:sub>
          </m:sSub>
          <m:d>
            <m:dPr>
              <m:begChr m:val="("/>
              <m:sepChr m:val=""/>
              <m:endChr m:val=")"/>
              <m:grow/>
            </m:dPr>
            <m:e>
              <m:sSub>
                <m:e>
                  <m:r>
                    <m:t>x</m:t>
                  </m:r>
                </m:e>
                <m:sub>
                  <m:r>
                    <m:t>j</m:t>
                  </m:r>
                </m:sub>
              </m:sSub>
            </m:e>
          </m:d>
          <m:r>
            <m:rPr>
              <m:sty m:val="p"/>
            </m:rPr>
            <m:t>=</m:t>
          </m:r>
          <m:r>
            <m:rPr>
              <m:sty m:val="p"/>
            </m:rPr>
            <m:t>−</m:t>
          </m:r>
          <m:f>
            <m:fPr>
              <m:type m:val="bar"/>
            </m:fPr>
            <m:num>
              <m:r>
                <m:t>1</m:t>
              </m:r>
            </m:num>
            <m:den>
              <m:r>
                <m:t>2</m:t>
              </m:r>
            </m:den>
          </m:f>
          <m:r>
            <m:t> </m:t>
          </m:r>
          <m:d>
            <m:dPr>
              <m:begChr m:val="("/>
              <m:sepChr m:val=""/>
              <m:endChr m:val=")"/>
              <m:grow/>
            </m:dPr>
            <m:e>
              <m:r>
                <m:t>1</m:t>
              </m:r>
              <m:r>
                <m:rPr>
                  <m:sty m:val="p"/>
                </m:rPr>
                <m:t>≤</m:t>
              </m:r>
              <m:r>
                <m:t>j</m:t>
              </m:r>
              <m:r>
                <m:rPr>
                  <m:sty m:val="p"/>
                </m:rPr>
                <m:t>&lt;</m:t>
              </m:r>
              <m:r>
                <m:t>q</m:t>
              </m:r>
            </m:e>
          </m:d>
          <m:r>
            <m:rPr>
              <m:sty m:val="p"/>
            </m:rPr>
            <m:t>,</m:t>
          </m:r>
        </m:oMath>
      </m:oMathPara>
    </w:p>
    <w:p>
      <w:pPr>
        <w:pStyle w:val="Caption"/>
        <w:spacing w:before="0" w:after="140"/>
      </w:pPr>
      <w:r>
        <w:t xml:space="preserve">Equation (H.1)</w:t>
      </w:r>
    </w:p>
    <w:p>
      <w:pPr>
        <w:pStyle w:val="BodyText"/>
      </w:pPr>
      <w:r>
        <w:t xml:space="preserve">while</w:t>
      </w:r>
    </w:p>
    <w:p>
      <w:pPr>
        <w:pStyle w:val="BodyText"/>
        <w:keepNext/>
        <w:keepLines/>
      </w:pPr>
      <m:oMathPara>
        <m:oMathParaPr>
          <m:jc m:val="center"/>
        </m:oMathParaPr>
        <m:oMath>
          <m:f>
            <m:fPr>
              <m:type m:val="bar"/>
            </m:fPr>
            <m:num>
              <m:r>
                <m:t>1</m:t>
              </m:r>
            </m:num>
            <m:den>
              <m:r>
                <m:t>q</m:t>
              </m:r>
            </m:den>
          </m:f>
          <m:nary>
            <m:naryPr>
              <m:chr m:val="∑"/>
              <m:limLoc m:val="undOvr"/>
              <m:subHide m:val="off"/>
              <m:supHide m:val="off"/>
            </m:naryPr>
            <m:sub>
              <m:r>
                <m:t>j</m:t>
              </m:r>
              <m:r>
                <m:rPr>
                  <m:sty m:val="p"/>
                </m:rPr>
                <m:t>=</m:t>
              </m:r>
              <m:r>
                <m:t>0</m:t>
              </m:r>
            </m:sub>
            <m:sup>
              <m:r>
                <m:t>q</m:t>
              </m:r>
              <m:r>
                <m:rPr>
                  <m:sty m:val="p"/>
                </m:rPr>
                <m:t>−</m:t>
              </m:r>
              <m:r>
                <m:t>1</m:t>
              </m:r>
            </m:sup>
            <m:e>
              <m:sSub>
                <m:e>
                  <m:r>
                    <m:t>f</m:t>
                  </m:r>
                </m:e>
                <m:sub>
                  <m:sSub>
                    <m:e>
                      <m:r>
                        <m:t>A</m:t>
                      </m:r>
                    </m:e>
                    <m:sub>
                      <m:r>
                        <m:t>N</m:t>
                      </m:r>
                    </m:sub>
                  </m:sSub>
                </m:sub>
              </m:sSub>
            </m:e>
          </m:nary>
          <m:sSup>
            <m:e>
              <m:d>
                <m:dPr>
                  <m:begChr m:val="("/>
                  <m:sepChr m:val=""/>
                  <m:endChr m:val=")"/>
                  <m:grow/>
                </m:dPr>
                <m:e>
                  <m:sSub>
                    <m:e>
                      <m:r>
                        <m:t>x</m:t>
                      </m:r>
                    </m:e>
                    <m:sub>
                      <m:r>
                        <m:t>j</m:t>
                      </m:r>
                    </m:sub>
                  </m:sSub>
                </m:e>
              </m:d>
            </m:e>
            <m:sup>
              <m:r>
                <m:t>2</m:t>
              </m:r>
            </m:sup>
          </m:sSup>
          <m:r>
            <m:rPr>
              <m:sty m:val="p"/>
            </m:rPr>
            <m:t>=</m:t>
          </m:r>
          <m:f>
            <m:fPr>
              <m:type m:val="bar"/>
            </m:fPr>
            <m:num>
              <m:r>
                <m:t>N</m:t>
              </m:r>
            </m:num>
            <m:den>
              <m:r>
                <m:t>2</m:t>
              </m:r>
            </m:den>
          </m:f>
          <m:r>
            <m:rPr>
              <m:sty m:val="p"/>
            </m:rPr>
            <m:t>,</m:t>
          </m:r>
          <m:r>
            <m:t>  </m:t>
          </m:r>
          <m:r>
            <m:t>K</m:t>
          </m:r>
          <m:d>
            <m:dPr>
              <m:begChr m:val="("/>
              <m:sepChr m:val=""/>
              <m:endChr m:val=")"/>
              <m:grow/>
            </m:dPr>
            <m:e>
              <m:sSub>
                <m:e>
                  <m:r>
                    <m:t>A</m:t>
                  </m:r>
                </m:e>
                <m:sub>
                  <m:r>
                    <m:t>N</m:t>
                  </m:r>
                </m:sub>
              </m:sSub>
            </m:e>
          </m:d>
          <m:r>
            <m:rPr>
              <m:sty m:val="p"/>
            </m:rPr>
            <m:t>≥</m:t>
          </m:r>
          <m:f>
            <m:fPr>
              <m:type m:val="bar"/>
            </m:fPr>
            <m:num>
              <m:r>
                <m:t>1</m:t>
              </m:r>
            </m:num>
            <m:den>
              <m:r>
                <m:t>2</m:t>
              </m:r>
            </m:den>
          </m:f>
          <m:r>
            <m:rPr>
              <m:sty m:val="p"/>
            </m:rPr>
            <m:t>+</m:t>
          </m:r>
          <m:f>
            <m:fPr>
              <m:type m:val="bar"/>
            </m:fPr>
            <m:num>
              <m:r>
                <m:t>q</m:t>
              </m:r>
            </m:num>
            <m:den>
              <m:r>
                <m:t>3</m:t>
              </m:r>
              <m:r>
                <m:t>π</m:t>
              </m:r>
            </m:den>
          </m:f>
          <m:r>
            <m:rPr>
              <m:sty m:val="p"/>
            </m:rPr>
            <m:t>.</m:t>
          </m:r>
        </m:oMath>
      </m:oMathPara>
    </w:p>
    <w:p>
      <w:pPr>
        <w:pStyle w:val="Caption"/>
        <w:spacing w:before="0" w:after="140"/>
      </w:pPr>
      <w:r>
        <w:t xml:space="preserve">Equation (H.2)</w:t>
      </w:r>
    </w:p>
    <w:p>
      <w:pPr>
        <w:pStyle w:val="BodyText"/>
        <w:keepLines/>
      </w:pPr>
      <w:r>
        <w:rPr>
          <w:bCs/>
          <w:b/>
        </w:rPr>
        <w:t xml:space="preserve">Proof.</w:t>
      </w:r>
      <w:r>
        <w:t xml:space="preserve"> </w:t>
      </w:r>
      <w:r>
        <w:t xml:space="preserve">The terms in</w:t>
      </w:r>
      <w:r>
        <w:t xml:space="preserve"> </w:t>
      </w:r>
      <m:oMath>
        <m:sSub>
          <m:e>
            <m:r>
              <m:t>D</m:t>
            </m:r>
          </m:e>
          <m:sub>
            <m:r>
              <m:t>N</m:t>
            </m:r>
          </m:sub>
        </m:sSub>
        <m:d>
          <m:dPr>
            <m:begChr m:val="("/>
            <m:sepChr m:val=""/>
            <m:endChr m:val=")"/>
            <m:grow/>
          </m:dPr>
          <m:e>
            <m:sSub>
              <m:e>
                <m:r>
                  <m:t>x</m:t>
                </m:r>
              </m:e>
              <m:sub>
                <m:r>
                  <m:t>j</m:t>
                </m:r>
              </m:sub>
            </m:sSub>
          </m:e>
        </m:d>
      </m:oMath>
      <w:r>
        <w:t xml:space="preserve"> </w:t>
      </w:r>
      <w:r>
        <w:t xml:space="preserve">from (F.1) run through a complete set of</w:t>
      </w:r>
      <w:r>
        <w:t xml:space="preserve"> </w:t>
      </w:r>
      <m:oMath>
        <m:r>
          <m:t>q</m:t>
        </m:r>
      </m:oMath>
      <w:r>
        <w:t xml:space="preserve">-th roots of unity. Their sum is zero for</w:t>
      </w:r>
      <w:r>
        <w:t xml:space="preserve"> </w:t>
      </w:r>
      <m:oMath>
        <m:r>
          <m:t>j</m:t>
        </m:r>
        <m:r>
          <m:rPr>
            <m:sty m:val="p"/>
          </m:rPr>
          <m:t>≠</m:t>
        </m:r>
        <m:r>
          <m:t>0</m:t>
        </m:r>
      </m:oMath>
      <w:r>
        <w:t xml:space="preserve">, and</w:t>
      </w:r>
      <w:r>
        <w:t xml:space="preserve"> </w:t>
      </w:r>
      <m:oMath>
        <m:r>
          <m:t>q</m:t>
        </m:r>
      </m:oMath>
      <w:r>
        <w:t xml:space="preserve"> </w:t>
      </w:r>
      <w:r>
        <w:t xml:space="preserve">for</w:t>
      </w:r>
      <w:r>
        <w:t xml:space="preserve"> </w:t>
      </w:r>
      <m:oMath>
        <m:r>
          <m:t>j</m:t>
        </m:r>
        <m:r>
          <m:rPr>
            <m:sty m:val="p"/>
          </m:rPr>
          <m:t>=</m:t>
        </m:r>
        <m:r>
          <m:t>0</m:t>
        </m:r>
      </m:oMath>
      <w:r>
        <w:t xml:space="preserve">. This proves (H.1). The square average equals</w:t>
      </w:r>
      <w:r>
        <w:t xml:space="preserve"> </w:t>
      </w:r>
      <m:oMath>
        <m:d>
          <m:dPr>
            <m:begChr m:val="("/>
            <m:sepChr m:val=""/>
            <m:endChr m:val=")"/>
            <m:grow/>
          </m:dPr>
          <m:e>
            <m:sSup>
              <m:e>
                <m:r>
                  <m:t>N</m:t>
                </m:r>
              </m:e>
              <m:sup>
                <m:r>
                  <m:t>2</m:t>
                </m:r>
              </m:sup>
            </m:sSup>
            <m:r>
              <m:rPr>
                <m:sty m:val="p"/>
              </m:rPr>
              <m:t>+</m:t>
            </m:r>
            <m:r>
              <m:t>2</m:t>
            </m:r>
            <m:r>
              <m:t>N</m:t>
            </m:r>
            <m:r>
              <m:rPr>
                <m:sty m:val="p"/>
              </m:rPr>
              <m:t>/</m:t>
            </m:r>
            <m:r>
              <m:t>4</m:t>
            </m:r>
          </m:e>
        </m:d>
        <m:r>
          <m:rPr>
            <m:sty m:val="p"/>
          </m:rPr>
          <m:t>/</m:t>
        </m:r>
        <m:d>
          <m:dPr>
            <m:begChr m:val="("/>
            <m:sepChr m:val=""/>
            <m:endChr m:val=")"/>
            <m:grow/>
          </m:dPr>
          <m:e>
            <m:r>
              <m:t>2</m:t>
            </m:r>
            <m:r>
              <m:t>N</m:t>
            </m:r>
            <m:r>
              <m:rPr>
                <m:sty m:val="p"/>
              </m:rPr>
              <m:t>+</m:t>
            </m:r>
            <m:r>
              <m:t>1</m:t>
            </m:r>
          </m:e>
        </m:d>
        <m:r>
          <m:rPr>
            <m:sty m:val="p"/>
          </m:rPr>
          <m:t>=</m:t>
        </m:r>
        <m:r>
          <m:t>N</m:t>
        </m:r>
        <m:r>
          <m:rPr>
            <m:sty m:val="p"/>
          </m:rPr>
          <m:t>/</m:t>
        </m:r>
        <m:r>
          <m:t>2</m:t>
        </m:r>
      </m:oMath>
      <w:r>
        <w:t xml:space="preserve">. The final bound is (F.2).</w:t>
      </w:r>
      <w:r>
        <w:t xml:space="preserve"> </w:t>
      </w:r>
      <m:oMath>
        <m:r>
          <m:rPr>
            <m:sty m:val="p"/>
          </m:rPr>
          <m:t>▫</m:t>
        </m:r>
      </m:oMath>
    </w:p>
    <w:p>
      <w:pPr>
        <w:pStyle w:val="BodyText"/>
        <w:keepLines/>
      </w:pPr>
      <w:r>
        <w:t xml:space="preserve">Thus the grid depth is</w:t>
      </w:r>
      <w:r>
        <w:t xml:space="preserve"> </w:t>
      </w:r>
      <m:oMath>
        <m:r>
          <m:t>1</m:t>
        </m:r>
        <m:r>
          <m:rPr>
            <m:sty m:val="p"/>
          </m:rPr>
          <m:t>/</m:t>
        </m:r>
        <m:r>
          <m:t>2</m:t>
        </m:r>
      </m:oMath>
      <w:r>
        <w:t xml:space="preserve"> </w:t>
      </w:r>
      <w:r>
        <w:t xml:space="preserve">while the continuous depth grows at least linearly. This does not mean the grid has lost the information needed for exact interpolation. A trigonometric polynomial of degree</w:t>
      </w:r>
      <w:r>
        <w:t xml:space="preserve"> </w:t>
      </w:r>
      <m:oMath>
        <m:r>
          <m:t>N</m:t>
        </m:r>
      </m:oMath>
      <w:r>
        <w:t xml:space="preserve"> </w:t>
      </w:r>
      <w:r>
        <w:t xml:space="preserve">is uniquely determined by these</w:t>
      </w:r>
      <w:r>
        <w:t xml:space="preserve"> </w:t>
      </w:r>
      <m:oMath>
        <m:r>
          <m:t>2</m:t>
        </m:r>
        <m:r>
          <m:t>N</m:t>
        </m:r>
        <m:r>
          <m:rPr>
            <m:sty m:val="p"/>
          </m:rPr>
          <m:t>+</m:t>
        </m:r>
        <m:r>
          <m:t>1</m:t>
        </m:r>
      </m:oMath>
      <w:r>
        <w:t xml:space="preserve"> </w:t>
      </w:r>
      <w:r>
        <w:t xml:space="preserve">values: their discrete Fourier transform recovers its coefficients. The mistake is to identify the minimum of the interpolated curve with the minimum of the samples. Interpolation is not a convex averaging rule, and values between samples can fall below every sample.</w:t>
      </w:r>
    </w:p>
    <w:p>
      <w:pPr>
        <w:pStyle w:val="BodyText"/>
        <w:keepLines/>
      </w:pPr>
      <w:r>
        <w:t xml:space="preserve">The finite cyclic model makes this discrepancy especially transparent. Let</w:t>
      </w:r>
      <w:r>
        <w:t xml:space="preserve"> </w:t>
      </w:r>
      <m:oMath>
        <m:sSub>
          <m:e>
            <m:r>
              <m:t>T</m:t>
            </m:r>
          </m:e>
          <m:sub>
            <m:r>
              <m:t>0</m:t>
            </m:r>
          </m:sub>
        </m:sSub>
      </m:oMath>
      <w:r>
        <w:t xml:space="preserve"> </w:t>
      </w:r>
      <w:r>
        <w:t xml:space="preserve">be the cyclic shift on</w:t>
      </w:r>
      <w:r>
        <w:t xml:space="preserve"> </w:t>
      </w:r>
      <m:oMath>
        <m:r>
          <m:t>q</m:t>
        </m:r>
      </m:oMath>
      <w:r>
        <w:t xml:space="preserve"> </w:t>
      </w:r>
      <w:r>
        <w:t xml:space="preserve">coordinates. Since the residues</w:t>
      </w:r>
      <w:r>
        <w:t xml:space="preserve"> </w:t>
      </w:r>
      <m:oMath>
        <m:r>
          <m:rPr>
            <m:sty m:val="p"/>
          </m:rPr>
          <m:t>±</m:t>
        </m:r>
        <m:r>
          <m:t>1</m:t>
        </m:r>
        <m:r>
          <m:rPr>
            <m:sty m:val="p"/>
          </m:rPr>
          <m:t>,</m:t>
        </m:r>
        <m:r>
          <m:rPr>
            <m:sty m:val="p"/>
          </m:rPr>
          <m:t>…</m:t>
        </m:r>
        <m:r>
          <m:rPr>
            <m:sty m:val="p"/>
          </m:rPr>
          <m:t>,</m:t>
        </m:r>
        <m:r>
          <m:rPr>
            <m:sty m:val="p"/>
          </m:rPr>
          <m:t>±</m:t>
        </m:r>
        <m:r>
          <m:t>N</m:t>
        </m:r>
      </m:oMath>
      <w:r>
        <w:t xml:space="preserve"> </w:t>
      </w:r>
      <w:r>
        <w:t xml:space="preserve">are exactly the nonzero residues modulo</w:t>
      </w:r>
      <w:r>
        <w:t xml:space="preserve"> </w:t>
      </w:r>
      <m:oMath>
        <m:r>
          <m:t>q</m:t>
        </m:r>
      </m:oMath>
      <w:r>
        <w:t xml:space="preserve">,</w:t>
      </w:r>
    </w:p>
    <w:p>
      <w:pPr>
        <w:pStyle w:val="BodyText"/>
        <w:keepLines/>
      </w:pPr>
      <m:oMathPara>
        <m:oMathParaPr>
          <m:jc m:val="center"/>
        </m:oMathParaPr>
        <m:oMath>
          <m:sSub>
            <m:e>
              <m:r>
                <m:rPr>
                  <m:sty m:val="p"/>
                  <m:scr m:val="script"/>
                </m:rPr>
                <m:t>H</m:t>
              </m:r>
            </m:e>
            <m:sub>
              <m:r>
                <m:t>0</m:t>
              </m:r>
            </m:sub>
          </m:sSub>
          <m:r>
            <m:rPr>
              <m:sty m:val="p"/>
            </m:rPr>
            <m:t>=</m:t>
          </m:r>
          <m:f>
            <m:fPr>
              <m:type m:val="bar"/>
            </m:fPr>
            <m:num>
              <m:r>
                <m:t>1</m:t>
              </m:r>
            </m:num>
            <m:den>
              <m:r>
                <m:t>2</m:t>
              </m:r>
            </m:den>
          </m:f>
          <m:nary>
            <m:naryPr>
              <m:chr m:val="∑"/>
              <m:limLoc m:val="undOvr"/>
              <m:subHide m:val="off"/>
              <m:supHide m:val="off"/>
            </m:naryPr>
            <m:sub>
              <m:r>
                <m:t>a</m:t>
              </m:r>
              <m:r>
                <m:rPr>
                  <m:sty m:val="p"/>
                </m:rPr>
                <m:t>=</m:t>
              </m:r>
              <m:r>
                <m:t>1</m:t>
              </m:r>
            </m:sub>
            <m:sup>
              <m:r>
                <m:t>N</m:t>
              </m:r>
            </m:sup>
            <m:e>
              <m:d>
                <m:dPr>
                  <m:begChr m:val="("/>
                  <m:sepChr m:val=""/>
                  <m:endChr m:val=")"/>
                  <m:grow/>
                </m:dPr>
                <m:e>
                  <m:sSubSup>
                    <m:e>
                      <m:r>
                        <m:t>T</m:t>
                      </m:r>
                    </m:e>
                    <m:sub>
                      <m:r>
                        <m:t>0</m:t>
                      </m:r>
                    </m:sub>
                    <m:sup>
                      <m:r>
                        <m:t>a</m:t>
                      </m:r>
                    </m:sup>
                  </m:sSubSup>
                  <m:r>
                    <m:rPr>
                      <m:sty m:val="p"/>
                    </m:rPr>
                    <m:t>+</m:t>
                  </m:r>
                  <m:sSubSup>
                    <m:e>
                      <m:r>
                        <m:t>T</m:t>
                      </m:r>
                    </m:e>
                    <m:sub>
                      <m:r>
                        <m:t>0</m:t>
                      </m:r>
                    </m:sub>
                    <m:sup>
                      <m:r>
                        <m:rPr>
                          <m:sty m:val="p"/>
                        </m:rPr>
                        <m:t>−</m:t>
                      </m:r>
                      <m:r>
                        <m:t>a</m:t>
                      </m:r>
                    </m:sup>
                  </m:sSubSup>
                </m:e>
              </m:d>
            </m:e>
          </m:nary>
          <m:r>
            <m:rPr>
              <m:sty m:val="p"/>
            </m:rPr>
            <m:t>=</m:t>
          </m:r>
          <m:f>
            <m:fPr>
              <m:type m:val="bar"/>
            </m:fPr>
            <m:num>
              <m:r>
                <m:t>J</m:t>
              </m:r>
              <m:r>
                <m:rPr>
                  <m:sty m:val="p"/>
                </m:rPr>
                <m:t>−</m:t>
              </m:r>
              <m:r>
                <m:t>I</m:t>
              </m:r>
            </m:num>
            <m:den>
              <m:r>
                <m:t>2</m:t>
              </m:r>
            </m:den>
          </m:f>
          <m:r>
            <m:rPr>
              <m:sty m:val="p"/>
            </m:rPr>
            <m:t>,</m:t>
          </m:r>
        </m:oMath>
      </m:oMathPara>
    </w:p>
    <w:p>
      <w:pPr>
        <w:pStyle w:val="FirstParagraph"/>
        <w:keepLines/>
      </w:pPr>
      <w:r>
        <w:t xml:space="preserve">where</w:t>
      </w:r>
      <w:r>
        <w:t xml:space="preserve"> </w:t>
      </w:r>
      <m:oMath>
        <m:r>
          <m:t>J</m:t>
        </m:r>
      </m:oMath>
      <w:r>
        <w:t xml:space="preserve"> </w:t>
      </w:r>
      <w:r>
        <w:t xml:space="preserve">has every entry equal to one. Its eigenvalues are</w:t>
      </w:r>
      <w:r>
        <w:t xml:space="preserve"> </w:t>
      </w:r>
      <m:oMath>
        <m:r>
          <m:t>N</m:t>
        </m:r>
      </m:oMath>
      <w:r>
        <w:t xml:space="preserve">, once, and</w:t>
      </w:r>
      <w:r>
        <w:t xml:space="preserve"> </w:t>
      </w:r>
      <m:oMath>
        <m:r>
          <m:rPr>
            <m:sty m:val="p"/>
          </m:rPr>
          <m:t>−</m:t>
        </m:r>
        <m:r>
          <m:t>1</m:t>
        </m:r>
        <m:r>
          <m:rPr>
            <m:sty m:val="p"/>
          </m:rPr>
          <m:t>/</m:t>
        </m:r>
        <m:r>
          <m:t>2</m:t>
        </m:r>
      </m:oMath>
      <w:r>
        <w:t xml:space="preserve">, with multiplicity</w:t>
      </w:r>
      <w:r>
        <w:t xml:space="preserve"> </w:t>
      </w:r>
      <m:oMath>
        <m:r>
          <m:t>2</m:t>
        </m:r>
        <m:r>
          <m:t>N</m:t>
        </m:r>
      </m:oMath>
      <w:r>
        <w:t xml:space="preserve">. For every integer</w:t>
      </w:r>
      <w:r>
        <w:t xml:space="preserve"> </w:t>
      </w:r>
      <m:oMath>
        <m:r>
          <m:t>k</m:t>
        </m:r>
        <m:r>
          <m:rPr>
            <m:sty m:val="p"/>
          </m:rPr>
          <m:t>≥</m:t>
        </m:r>
        <m:r>
          <m:t>0</m:t>
        </m:r>
      </m:oMath>
      <w:r>
        <w:t xml:space="preserve">,</w:t>
      </w:r>
    </w:p>
    <w:p>
      <w:pPr>
        <w:pStyle w:val="BodyText"/>
        <w:keepNext/>
        <w:keepLines/>
      </w:pPr>
      <m:oMathPara>
        <m:oMathParaPr>
          <m:jc m:val="center"/>
        </m:oMathParaPr>
        <m:oMath>
          <m:sSup>
            <m:e>
              <m:r>
                <m:t>2</m:t>
              </m:r>
            </m:e>
            <m:sup>
              <m:r>
                <m:t>k</m:t>
              </m:r>
            </m:sup>
          </m:sSup>
          <m:f>
            <m:fPr>
              <m:type m:val="bar"/>
            </m:fPr>
            <m:num>
              <m:r>
                <m:t>1</m:t>
              </m:r>
            </m:num>
            <m:den>
              <m:r>
                <m:t>q</m:t>
              </m:r>
            </m:den>
          </m:f>
          <m:nary>
            <m:naryPr>
              <m:chr m:val="∑"/>
              <m:limLoc m:val="undOvr"/>
              <m:subHide m:val="off"/>
              <m:supHide m:val="on"/>
            </m:naryPr>
            <m:sub>
              <m:r>
                <m:t>j</m:t>
              </m:r>
            </m:sub>
            <m:sup>
              <m:r>
                <m:t>​</m:t>
              </m:r>
            </m:sup>
            <m:e>
              <m:sSub>
                <m:e>
                  <m:r>
                    <m:t>f</m:t>
                  </m:r>
                </m:e>
                <m:sub>
                  <m:sSub>
                    <m:e>
                      <m:r>
                        <m:t>A</m:t>
                      </m:r>
                    </m:e>
                    <m:sub>
                      <m:r>
                        <m:t>N</m:t>
                      </m:r>
                    </m:sub>
                  </m:sSub>
                </m:sub>
              </m:sSub>
            </m:e>
          </m:nary>
          <m:sSup>
            <m:e>
              <m:d>
                <m:dPr>
                  <m:begChr m:val="("/>
                  <m:sepChr m:val=""/>
                  <m:endChr m:val=")"/>
                  <m:grow/>
                </m:dPr>
                <m:e>
                  <m:sSub>
                    <m:e>
                      <m:r>
                        <m:t>x</m:t>
                      </m:r>
                    </m:e>
                    <m:sub>
                      <m:r>
                        <m:t>j</m:t>
                      </m:r>
                    </m:sub>
                  </m:sSub>
                </m:e>
              </m:d>
            </m:e>
            <m:sup>
              <m:r>
                <m:t>k</m:t>
              </m:r>
            </m:sup>
          </m:sSup>
          <m:r>
            <m:rPr>
              <m:sty m:val="p"/>
            </m:rPr>
            <m:t>=</m:t>
          </m:r>
          <m:f>
            <m:fPr>
              <m:type m:val="bar"/>
            </m:fPr>
            <m:num>
              <m:sSup>
                <m:e>
                  <m:d>
                    <m:dPr>
                      <m:begChr m:val="("/>
                      <m:sepChr m:val=""/>
                      <m:endChr m:val=")"/>
                      <m:grow/>
                    </m:dPr>
                    <m:e>
                      <m:r>
                        <m:t>2</m:t>
                      </m:r>
                      <m:r>
                        <m:t>N</m:t>
                      </m:r>
                    </m:e>
                  </m:d>
                </m:e>
                <m:sup>
                  <m:r>
                    <m:t>k</m:t>
                  </m:r>
                </m:sup>
              </m:sSup>
              <m:r>
                <m:rPr>
                  <m:sty m:val="p"/>
                </m:rPr>
                <m:t>+</m:t>
              </m:r>
              <m:r>
                <m:t>2</m:t>
              </m:r>
              <m:r>
                <m:t>N</m:t>
              </m:r>
              <m:sSup>
                <m:e>
                  <m:d>
                    <m:dPr>
                      <m:begChr m:val="("/>
                      <m:sepChr m:val=""/>
                      <m:endChr m:val=")"/>
                      <m:grow/>
                    </m:dPr>
                    <m:e>
                      <m:r>
                        <m:rPr>
                          <m:sty m:val="p"/>
                        </m:rPr>
                        <m:t>−</m:t>
                      </m:r>
                      <m:r>
                        <m:t>1</m:t>
                      </m:r>
                    </m:e>
                  </m:d>
                </m:e>
                <m:sup>
                  <m:r>
                    <m:t>k</m:t>
                  </m:r>
                </m:sup>
              </m:sSup>
            </m:num>
            <m:den>
              <m:r>
                <m:t>2</m:t>
              </m:r>
              <m:r>
                <m:t>N</m:t>
              </m:r>
              <m:r>
                <m:rPr>
                  <m:sty m:val="p"/>
                </m:rPr>
                <m:t>+</m:t>
              </m:r>
              <m:r>
                <m:t>1</m:t>
              </m:r>
            </m:den>
          </m:f>
          <m:r>
            <m:rPr>
              <m:sty m:val="p"/>
            </m:rPr>
            <m:t>∈</m:t>
          </m:r>
          <m:r>
            <m:rPr>
              <m:sty m:val="p"/>
              <m:scr m:val="double-struck"/>
            </m:rPr>
            <m:t>Z</m:t>
          </m:r>
          <m:r>
            <m:rPr>
              <m:sty m:val="p"/>
            </m:rPr>
            <m:t>.</m:t>
          </m:r>
        </m:oMath>
      </m:oMathPara>
    </w:p>
    <w:p>
      <w:pPr>
        <w:pStyle w:val="Caption"/>
        <w:spacing w:before="0" w:after="140"/>
      </w:pPr>
      <w:r>
        <w:t xml:space="preserve">Equation (H.3)</w:t>
      </w:r>
    </w:p>
    <w:p>
      <w:pPr>
        <w:pStyle w:val="BodyText"/>
        <w:keepLines/>
      </w:pPr>
      <w:r>
        <w:t xml:space="preserve">The divisibility follows from</w:t>
      </w:r>
      <w:r>
        <w:t xml:space="preserve"> </w:t>
      </w:r>
      <m:oMath>
        <m:r>
          <m:t>2</m:t>
        </m:r>
        <m:r>
          <m:t>N</m:t>
        </m:r>
        <m:r>
          <m:rPr>
            <m:sty m:val="p"/>
          </m:rPr>
          <m:t>≡</m:t>
        </m:r>
        <m:r>
          <m:rPr>
            <m:sty m:val="p"/>
          </m:rPr>
          <m:t>−</m:t>
        </m:r>
        <m:r>
          <m:t>1</m:t>
        </m:r>
        <m:r>
          <m:t> </m:t>
        </m:r>
        <m:r>
          <m:rPr>
            <m:sty m:val="p"/>
          </m:rPr>
          <m:t>(</m:t>
        </m:r>
        <m:r>
          <m:rPr>
            <m:sty m:val="p"/>
          </m:rPr>
          <m:t>mod</m:t>
        </m:r>
        <m:r>
          <m:t> </m:t>
        </m:r>
        <m:r>
          <m:t>2</m:t>
        </m:r>
        <m:r>
          <m:t>N</m:t>
        </m:r>
        <m:r>
          <m:rPr>
            <m:sty m:val="p"/>
          </m:rPr>
          <m:t>+</m:t>
        </m:r>
        <m:r>
          <m:t>1</m:t>
        </m:r>
        <m:r>
          <m:rPr>
            <m:sty m:val="p"/>
          </m:rPr>
          <m:t>)</m:t>
        </m:r>
      </m:oMath>
      <w:r>
        <w:t xml:space="preserve">. These quantities also count closed walks from a vertex in the complete graph. Therefore positivity of moment matrices, the correct second moment, and integrality of the doubled-signal moments can coexist with a grid depth of only</w:t>
      </w:r>
      <w:r>
        <w:t xml:space="preserve"> </w:t>
      </w:r>
      <m:oMath>
        <m:r>
          <m:t>1</m:t>
        </m:r>
        <m:r>
          <m:rPr>
            <m:sty m:val="p"/>
          </m:rPr>
          <m:t>/</m:t>
        </m:r>
        <m:r>
          <m:t>2</m:t>
        </m:r>
      </m:oMath>
      <w:r>
        <w:t xml:space="preserve">. Those conditions alone do not enforce the exact integer relations in (C.1).</w:t>
      </w:r>
    </w:p>
    <w:bookmarkStart w:id="109" w:name="X4740c402099200744aa6c6ebef0f05db9aa9c6e"/>
    <w:p>
      <w:pPr>
        <w:pStyle w:val="Heading3"/>
      </w:pPr>
      <w:r>
        <w:t xml:space="preserve">H.1. Twisting the boundary restores the continuous spectrum</w:t>
      </w:r>
    </w:p>
    <w:p>
      <w:pPr>
        <w:pStyle w:val="FirstParagraph"/>
        <w:keepLines/>
      </w:pPr>
      <w:r>
        <w:t xml:space="preserve">For a real</w:t>
      </w:r>
      <w:r>
        <w:t xml:space="preserve"> </w:t>
      </w:r>
      <m:oMath>
        <m:r>
          <m:t>ϕ</m:t>
        </m:r>
      </m:oMath>
      <w:r>
        <w:t xml:space="preserve">, define a unitary shift on the same basis by</w:t>
      </w:r>
    </w:p>
    <w:p>
      <w:pPr>
        <w:pStyle w:val="BodyText"/>
        <w:keepLines/>
      </w:pPr>
      <m:oMathPara>
        <m:oMathParaPr>
          <m:jc m:val="center"/>
        </m:oMathParaPr>
        <m:oMath>
          <m:sSub>
            <m:e>
              <m:r>
                <m:t>T</m:t>
              </m:r>
            </m:e>
            <m:sub>
              <m:r>
                <m:t>ϕ</m:t>
              </m:r>
            </m:sub>
          </m:sSub>
          <m:sSub>
            <m:e>
              <m:r>
                <m:t>e</m:t>
              </m:r>
            </m:e>
            <m:sub>
              <m:r>
                <m:t>j</m:t>
              </m:r>
            </m:sub>
          </m:sSub>
          <m:r>
            <m:rPr>
              <m:sty m:val="p"/>
            </m:rPr>
            <m:t>=</m:t>
          </m:r>
          <m:sSub>
            <m:e>
              <m:r>
                <m:t>e</m:t>
              </m:r>
            </m:e>
            <m:sub>
              <m:r>
                <m:t>j</m:t>
              </m:r>
              <m:r>
                <m:rPr>
                  <m:sty m:val="p"/>
                </m:rPr>
                <m:t>+</m:t>
              </m:r>
              <m:r>
                <m:t>1</m:t>
              </m:r>
            </m:sub>
          </m:sSub>
          <m:r>
            <m:t> </m:t>
          </m:r>
          <m:d>
            <m:dPr>
              <m:begChr m:val="("/>
              <m:sepChr m:val=""/>
              <m:endChr m:val=")"/>
              <m:grow/>
            </m:dPr>
            <m:e>
              <m:r>
                <m:t>j</m:t>
              </m:r>
              <m:r>
                <m:rPr>
                  <m:sty m:val="p"/>
                </m:rPr>
                <m:t>&lt;</m:t>
              </m:r>
              <m:r>
                <m:t>q</m:t>
              </m:r>
              <m:r>
                <m:rPr>
                  <m:sty m:val="p"/>
                </m:rPr>
                <m:t>−</m:t>
              </m:r>
              <m:r>
                <m:t>1</m:t>
              </m:r>
            </m:e>
          </m:d>
          <m:r>
            <m:rPr>
              <m:sty m:val="p"/>
            </m:rPr>
            <m:t>,</m:t>
          </m:r>
          <m:r>
            <m:t>  </m:t>
          </m:r>
          <m:sSub>
            <m:e>
              <m:r>
                <m:t>T</m:t>
              </m:r>
            </m:e>
            <m:sub>
              <m:r>
                <m:t>ϕ</m:t>
              </m:r>
            </m:sub>
          </m:sSub>
          <m:sSub>
            <m:e>
              <m:r>
                <m:t>e</m:t>
              </m:r>
            </m:e>
            <m:sub>
              <m:r>
                <m:t>q</m:t>
              </m:r>
              <m:r>
                <m:rPr>
                  <m:sty m:val="p"/>
                </m:rPr>
                <m:t>−</m:t>
              </m:r>
              <m:r>
                <m:t>1</m:t>
              </m:r>
            </m:sub>
          </m:sSub>
          <m:r>
            <m:rPr>
              <m:sty m:val="p"/>
            </m:rPr>
            <m:t>=</m:t>
          </m:r>
          <m:sSup>
            <m:e>
              <m:r>
                <m:t>e</m:t>
              </m:r>
            </m:e>
            <m:sup>
              <m:r>
                <m:t>i</m:t>
              </m:r>
              <m:r>
                <m:t>ϕ</m:t>
              </m:r>
            </m:sup>
          </m:sSup>
          <m:sSub>
            <m:e>
              <m:r>
                <m:t>e</m:t>
              </m:r>
            </m:e>
            <m:sub>
              <m:r>
                <m:t>0</m:t>
              </m:r>
            </m:sub>
          </m:sSub>
          <m:r>
            <m:rPr>
              <m:sty m:val="p"/>
            </m:rPr>
            <m:t>.</m:t>
          </m:r>
        </m:oMath>
      </m:oMathPara>
    </w:p>
    <w:p>
      <w:pPr>
        <w:pStyle w:val="FirstParagraph"/>
        <w:keepLines/>
      </w:pPr>
      <w:r>
        <w:t xml:space="preserve">Then</w:t>
      </w:r>
      <w:r>
        <w:t xml:space="preserve"> </w:t>
      </w:r>
      <m:oMath>
        <m:sSubSup>
          <m:e>
            <m:r>
              <m:t>T</m:t>
            </m:r>
          </m:e>
          <m:sub>
            <m:r>
              <m:t>ϕ</m:t>
            </m:r>
          </m:sub>
          <m:sup>
            <m:r>
              <m:t>q</m:t>
            </m:r>
          </m:sup>
        </m:sSubSup>
        <m:r>
          <m:rPr>
            <m:sty m:val="p"/>
          </m:rPr>
          <m:t>=</m:t>
        </m:r>
        <m:sSup>
          <m:e>
            <m:r>
              <m:t>e</m:t>
            </m:r>
          </m:e>
          <m:sup>
            <m:r>
              <m:t>i</m:t>
            </m:r>
            <m:r>
              <m:t>ϕ</m:t>
            </m:r>
          </m:sup>
        </m:sSup>
        <m:r>
          <m:t>I</m:t>
        </m:r>
      </m:oMath>
      <w:r>
        <w:t xml:space="preserve">. Its eigenvalues are the</w:t>
      </w:r>
      <w:r>
        <w:t xml:space="preserve"> </w:t>
      </w:r>
      <m:oMath>
        <m:r>
          <m:t>q</m:t>
        </m:r>
      </m:oMath>
      <w:r>
        <w:t xml:space="preserve"> </w:t>
      </w:r>
      <w:r>
        <w:t xml:space="preserve">distinct roots</w:t>
      </w:r>
      <w:r>
        <w:t xml:space="preserve"> </w:t>
      </w:r>
      <m:oMath>
        <m:sSub>
          <m:e>
            <m:r>
              <m:t>z</m:t>
            </m:r>
          </m:e>
          <m:sub>
            <m:r>
              <m:t>j</m:t>
            </m:r>
          </m:sub>
        </m:sSub>
        <m:r>
          <m:rPr>
            <m:sty m:val="p"/>
          </m:rPr>
          <m:t>=</m:t>
        </m:r>
        <m:r>
          <m:rPr>
            <m:sty m:val="p"/>
          </m:rPr>
          <m:t>exp</m:t>
        </m:r>
        <m:d>
          <m:dPr>
            <m:begChr m:val="("/>
            <m:sepChr m:val=""/>
            <m:endChr m:val=")"/>
            <m:grow/>
          </m:dPr>
          <m:e>
            <m:r>
              <m:t>i</m:t>
            </m:r>
            <m:d>
              <m:dPr>
                <m:begChr m:val="("/>
                <m:sepChr m:val=""/>
                <m:endChr m:val=")"/>
                <m:grow/>
              </m:dPr>
              <m:e>
                <m:r>
                  <m:t>2</m:t>
                </m:r>
                <m:r>
                  <m:t>π</m:t>
                </m:r>
                <m:r>
                  <m:t>j</m:t>
                </m:r>
                <m:r>
                  <m:rPr>
                    <m:sty m:val="p"/>
                  </m:rPr>
                  <m:t>+</m:t>
                </m:r>
                <m:r>
                  <m:t>ϕ</m:t>
                </m:r>
              </m:e>
            </m:d>
            <m:r>
              <m:rPr>
                <m:sty m:val="p"/>
              </m:rPr>
              <m:t>/</m:t>
            </m:r>
            <m:r>
              <m:t>q</m:t>
            </m:r>
          </m:e>
        </m:d>
      </m:oMath>
      <w:r>
        <w:t xml:space="preserve">. For any admissible</w:t>
      </w:r>
      <w:r>
        <w:t xml:space="preserve"> </w:t>
      </w:r>
      <m:oMath>
        <m:r>
          <m:t>A</m:t>
        </m:r>
      </m:oMath>
      <w:r>
        <w:t xml:space="preserve">, retain the actual integer powers and define</w:t>
      </w:r>
    </w:p>
    <w:p>
      <w:pPr>
        <w:pStyle w:val="BodyText"/>
        <w:keepLines/>
      </w:pPr>
      <m:oMathPara>
        <m:oMathParaPr>
          <m:jc m:val="center"/>
        </m:oMathParaPr>
        <m:oMath>
          <m:sSub>
            <m:e>
              <m:r>
                <m:rPr>
                  <m:sty m:val="p"/>
                  <m:scr m:val="script"/>
                </m:rPr>
                <m:t>H</m:t>
              </m:r>
            </m:e>
            <m:sub>
              <m:r>
                <m:t>ϕ</m:t>
              </m:r>
            </m:sub>
          </m:sSub>
          <m:r>
            <m:rPr>
              <m:sty m:val="p"/>
            </m:rPr>
            <m:t>=</m:t>
          </m:r>
          <m:f>
            <m:fPr>
              <m:type m:val="bar"/>
            </m:fPr>
            <m:num>
              <m:r>
                <m:t>1</m:t>
              </m:r>
            </m:num>
            <m:den>
              <m:r>
                <m:t>2</m:t>
              </m:r>
            </m:den>
          </m:f>
          <m:nary>
            <m:naryPr>
              <m:chr m:val="∑"/>
              <m:limLoc m:val="undOvr"/>
              <m:subHide m:val="off"/>
              <m:supHide m:val="on"/>
            </m:naryPr>
            <m:sub>
              <m:r>
                <m:t>a</m:t>
              </m:r>
              <m:r>
                <m:rPr>
                  <m:sty m:val="p"/>
                </m:rPr>
                <m:t>∈</m:t>
              </m:r>
              <m:r>
                <m:t>A</m:t>
              </m:r>
            </m:sub>
            <m:sup>
              <m:r>
                <m:t>​</m:t>
              </m:r>
            </m:sup>
            <m:e>
              <m:d>
                <m:dPr>
                  <m:begChr m:val="("/>
                  <m:sepChr m:val=""/>
                  <m:endChr m:val=")"/>
                  <m:grow/>
                </m:dPr>
                <m:e>
                  <m:sSubSup>
                    <m:e>
                      <m:r>
                        <m:t>T</m:t>
                      </m:r>
                    </m:e>
                    <m:sub>
                      <m:r>
                        <m:t>ϕ</m:t>
                      </m:r>
                    </m:sub>
                    <m:sup>
                      <m:r>
                        <m:t>a</m:t>
                      </m:r>
                    </m:sup>
                  </m:sSubSup>
                  <m:r>
                    <m:rPr>
                      <m:sty m:val="p"/>
                    </m:rPr>
                    <m:t>+</m:t>
                  </m:r>
                  <m:sSubSup>
                    <m:e>
                      <m:r>
                        <m:t>T</m:t>
                      </m:r>
                    </m:e>
                    <m:sub>
                      <m:r>
                        <m:t>ϕ</m:t>
                      </m:r>
                    </m:sub>
                    <m:sup>
                      <m:r>
                        <m:rPr>
                          <m:sty m:val="p"/>
                        </m:rPr>
                        <m:t>−</m:t>
                      </m:r>
                      <m:r>
                        <m:t>a</m:t>
                      </m:r>
                    </m:sup>
                  </m:sSubSup>
                </m:e>
              </m:d>
            </m:e>
          </m:nary>
          <m:r>
            <m:rPr>
              <m:sty m:val="p"/>
            </m:rPr>
            <m:t>.</m:t>
          </m:r>
        </m:oMath>
      </m:oMathPara>
    </w:p>
    <w:p>
      <w:pPr>
        <w:pStyle w:val="FirstParagraph"/>
      </w:pPr>
      <w:r>
        <w:t xml:space="preserve">Its eigenvalues are exactly</w:t>
      </w:r>
    </w:p>
    <w:p>
      <w:pPr>
        <w:pStyle w:val="BodyText"/>
        <w:keepLines/>
      </w:pPr>
      <m:oMathPara>
        <m:oMathParaPr>
          <m:jc m:val="center"/>
        </m:oMathParaPr>
        <m:oMath>
          <m:sSub>
            <m:e>
              <m:r>
                <m:t>E</m:t>
              </m:r>
            </m:e>
            <m:sub>
              <m:r>
                <m:t>j</m:t>
              </m:r>
            </m:sub>
          </m:sSub>
          <m:d>
            <m:dPr>
              <m:begChr m:val="("/>
              <m:sepChr m:val=""/>
              <m:endChr m:val=")"/>
              <m:grow/>
            </m:dPr>
            <m:e>
              <m:r>
                <m:t>ϕ</m:t>
              </m:r>
            </m:e>
          </m:d>
          <m:r>
            <m:rPr>
              <m:sty m:val="p"/>
            </m:rPr>
            <m:t>=</m:t>
          </m:r>
          <m:sSub>
            <m:e>
              <m:r>
                <m:t>f</m:t>
              </m:r>
            </m:e>
            <m:sub>
              <m:r>
                <m:t>A</m:t>
              </m:r>
            </m:sub>
          </m:sSub>
          <m:d>
            <m:dPr>
              <m:begChr m:val="("/>
              <m:sepChr m:val=""/>
              <m:endChr m:val=")"/>
              <m:grow/>
            </m:dPr>
            <m:e>
              <m:f>
                <m:fPr>
                  <m:type m:val="bar"/>
                </m:fPr>
                <m:num>
                  <m:r>
                    <m:t>2</m:t>
                  </m:r>
                  <m:r>
                    <m:t>π</m:t>
                  </m:r>
                  <m:r>
                    <m:t>j</m:t>
                  </m:r>
                  <m:r>
                    <m:rPr>
                      <m:sty m:val="p"/>
                    </m:rPr>
                    <m:t>+</m:t>
                  </m:r>
                  <m:r>
                    <m:t>ϕ</m:t>
                  </m:r>
                </m:num>
                <m:den>
                  <m:r>
                    <m:t>q</m:t>
                  </m:r>
                </m:den>
              </m:f>
            </m:e>
          </m:d>
          <m:r>
            <m:rPr>
              <m:sty m:val="p"/>
            </m:rPr>
            <m:t>.</m:t>
          </m:r>
        </m:oMath>
      </m:oMathPara>
    </w:p>
    <w:p>
      <w:pPr>
        <w:pStyle w:val="FirstParagraph"/>
        <w:keepLines/>
      </w:pPr>
      <w:r>
        <w:t xml:space="preserve">As</w:t>
      </w:r>
      <w:r>
        <w:t xml:space="preserve"> </w:t>
      </w:r>
      <m:oMath>
        <m:r>
          <m:t>ϕ</m:t>
        </m:r>
      </m:oMath>
      <w:r>
        <w:t xml:space="preserve"> </w:t>
      </w:r>
      <w:r>
        <w:t xml:space="preserve">ranges over</w:t>
      </w:r>
      <w:r>
        <w:t xml:space="preserve"> </w:t>
      </w:r>
      <m:oMath>
        <m:d>
          <m:dPr>
            <m:begChr m:val="["/>
            <m:sepChr m:val=""/>
            <m:endChr m:val="]"/>
            <m:grow/>
          </m:dPr>
          <m:e>
            <m:r>
              <m:t>0</m:t>
            </m:r>
            <m:r>
              <m:rPr>
                <m:sty m:val="p"/>
              </m:rPr>
              <m:t>,</m:t>
            </m:r>
            <m:r>
              <m:t>2</m:t>
            </m:r>
            <m:r>
              <m:t>π</m:t>
            </m:r>
          </m:e>
        </m:d>
      </m:oMath>
      <w:r>
        <w:t xml:space="preserve">, these arguments cover the whole circle. Hence</w:t>
      </w:r>
    </w:p>
    <w:p>
      <w:pPr>
        <w:pStyle w:val="BodyText"/>
        <w:keepNext/>
        <w:keepLines/>
      </w:pPr>
      <m:oMathPara>
        <m:oMathParaPr>
          <m:jc m:val="center"/>
        </m:oMathParaPr>
        <m:oMath>
          <m:limLow>
            <m:e>
              <m:r>
                <m:rPr>
                  <m:sty m:val="p"/>
                </m:rPr>
                <m:t>min</m:t>
              </m:r>
            </m:e>
            <m:lim>
              <m:r>
                <m:t>0</m:t>
              </m:r>
              <m:r>
                <m:rPr>
                  <m:sty m:val="p"/>
                </m:rPr>
                <m:t>≤</m:t>
              </m:r>
              <m:r>
                <m:t>ϕ</m:t>
              </m:r>
              <m:r>
                <m:rPr>
                  <m:sty m:val="p"/>
                </m:rPr>
                <m:t>≤</m:t>
              </m:r>
              <m:r>
                <m:t>2</m:t>
              </m:r>
              <m:r>
                <m:t>π</m:t>
              </m:r>
            </m:lim>
          </m:limLow>
          <m:sSub>
            <m:e>
              <m:r>
                <m:t>λ</m:t>
              </m:r>
            </m:e>
            <m:sub>
              <m:r>
                <m:rPr>
                  <m:sty m:val="p"/>
                </m:rPr>
                <m:t>min</m:t>
              </m:r>
            </m:sub>
          </m:sSub>
          <m:d>
            <m:dPr>
              <m:begChr m:val="("/>
              <m:sepChr m:val=""/>
              <m:endChr m:val=")"/>
              <m:grow/>
            </m:dPr>
            <m:e>
              <m:sSub>
                <m:e>
                  <m:r>
                    <m:rPr>
                      <m:sty m:val="p"/>
                      <m:scr m:val="script"/>
                    </m:rPr>
                    <m:t>H</m:t>
                  </m:r>
                </m:e>
                <m:sub>
                  <m:r>
                    <m:t>ϕ</m:t>
                  </m:r>
                </m:sub>
              </m:sSub>
            </m:e>
          </m:d>
          <m:r>
            <m:rPr>
              <m:sty m:val="p"/>
            </m:rPr>
            <m:t>=</m:t>
          </m:r>
          <m:limLow>
            <m:e>
              <m:r>
                <m:rPr>
                  <m:sty m:val="p"/>
                </m:rPr>
                <m:t>min</m:t>
              </m:r>
            </m:e>
            <m:lim>
              <m:r>
                <m:t>x</m:t>
              </m:r>
            </m:lim>
          </m:limLow>
          <m:sSub>
            <m:e>
              <m:r>
                <m:t>f</m:t>
              </m:r>
            </m:e>
            <m:sub>
              <m:r>
                <m:t>A</m:t>
              </m:r>
            </m:sub>
          </m:sSub>
          <m:d>
            <m:dPr>
              <m:begChr m:val="("/>
              <m:sepChr m:val=""/>
              <m:endChr m:val=")"/>
              <m:grow/>
            </m:dPr>
            <m:e>
              <m:r>
                <m:t>x</m:t>
              </m:r>
            </m:e>
          </m:d>
          <m:r>
            <m:rPr>
              <m:sty m:val="p"/>
            </m:rPr>
            <m:t>=</m:t>
          </m:r>
          <m:r>
            <m:rPr>
              <m:sty m:val="p"/>
            </m:rPr>
            <m:t>−</m:t>
          </m:r>
          <m:r>
            <m:t>K</m:t>
          </m:r>
          <m:d>
            <m:dPr>
              <m:begChr m:val="("/>
              <m:sepChr m:val=""/>
              <m:endChr m:val=")"/>
              <m:grow/>
            </m:dPr>
            <m:e>
              <m:r>
                <m:t>A</m:t>
              </m:r>
            </m:e>
          </m:d>
          <m:r>
            <m:rPr>
              <m:sty m:val="p"/>
            </m:rPr>
            <m:t>.</m:t>
          </m:r>
        </m:oMath>
      </m:oMathPara>
    </w:p>
    <w:p>
      <w:pPr>
        <w:pStyle w:val="Caption"/>
        <w:spacing w:before="0" w:after="140"/>
      </w:pPr>
      <w:r>
        <w:t xml:space="preserve">Equation (H.4)</w:t>
      </w:r>
    </w:p>
    <w:p>
      <w:pPr>
        <w:pStyle w:val="BodyText"/>
        <w:keepLines/>
      </w:pPr>
      <w:r>
        <w:t xml:space="preserve">For the interval example,</w:t>
      </w:r>
      <w:r>
        <w:t xml:space="preserve"> </w:t>
      </w:r>
      <m:oMath>
        <m:r>
          <m:t>ϕ</m:t>
        </m:r>
        <m:r>
          <m:rPr>
            <m:sty m:val="p"/>
          </m:rPr>
          <m:t>=</m:t>
        </m:r>
        <m:r>
          <m:t>π</m:t>
        </m:r>
      </m:oMath>
      <w:r>
        <w:t xml:space="preserve"> </w:t>
      </w:r>
      <w:r>
        <w:t xml:space="preserve">and</w:t>
      </w:r>
      <w:r>
        <w:t xml:space="preserve"> </w:t>
      </w:r>
      <m:oMath>
        <m:r>
          <m:t>j</m:t>
        </m:r>
        <m:r>
          <m:rPr>
            <m:sty m:val="p"/>
          </m:rPr>
          <m:t>=</m:t>
        </m:r>
        <m:r>
          <m:t>1</m:t>
        </m:r>
      </m:oMath>
      <w:r>
        <w:t xml:space="preserve"> </w:t>
      </w:r>
      <w:r>
        <w:t xml:space="preserve">already give the deep witness</w:t>
      </w:r>
      <w:r>
        <w:t xml:space="preserve"> </w:t>
      </w:r>
      <m:oMath>
        <m:r>
          <m:t>x</m:t>
        </m:r>
        <m:r>
          <m:rPr>
            <m:sty m:val="p"/>
          </m:rPr>
          <m:t>=</m:t>
        </m:r>
        <m:r>
          <m:t>3</m:t>
        </m:r>
        <m:r>
          <m:t>π</m:t>
        </m:r>
        <m:r>
          <m:rPr>
            <m:sty m:val="p"/>
          </m:rPr>
          <m:t>/</m:t>
        </m:r>
        <m:r>
          <m:t>q</m:t>
        </m:r>
      </m:oMath>
      <w:r>
        <w:t xml:space="preserve">. For frequencies exceeding</w:t>
      </w:r>
      <w:r>
        <w:t xml:space="preserve"> </w:t>
      </w:r>
      <m:oMath>
        <m:r>
          <m:t>q</m:t>
        </m:r>
      </m:oMath>
      <w:r>
        <w:t xml:space="preserve">, reducing exponents modulo</w:t>
      </w:r>
      <w:r>
        <w:t xml:space="preserve"> </w:t>
      </w:r>
      <m:oMath>
        <m:r>
          <m:t>q</m:t>
        </m:r>
      </m:oMath>
      <w:r>
        <w:t xml:space="preserve"> </w:t>
      </w:r>
      <w:r>
        <w:t xml:space="preserve">without keeping the accumulated factor</w:t>
      </w:r>
      <w:r>
        <w:t xml:space="preserve"> </w:t>
      </w:r>
      <m:oMath>
        <m:sSup>
          <m:e>
            <m:r>
              <m:t>e</m:t>
            </m:r>
          </m:e>
          <m:sup>
            <m:r>
              <m:t>i</m:t>
            </m:r>
            <m:r>
              <m:t>ϕ</m:t>
            </m:r>
          </m:sup>
        </m:sSup>
      </m:oMath>
      <w:r>
        <w:t xml:space="preserve"> </w:t>
      </w:r>
      <w:r>
        <w:t xml:space="preserve">would be an error. The formula requires the actual powers.</w:t>
      </w:r>
    </w:p>
    <w:p>
      <w:pPr>
        <w:pStyle w:val="BodyText"/>
        <w:keepLines/>
      </w:pPr>
      <w:r>
        <w:t xml:space="preserve">Equation (H.4) is an exact reformulation, not a proof that some boundary twist always yields energy below</w:t>
      </w:r>
      <w:r>
        <w:t xml:space="preserve"> </w:t>
      </w:r>
      <m:oMath>
        <m:r>
          <m:rPr>
            <m:sty m:val="p"/>
          </m:rPr>
          <m:t>−</m:t>
        </m:r>
        <m:r>
          <m:t>c</m:t>
        </m:r>
        <m:rad>
          <m:radPr>
            <m:degHide m:val="on"/>
          </m:radPr>
          <m:deg/>
          <m:e>
            <m:r>
              <m:t>N</m:t>
            </m:r>
          </m:e>
        </m:rad>
      </m:oMath>
      <w:r>
        <w:t xml:space="preserve">. That last assertion is still the original unresolved lower-bound problem. The physical use of tunable twisted boundary conditions has established precedents; for example, Bardyn, Huber, and Zilberberg,</w:t>
      </w:r>
      <w:r>
        <w:t xml:space="preserve"> </w:t>
      </w:r>
      <w:r>
        <w:rPr>
          <w:iCs/>
          <w:i/>
        </w:rPr>
        <w:t xml:space="preserve">New Journal of Physics</w:t>
      </w:r>
      <w:r>
        <w:t xml:space="preserve"> </w:t>
      </w:r>
      <w:r>
        <w:t xml:space="preserve">16, 123013 (2014), arXiv:1312.6894. Our formulas follow directly from the finite shift defined above.</w:t>
      </w:r>
    </w:p>
    <w:bookmarkEnd w:id="109"/>
    <w:bookmarkStart w:id="110" w:name="X9b3f1cd0ea43bf3105c568e296fba07e9df1541"/>
    <w:p>
      <w:pPr>
        <w:pStyle w:val="Heading3"/>
      </w:pPr>
      <w:r>
        <w:t xml:space="preserve">H.2. Certified errors for a general sampling grid</w:t>
      </w:r>
    </w:p>
    <w:p>
      <w:pPr>
        <w:pStyle w:val="FirstParagraph"/>
        <w:keepLines/>
      </w:pPr>
      <w:r>
        <w:t xml:space="preserve">For an integer</w:t>
      </w:r>
      <w:r>
        <w:t xml:space="preserve"> </w:t>
      </w:r>
      <m:oMath>
        <m:r>
          <m:t>M</m:t>
        </m:r>
        <m:r>
          <m:rPr>
            <m:sty m:val="p"/>
          </m:rPr>
          <m:t>≥</m:t>
        </m:r>
        <m:r>
          <m:t>1</m:t>
        </m:r>
      </m:oMath>
      <w:r>
        <w:t xml:space="preserve">, sample the original function at</w:t>
      </w:r>
      <w:r>
        <w:t xml:space="preserve"> </w:t>
      </w:r>
      <m:oMath>
        <m:r>
          <m:t>2</m:t>
        </m:r>
        <m:r>
          <m:t>π</m:t>
        </m:r>
        <m:r>
          <m:t>j</m:t>
        </m:r>
        <m:r>
          <m:rPr>
            <m:sty m:val="p"/>
          </m:rPr>
          <m:t>/</m:t>
        </m:r>
        <m:r>
          <m:t>M</m:t>
        </m:r>
      </m:oMath>
      <w:r>
        <w:t xml:space="preserve">, and let</w:t>
      </w:r>
      <w:r>
        <w:t xml:space="preserve"> </w:t>
      </w:r>
      <m:oMath>
        <m:sSub>
          <m:e>
            <m:r>
              <m:t>K</m:t>
            </m:r>
          </m:e>
          <m:sub>
            <m:r>
              <m:t>M</m:t>
            </m:r>
          </m:sub>
        </m:sSub>
        <m:r>
          <m:rPr>
            <m:sty m:val="p"/>
          </m:rPr>
          <m:t>=</m:t>
        </m:r>
        <m:r>
          <m:rPr>
            <m:sty m:val="p"/>
          </m:rPr>
          <m:t>−</m:t>
        </m:r>
        <m:sSub>
          <m:e>
            <m:r>
              <m:rPr>
                <m:sty m:val="p"/>
              </m:rPr>
              <m:t>min</m:t>
            </m:r>
          </m:e>
          <m:sub>
            <m:r>
              <m:t>0</m:t>
            </m:r>
            <m:r>
              <m:rPr>
                <m:sty m:val="p"/>
              </m:rPr>
              <m:t>≤</m:t>
            </m:r>
            <m:r>
              <m:t>j</m:t>
            </m:r>
            <m:r>
              <m:rPr>
                <m:sty m:val="p"/>
              </m:rPr>
              <m:t>&lt;</m:t>
            </m:r>
            <m:r>
              <m:t>M</m:t>
            </m:r>
          </m:sub>
        </m:sSub>
        <m:sSub>
          <m:e>
            <m:r>
              <m:t>f</m:t>
            </m:r>
          </m:e>
          <m:sub>
            <m:r>
              <m:t>A</m:t>
            </m:r>
          </m:sub>
        </m:sSub>
        <m:d>
          <m:dPr>
            <m:begChr m:val="("/>
            <m:sepChr m:val=""/>
            <m:endChr m:val=")"/>
            <m:grow/>
          </m:dPr>
          <m:e>
            <m:r>
              <m:t>2</m:t>
            </m:r>
            <m:r>
              <m:t>π</m:t>
            </m:r>
            <m:r>
              <m:t>j</m:t>
            </m:r>
            <m:r>
              <m:rPr>
                <m:sty m:val="p"/>
              </m:rPr>
              <m:t>/</m:t>
            </m:r>
            <m:r>
              <m:t>M</m:t>
            </m:r>
          </m:e>
        </m:d>
      </m:oMath>
      <w:r>
        <w:t xml:space="preserve">. Define</w:t>
      </w:r>
      <w:r>
        <w:t xml:space="preserve"> </w:t>
      </w:r>
      <m:oMath>
        <m:sSub>
          <m:e>
            <m:r>
              <m:t>S</m:t>
            </m:r>
          </m:e>
          <m:sub>
            <m:r>
              <m:t>1</m:t>
            </m:r>
          </m:sub>
        </m:sSub>
        <m:r>
          <m:rPr>
            <m:sty m:val="p"/>
          </m:rPr>
          <m:t>=</m:t>
        </m:r>
        <m:nary>
          <m:naryPr>
            <m:chr m:val="∑"/>
            <m:limLoc m:val="undOvr"/>
            <m:subHide m:val="off"/>
            <m:supHide m:val="on"/>
          </m:naryPr>
          <m:sub>
            <m:r>
              <m:t>a</m:t>
            </m:r>
            <m:r>
              <m:rPr>
                <m:sty m:val="p"/>
              </m:rPr>
              <m:t>∈</m:t>
            </m:r>
            <m:r>
              <m:t>A</m:t>
            </m:r>
          </m:sub>
          <m:sup>
            <m:r>
              <m:t>​</m:t>
            </m:r>
          </m:sup>
          <m:e>
            <m:r>
              <m:t>a</m:t>
            </m:r>
          </m:e>
        </m:nary>
      </m:oMath>
      <w:r>
        <w:t xml:space="preserve"> </w:t>
      </w:r>
      <w:r>
        <w:t xml:space="preserve">and</w:t>
      </w:r>
      <w:r>
        <w:t xml:space="preserve"> </w:t>
      </w:r>
      <m:oMath>
        <m:sSub>
          <m:e>
            <m:r>
              <m:t>S</m:t>
            </m:r>
          </m:e>
          <m:sub>
            <m:r>
              <m:t>2</m:t>
            </m:r>
          </m:sub>
        </m:sSub>
        <m:r>
          <m:rPr>
            <m:sty m:val="p"/>
          </m:rPr>
          <m:t>=</m:t>
        </m:r>
        <m:nary>
          <m:naryPr>
            <m:chr m:val="∑"/>
            <m:limLoc m:val="undOvr"/>
            <m:subHide m:val="off"/>
            <m:supHide m:val="on"/>
          </m:naryPr>
          <m:sub>
            <m:r>
              <m:t>a</m:t>
            </m:r>
            <m:r>
              <m:rPr>
                <m:sty m:val="p"/>
              </m:rPr>
              <m:t>∈</m:t>
            </m:r>
            <m:r>
              <m:t>A</m:t>
            </m:r>
          </m:sub>
          <m:sup>
            <m:r>
              <m:t>​</m:t>
            </m:r>
          </m:sup>
          <m:e>
            <m:sSup>
              <m:e>
                <m:r>
                  <m:t>a</m:t>
                </m:r>
              </m:e>
              <m:sup>
                <m:r>
                  <m:t>2</m:t>
                </m:r>
              </m:sup>
            </m:sSup>
          </m:e>
        </m:nary>
      </m:oMath>
      <w:r>
        <w:t xml:space="preserve">. Then</w:t>
      </w:r>
    </w:p>
    <w:p>
      <w:pPr>
        <w:pStyle w:val="BodyText"/>
        <w:keepNext/>
        <w:keepLines/>
      </w:pPr>
      <m:oMathPara>
        <m:oMathParaPr>
          <m:jc m:val="center"/>
        </m:oMathParaPr>
        <m:oMath>
          <m:sSub>
            <m:e>
              <m:r>
                <m:t>K</m:t>
              </m:r>
            </m:e>
            <m:sub>
              <m:r>
                <m:t>M</m:t>
              </m:r>
            </m:sub>
          </m:sSub>
          <m:r>
            <m:rPr>
              <m:sty m:val="p"/>
            </m:rPr>
            <m:t>≤</m:t>
          </m:r>
          <m:r>
            <m:t>K</m:t>
          </m:r>
          <m:d>
            <m:dPr>
              <m:begChr m:val="("/>
              <m:sepChr m:val=""/>
              <m:endChr m:val=")"/>
              <m:grow/>
            </m:dPr>
            <m:e>
              <m:r>
                <m:t>A</m:t>
              </m:r>
            </m:e>
          </m:d>
          <m:r>
            <m:rPr>
              <m:sty m:val="p"/>
            </m:rPr>
            <m:t>≤</m:t>
          </m:r>
          <m:sSub>
            <m:e>
              <m:r>
                <m:t>K</m:t>
              </m:r>
            </m:e>
            <m:sub>
              <m:r>
                <m:t>M</m:t>
              </m:r>
            </m:sub>
          </m:sSub>
          <m:r>
            <m:rPr>
              <m:sty m:val="p"/>
            </m:rPr>
            <m:t>+</m:t>
          </m:r>
          <m:r>
            <m:rPr>
              <m:sty m:val="p"/>
            </m:rPr>
            <m:t>min</m:t>
          </m:r>
          <m:d>
            <m:dPr>
              <m:begChr m:val="("/>
              <m:sepChr m:val=""/>
              <m:endChr m:val=")"/>
              <m:grow/>
            </m:dPr>
            <m:e>
              <m:f>
                <m:fPr>
                  <m:type m:val="bar"/>
                </m:fPr>
                <m:num>
                  <m:r>
                    <m:t>π</m:t>
                  </m:r>
                  <m:sSub>
                    <m:e>
                      <m:r>
                        <m:t>S</m:t>
                      </m:r>
                    </m:e>
                    <m:sub>
                      <m:r>
                        <m:t>1</m:t>
                      </m:r>
                    </m:sub>
                  </m:sSub>
                </m:num>
                <m:den>
                  <m:r>
                    <m:t>M</m:t>
                  </m:r>
                </m:den>
              </m:f>
              <m:r>
                <m:rPr>
                  <m:sty m:val="p"/>
                </m:rPr>
                <m:t>,</m:t>
              </m:r>
              <m:f>
                <m:fPr>
                  <m:type m:val="bar"/>
                </m:fPr>
                <m:num>
                  <m:sSup>
                    <m:e>
                      <m:r>
                        <m:t>π</m:t>
                      </m:r>
                    </m:e>
                    <m:sup>
                      <m:r>
                        <m:t>2</m:t>
                      </m:r>
                    </m:sup>
                  </m:sSup>
                  <m:sSub>
                    <m:e>
                      <m:r>
                        <m:t>S</m:t>
                      </m:r>
                    </m:e>
                    <m:sub>
                      <m:r>
                        <m:t>2</m:t>
                      </m:r>
                    </m:sub>
                  </m:sSub>
                </m:num>
                <m:den>
                  <m:r>
                    <m:t>2</m:t>
                  </m:r>
                  <m:sSup>
                    <m:e>
                      <m:r>
                        <m:t>M</m:t>
                      </m:r>
                    </m:e>
                    <m:sup>
                      <m:r>
                        <m:t>2</m:t>
                      </m:r>
                    </m:sup>
                  </m:sSup>
                </m:den>
              </m:f>
            </m:e>
          </m:d>
          <m:r>
            <m:rPr>
              <m:sty m:val="p"/>
            </m:rPr>
            <m:t>.</m:t>
          </m:r>
        </m:oMath>
      </m:oMathPara>
    </w:p>
    <w:p>
      <w:pPr>
        <w:pStyle w:val="Caption"/>
        <w:spacing w:before="0" w:after="140"/>
      </w:pPr>
      <w:r>
        <w:t xml:space="preserve">Equation (H.5)</w:t>
      </w:r>
    </w:p>
    <w:p>
      <w:pPr>
        <w:pStyle w:val="BodyText"/>
        <w:keepLines/>
      </w:pPr>
      <w:r>
        <w:t xml:space="preserve">To prove this, take a true minimizer</w:t>
      </w:r>
      <w:r>
        <w:t xml:space="preserve"> </w:t>
      </w:r>
      <m:oMath>
        <m:sSub>
          <m:e>
            <m:r>
              <m:t>x</m:t>
            </m:r>
          </m:e>
          <m:sub>
            <m:r>
              <m:rPr>
                <m:sty m:val="p"/>
              </m:rPr>
              <m:t>*</m:t>
            </m:r>
          </m:sub>
        </m:sSub>
      </m:oMath>
      <w:r>
        <w:t xml:space="preserve"> </w:t>
      </w:r>
      <w:r>
        <w:t xml:space="preserve">and its nearest grid point, at circular distance at most</w:t>
      </w:r>
      <w:r>
        <w:t xml:space="preserve"> </w:t>
      </w:r>
      <m:oMath>
        <m:r>
          <m:t>π</m:t>
        </m:r>
        <m:r>
          <m:rPr>
            <m:sty m:val="p"/>
          </m:rPr>
          <m:t>/</m:t>
        </m:r>
        <m:r>
          <m:t>M</m:t>
        </m:r>
      </m:oMath>
      <w:r>
        <w:t xml:space="preserve">. The derivative satisfies</w:t>
      </w:r>
      <w:r>
        <w:t xml:space="preserve"> </w:t>
      </w:r>
      <m:oMath>
        <m:d>
          <m:dPr>
            <m:begChr m:val="|"/>
            <m:sepChr m:val=""/>
            <m:endChr m:val="|"/>
            <m:grow/>
          </m:dPr>
          <m:e>
            <m:sSub>
              <m:e>
                <m:r>
                  <m:t>f</m:t>
                </m:r>
              </m:e>
              <m:sub>
                <m:r>
                  <m:t>A</m:t>
                </m:r>
              </m:sub>
            </m:sSub>
            <m:r>
              <m:rPr>
                <m:sty m:val="p"/>
              </m:rPr>
              <m:t>′</m:t>
            </m:r>
          </m:e>
        </m:d>
        <m:r>
          <m:rPr>
            <m:sty m:val="p"/>
          </m:rPr>
          <m:t>≤</m:t>
        </m:r>
        <m:sSub>
          <m:e>
            <m:r>
              <m:t>S</m:t>
            </m:r>
          </m:e>
          <m:sub>
            <m:r>
              <m:t>1</m:t>
            </m:r>
          </m:sub>
        </m:sSub>
      </m:oMath>
      <w:r>
        <w:t xml:space="preserve">, giving the first error bound by the mean value theorem. At a minimizing point,</w:t>
      </w:r>
      <w:r>
        <w:t xml:space="preserve"> </w:t>
      </w:r>
      <m:oMath>
        <m:sSub>
          <m:e>
            <m:r>
              <m:t>f</m:t>
            </m:r>
          </m:e>
          <m:sub>
            <m:r>
              <m:t>A</m:t>
            </m:r>
          </m:sub>
        </m:sSub>
        <m:r>
          <m:rPr>
            <m:sty m:val="p"/>
          </m:rPr>
          <m:t>′</m:t>
        </m:r>
        <m:d>
          <m:dPr>
            <m:begChr m:val="("/>
            <m:sepChr m:val=""/>
            <m:endChr m:val=")"/>
            <m:grow/>
          </m:dPr>
          <m:e>
            <m:sSub>
              <m:e>
                <m:r>
                  <m:t>x</m:t>
                </m:r>
              </m:e>
              <m:sub>
                <m:r>
                  <m:rPr>
                    <m:sty m:val="p"/>
                  </m:rPr>
                  <m:t>*</m:t>
                </m:r>
              </m:sub>
            </m:sSub>
          </m:e>
        </m:d>
        <m:r>
          <m:rPr>
            <m:sty m:val="p"/>
          </m:rPr>
          <m:t>=</m:t>
        </m:r>
        <m:r>
          <m:t>0</m:t>
        </m:r>
      </m:oMath>
      <w:r>
        <w:t xml:space="preserve">; Taylor’s theorem and</w:t>
      </w:r>
      <w:r>
        <w:t xml:space="preserve"> </w:t>
      </w:r>
      <m:oMath>
        <m:d>
          <m:dPr>
            <m:begChr m:val="|"/>
            <m:sepChr m:val=""/>
            <m:endChr m:val="|"/>
            <m:grow/>
          </m:dPr>
          <m:e>
            <m:sSub>
              <m:e>
                <m:r>
                  <m:t>f</m:t>
                </m:r>
              </m:e>
              <m:sub>
                <m:r>
                  <m:t>A</m:t>
                </m:r>
              </m:sub>
            </m:sSub>
            <m:r>
              <m:rPr>
                <m:sty m:val="p"/>
              </m:rPr>
              <m:t>″</m:t>
            </m:r>
          </m:e>
        </m:d>
        <m:r>
          <m:rPr>
            <m:sty m:val="p"/>
          </m:rPr>
          <m:t>≤</m:t>
        </m:r>
        <m:sSub>
          <m:e>
            <m:r>
              <m:t>S</m:t>
            </m:r>
          </m:e>
          <m:sub>
            <m:r>
              <m:t>2</m:t>
            </m:r>
          </m:sub>
        </m:sSub>
      </m:oMath>
      <w:r>
        <w:t xml:space="preserve"> </w:t>
      </w:r>
      <w:r>
        <w:t xml:space="preserve">give the second. The grid minimum is no greater than the value at this particular grid point, and no smaller than the true minimum. These two comparisons prove (H.5). The lower endpoint may be replaced by</w:t>
      </w:r>
      <w:r>
        <w:t xml:space="preserve"> </w:t>
      </w:r>
      <m:oMath>
        <m:r>
          <m:rPr>
            <m:sty m:val="p"/>
          </m:rPr>
          <m:t>max</m:t>
        </m:r>
        <m:d>
          <m:dPr>
            <m:begChr m:val="("/>
            <m:sepChr m:val=""/>
            <m:endChr m:val=")"/>
            <m:grow/>
          </m:dPr>
          <m:e>
            <m:r>
              <m:t>1</m:t>
            </m:r>
            <m:r>
              <m:rPr>
                <m:sty m:val="p"/>
              </m:rPr>
              <m:t>,</m:t>
            </m:r>
            <m:sSub>
              <m:e>
                <m:r>
                  <m:t>K</m:t>
                </m:r>
              </m:e>
              <m:sub>
                <m:r>
                  <m:t>M</m:t>
                </m:r>
              </m:sub>
            </m:sSub>
          </m:e>
        </m:d>
      </m:oMath>
      <w:r>
        <w:t xml:space="preserve"> </w:t>
      </w:r>
      <w:r>
        <w:t xml:space="preserve">using Proposition A.1. Unlike Theorem E.1, these sampling bounds explicitly depend on the sizes of the frequencies.</w:t>
      </w:r>
    </w:p>
    <w:bookmarkEnd w:id="110"/>
    <w:bookmarkEnd w:id="111"/>
    <w:bookmarkStart w:id="112" w:name="appendix-i-amplitudes"/>
    <w:p>
      <w:pPr>
        <w:pStyle w:val="Heading2"/>
      </w:pPr>
      <w:r>
        <w:t xml:space="preserve">I. Why integer amplitudes do not preserve the conjecture</w:t>
      </w:r>
    </w:p>
    <w:p>
      <w:pPr>
        <w:pStyle w:val="FirstParagraph"/>
        <w:keepLines/>
      </w:pPr>
      <w:r>
        <w:t xml:space="preserve">A tempting extension replaces equal amplitudes by positive weights and asks for an absolute</w:t>
      </w:r>
      <w:r>
        <w:t xml:space="preserve"> </w:t>
      </w:r>
      <m:oMath>
        <m:r>
          <m:t>c</m:t>
        </m:r>
        <m:r>
          <m:rPr>
            <m:sty m:val="p"/>
          </m:rPr>
          <m:t>&gt;</m:t>
        </m:r>
        <m:r>
          <m:t>0</m:t>
        </m:r>
      </m:oMath>
      <w:r>
        <w:t xml:space="preserve"> </w:t>
      </w:r>
      <w:r>
        <w:t xml:space="preserve">such that</w:t>
      </w:r>
    </w:p>
    <w:p>
      <w:pPr>
        <w:pStyle w:val="BodyText"/>
        <w:keepNext/>
        <w:keepLines/>
      </w:pPr>
      <m:oMathPara>
        <m:oMathParaPr>
          <m:jc m:val="center"/>
        </m:oMathParaPr>
        <m:oMath>
          <m:r>
            <m:rPr>
              <m:sty m:val="p"/>
            </m:rPr>
            <m:t>−</m:t>
          </m:r>
          <m:limLow>
            <m:e>
              <m:r>
                <m:rPr>
                  <m:sty m:val="p"/>
                </m:rPr>
                <m:t>min</m:t>
              </m:r>
            </m:e>
            <m:lim>
              <m:r>
                <m:t>x</m:t>
              </m:r>
            </m:lim>
          </m:limLow>
          <m:nary>
            <m:naryPr>
              <m:chr m:val="∑"/>
              <m:limLoc m:val="undOvr"/>
              <m:subHide m:val="off"/>
              <m:supHide m:val="off"/>
            </m:naryPr>
            <m:sub>
              <m:r>
                <m:t>a</m:t>
              </m:r>
              <m:r>
                <m:rPr>
                  <m:sty m:val="p"/>
                </m:rPr>
                <m:t>=</m:t>
              </m:r>
              <m:r>
                <m:t>1</m:t>
              </m:r>
            </m:sub>
            <m:sup>
              <m:r>
                <m:t>N</m:t>
              </m:r>
            </m:sup>
            <m:e>
              <m:sSub>
                <m:e>
                  <m:r>
                    <m:t>w</m:t>
                  </m:r>
                </m:e>
                <m:sub>
                  <m:r>
                    <m:t>a</m:t>
                  </m:r>
                </m:sub>
              </m:sSub>
            </m:e>
          </m:nary>
          <m:r>
            <m:rPr>
              <m:sty m:val="p"/>
            </m:rPr>
            <m:t>cos</m:t>
          </m:r>
          <m:d>
            <m:dPr>
              <m:begChr m:val="("/>
              <m:sepChr m:val=""/>
              <m:endChr m:val=")"/>
              <m:grow/>
            </m:dPr>
            <m:e>
              <m:r>
                <m:t>a</m:t>
              </m:r>
              <m:r>
                <m:t>x</m:t>
              </m:r>
            </m:e>
          </m:d>
          <m:r>
            <m:rPr>
              <m:sty m:val="p"/>
            </m:rPr>
            <m:t>≥</m:t>
          </m:r>
          <m:r>
            <m:t>c</m:t>
          </m:r>
          <m:sSup>
            <m:e>
              <m:d>
                <m:dPr>
                  <m:begChr m:val="("/>
                  <m:sepChr m:val=""/>
                  <m:endChr m:val=")"/>
                  <m:grow/>
                </m:dPr>
                <m:e>
                  <m:nary>
                    <m:naryPr>
                      <m:chr m:val="∑"/>
                      <m:limLoc m:val="undOvr"/>
                      <m:subHide m:val="off"/>
                      <m:supHide m:val="off"/>
                    </m:naryPr>
                    <m:sub>
                      <m:r>
                        <m:t>a</m:t>
                      </m:r>
                      <m:r>
                        <m:rPr>
                          <m:sty m:val="p"/>
                        </m:rPr>
                        <m:t>=</m:t>
                      </m:r>
                      <m:r>
                        <m:t>1</m:t>
                      </m:r>
                    </m:sub>
                    <m:sup>
                      <m:r>
                        <m:t>N</m:t>
                      </m:r>
                    </m:sup>
                    <m:e>
                      <m:sSubSup>
                        <m:e>
                          <m:r>
                            <m:t>w</m:t>
                          </m:r>
                        </m:e>
                        <m:sub>
                          <m:r>
                            <m:t>a</m:t>
                          </m:r>
                        </m:sub>
                        <m:sup>
                          <m:r>
                            <m:t>2</m:t>
                          </m:r>
                        </m:sup>
                      </m:sSubSup>
                    </m:e>
                  </m:nary>
                </m:e>
              </m:d>
            </m:e>
            <m:sup>
              <m:r>
                <m:t>1</m:t>
              </m:r>
              <m:r>
                <m:rPr>
                  <m:sty m:val="p"/>
                </m:rPr>
                <m:t>/</m:t>
              </m:r>
              <m:r>
                <m:t>2</m:t>
              </m:r>
            </m:sup>
          </m:sSup>
          <m:r>
            <m:rPr>
              <m:sty m:val="p"/>
            </m:rPr>
            <m:t>.</m:t>
          </m:r>
        </m:oMath>
      </m:oMathPara>
    </w:p>
    <w:p>
      <w:pPr>
        <w:pStyle w:val="Caption"/>
        <w:spacing w:before="0" w:after="140"/>
      </w:pPr>
      <w:r>
        <w:t xml:space="preserve">Equation (I.1)</w:t>
      </w:r>
    </w:p>
    <w:p>
      <w:pPr>
        <w:pStyle w:val="BodyText"/>
        <w:keepLines/>
      </w:pPr>
      <w:r>
        <w:t xml:space="preserve">The normalization reflects the RMS, whose square is</w:t>
      </w:r>
      <w:r>
        <w:t xml:space="preserve"> </w:t>
      </w:r>
      <m:oMath>
        <m:r>
          <m:rPr>
            <m:sty m:val="p"/>
          </m:rPr>
          <m:t>∑</m:t>
        </m:r>
        <m:sSubSup>
          <m:e>
            <m:r>
              <m:t>w</m:t>
            </m:r>
          </m:e>
          <m:sub>
            <m:r>
              <m:t>a</m:t>
            </m:r>
          </m:sub>
          <m:sup>
            <m:r>
              <m:t>2</m:t>
            </m:r>
          </m:sup>
        </m:sSubSup>
        <m:r>
          <m:rPr>
            <m:sty m:val="p"/>
          </m:rPr>
          <m:t>/</m:t>
        </m:r>
        <m:r>
          <m:t>2</m:t>
        </m:r>
      </m:oMath>
      <w:r>
        <w:t xml:space="preserve">. This extension is false even for positive integer weights.</w:t>
      </w:r>
    </w:p>
    <w:p>
      <w:pPr>
        <w:pStyle w:val="BodyText"/>
        <w:keepLines/>
      </w:pPr>
      <w:r>
        <w:rPr>
          <w:bCs/>
          <w:b/>
        </w:rPr>
        <w:t xml:space="preserve">Proposition I.1 — The Fejér amplitude barrier.</w:t>
      </w:r>
      <w:r>
        <w:t xml:space="preserve"> </w:t>
      </w:r>
      <w:r>
        <w:t xml:space="preserve">Put</w:t>
      </w:r>
      <w:r>
        <w:t xml:space="preserve"> </w:t>
      </w:r>
      <m:oMath>
        <m:sSub>
          <m:e>
            <m:r>
              <m:t>w</m:t>
            </m:r>
          </m:e>
          <m:sub>
            <m:r>
              <m:t>a</m:t>
            </m:r>
          </m:sub>
        </m:sSub>
        <m:r>
          <m:rPr>
            <m:sty m:val="p"/>
          </m:rPr>
          <m:t>=</m:t>
        </m:r>
        <m:r>
          <m:t>1</m:t>
        </m:r>
        <m:r>
          <m:rPr>
            <m:sty m:val="p"/>
          </m:rPr>
          <m:t>−</m:t>
        </m:r>
        <m:r>
          <m:t>a</m:t>
        </m:r>
        <m:r>
          <m:rPr>
            <m:sty m:val="p"/>
          </m:rPr>
          <m:t>/</m:t>
        </m:r>
        <m:d>
          <m:dPr>
            <m:begChr m:val="("/>
            <m:sepChr m:val=""/>
            <m:endChr m:val=")"/>
            <m:grow/>
          </m:dPr>
          <m:e>
            <m:r>
              <m:t>N</m:t>
            </m:r>
            <m:r>
              <m:rPr>
                <m:sty m:val="p"/>
              </m:rPr>
              <m:t>+</m:t>
            </m:r>
            <m:r>
              <m:t>1</m:t>
            </m:r>
          </m:e>
        </m:d>
      </m:oMath>
      <w:r>
        <w:t xml:space="preserve">,</w:t>
      </w:r>
      <w:r>
        <w:t xml:space="preserve"> </w:t>
      </w:r>
      <m:oMath>
        <m:r>
          <m:t>1</m:t>
        </m:r>
        <m:r>
          <m:rPr>
            <m:sty m:val="p"/>
          </m:rPr>
          <m:t>≤</m:t>
        </m:r>
        <m:r>
          <m:t>a</m:t>
        </m:r>
        <m:r>
          <m:rPr>
            <m:sty m:val="p"/>
          </m:rPr>
          <m:t>≤</m:t>
        </m:r>
        <m:r>
          <m:t>N</m:t>
        </m:r>
      </m:oMath>
      <w:r>
        <w:t xml:space="preserve">. Then</w:t>
      </w:r>
    </w:p>
    <w:p>
      <w:pPr>
        <w:pStyle w:val="BodyText"/>
        <w:keepNext/>
        <w:keepLines/>
      </w:pPr>
      <m:oMathPara>
        <m:oMathParaPr>
          <m:jc m:val="center"/>
        </m:oMathParaPr>
        <m:oMath>
          <m:r>
            <m:rPr>
              <m:sty m:val="p"/>
            </m:rPr>
            <m:t>−</m:t>
          </m:r>
          <m:limLow>
            <m:e>
              <m:r>
                <m:rPr>
                  <m:sty m:val="p"/>
                </m:rPr>
                <m:t>min</m:t>
              </m:r>
            </m:e>
            <m:lim>
              <m:r>
                <m:t>x</m:t>
              </m:r>
            </m:lim>
          </m:limLow>
          <m:nary>
            <m:naryPr>
              <m:chr m:val="∑"/>
              <m:limLoc m:val="undOvr"/>
              <m:subHide m:val="off"/>
              <m:supHide m:val="off"/>
            </m:naryPr>
            <m:sub>
              <m:r>
                <m:t>a</m:t>
              </m:r>
              <m:r>
                <m:rPr>
                  <m:sty m:val="p"/>
                </m:rPr>
                <m:t>=</m:t>
              </m:r>
              <m:r>
                <m:t>1</m:t>
              </m:r>
            </m:sub>
            <m:sup>
              <m:r>
                <m:t>N</m:t>
              </m:r>
            </m:sup>
            <m:e>
              <m:sSub>
                <m:e>
                  <m:r>
                    <m:t>w</m:t>
                  </m:r>
                </m:e>
                <m:sub>
                  <m:r>
                    <m:t>a</m:t>
                  </m:r>
                </m:sub>
              </m:sSub>
            </m:e>
          </m:nary>
          <m:r>
            <m:rPr>
              <m:sty m:val="p"/>
            </m:rPr>
            <m:t>cos</m:t>
          </m:r>
          <m:d>
            <m:dPr>
              <m:begChr m:val="("/>
              <m:sepChr m:val=""/>
              <m:endChr m:val=")"/>
              <m:grow/>
            </m:dPr>
            <m:e>
              <m:r>
                <m:t>a</m:t>
              </m:r>
              <m:r>
                <m:t>x</m:t>
              </m:r>
            </m:e>
          </m:d>
          <m:r>
            <m:rPr>
              <m:sty m:val="p"/>
            </m:rPr>
            <m:t>=</m:t>
          </m:r>
          <m:f>
            <m:fPr>
              <m:type m:val="bar"/>
            </m:fPr>
            <m:num>
              <m:r>
                <m:t>1</m:t>
              </m:r>
            </m:num>
            <m:den>
              <m:r>
                <m:t>2</m:t>
              </m:r>
            </m:den>
          </m:f>
          <m:r>
            <m:rPr>
              <m:sty m:val="p"/>
            </m:rPr>
            <m:t>,</m:t>
          </m:r>
          <m:r>
            <m:t> </m:t>
          </m:r>
          <m:nary>
            <m:naryPr>
              <m:chr m:val="∑"/>
              <m:limLoc m:val="undOvr"/>
              <m:subHide m:val="off"/>
              <m:supHide m:val="off"/>
            </m:naryPr>
            <m:sub>
              <m:r>
                <m:t>a</m:t>
              </m:r>
              <m:r>
                <m:rPr>
                  <m:sty m:val="p"/>
                </m:rPr>
                <m:t>=</m:t>
              </m:r>
              <m:r>
                <m:t>1</m:t>
              </m:r>
            </m:sub>
            <m:sup>
              <m:r>
                <m:t>N</m:t>
              </m:r>
            </m:sup>
            <m:e>
              <m:sSubSup>
                <m:e>
                  <m:r>
                    <m:t>w</m:t>
                  </m:r>
                </m:e>
                <m:sub>
                  <m:r>
                    <m:t>a</m:t>
                  </m:r>
                </m:sub>
                <m:sup>
                  <m:r>
                    <m:t>2</m:t>
                  </m:r>
                </m:sup>
              </m:sSubSup>
            </m:e>
          </m:nary>
          <m:r>
            <m:rPr>
              <m:sty m:val="p"/>
            </m:rPr>
            <m:t>=</m:t>
          </m:r>
          <m:f>
            <m:fPr>
              <m:type m:val="bar"/>
            </m:fPr>
            <m:num>
              <m:r>
                <m:t>N</m:t>
              </m:r>
              <m:d>
                <m:dPr>
                  <m:begChr m:val="("/>
                  <m:sepChr m:val=""/>
                  <m:endChr m:val=")"/>
                  <m:grow/>
                </m:dPr>
                <m:e>
                  <m:r>
                    <m:t>2</m:t>
                  </m:r>
                  <m:r>
                    <m:t>N</m:t>
                  </m:r>
                  <m:r>
                    <m:rPr>
                      <m:sty m:val="p"/>
                    </m:rPr>
                    <m:t>+</m:t>
                  </m:r>
                  <m:r>
                    <m:t>1</m:t>
                  </m:r>
                </m:e>
              </m:d>
            </m:num>
            <m:den>
              <m:r>
                <m:t>6</m:t>
              </m:r>
              <m:d>
                <m:dPr>
                  <m:begChr m:val="("/>
                  <m:sepChr m:val=""/>
                  <m:endChr m:val=")"/>
                  <m:grow/>
                </m:dPr>
                <m:e>
                  <m:r>
                    <m:t>N</m:t>
                  </m:r>
                  <m:r>
                    <m:rPr>
                      <m:sty m:val="p"/>
                    </m:rPr>
                    <m:t>+</m:t>
                  </m:r>
                  <m:r>
                    <m:t>1</m:t>
                  </m:r>
                </m:e>
              </m:d>
            </m:den>
          </m:f>
          <m:r>
            <m:rPr>
              <m:sty m:val="p"/>
            </m:rPr>
            <m:t>.</m:t>
          </m:r>
        </m:oMath>
      </m:oMathPara>
    </w:p>
    <w:p>
      <w:pPr>
        <w:pStyle w:val="Caption"/>
        <w:spacing w:before="0" w:after="140"/>
      </w:pPr>
      <w:r>
        <w:t xml:space="preserve">Equation (I.2)</w:t>
      </w:r>
    </w:p>
    <w:p>
      <w:pPr>
        <w:pStyle w:val="BodyText"/>
      </w:pPr>
      <w:r>
        <w:rPr>
          <w:bCs/>
          <w:b/>
        </w:rPr>
        <w:t xml:space="preserve">Proof.</w:t>
      </w:r>
      <w:r>
        <w:t xml:space="preserve"> </w:t>
      </w:r>
      <w:r>
        <w:t xml:space="preserve">Expanding a finite squared modulus gives</w:t>
      </w:r>
    </w:p>
    <w:p>
      <w:pPr>
        <w:pStyle w:val="BodyText"/>
        <w:keepLines/>
      </w:pPr>
      <m:oMathPara>
        <m:oMathParaPr>
          <m:jc m:val="center"/>
        </m:oMathParaPr>
        <m:oMath>
          <m:f>
            <m:fPr>
              <m:type m:val="bar"/>
            </m:fPr>
            <m:num>
              <m:r>
                <m:t>1</m:t>
              </m:r>
            </m:num>
            <m:den>
              <m:r>
                <m:t>N</m:t>
              </m:r>
              <m:r>
                <m:rPr>
                  <m:sty m:val="p"/>
                </m:rPr>
                <m:t>+</m:t>
              </m:r>
              <m:r>
                <m:t>1</m:t>
              </m:r>
            </m:den>
          </m:f>
          <m:sSup>
            <m:e>
              <m:d>
                <m:dPr>
                  <m:begChr m:val="|"/>
                  <m:sepChr m:val=""/>
                  <m:endChr m:val="|"/>
                  <m:grow/>
                </m:dPr>
                <m:e>
                  <m:nary>
                    <m:naryPr>
                      <m:chr m:val="∑"/>
                      <m:limLoc m:val="undOvr"/>
                      <m:subHide m:val="off"/>
                      <m:supHide m:val="off"/>
                    </m:naryPr>
                    <m:sub>
                      <m:r>
                        <m:t>j</m:t>
                      </m:r>
                      <m:r>
                        <m:rPr>
                          <m:sty m:val="p"/>
                        </m:rPr>
                        <m:t>=</m:t>
                      </m:r>
                      <m:r>
                        <m:t>0</m:t>
                      </m:r>
                    </m:sub>
                    <m:sup>
                      <m:r>
                        <m:t>N</m:t>
                      </m:r>
                    </m:sup>
                    <m:e>
                      <m:sSup>
                        <m:e>
                          <m:r>
                            <m:t>e</m:t>
                          </m:r>
                        </m:e>
                        <m:sup>
                          <m:r>
                            <m:t>i</m:t>
                          </m:r>
                          <m:r>
                            <m:t>j</m:t>
                          </m:r>
                          <m:r>
                            <m:t>x</m:t>
                          </m:r>
                        </m:sup>
                      </m:sSup>
                    </m:e>
                  </m:nary>
                </m:e>
              </m:d>
            </m:e>
            <m:sup>
              <m:r>
                <m:t>2</m:t>
              </m:r>
            </m:sup>
          </m:sSup>
          <m:r>
            <m:rPr>
              <m:sty m:val="p"/>
            </m:rPr>
            <m:t>=</m:t>
          </m:r>
          <m:r>
            <m:t>1</m:t>
          </m:r>
          <m:r>
            <m:rPr>
              <m:sty m:val="p"/>
            </m:rPr>
            <m:t>+</m:t>
          </m:r>
          <m:r>
            <m:t>2</m:t>
          </m:r>
          <m:nary>
            <m:naryPr>
              <m:chr m:val="∑"/>
              <m:limLoc m:val="undOvr"/>
              <m:subHide m:val="off"/>
              <m:supHide m:val="off"/>
            </m:naryPr>
            <m:sub>
              <m:r>
                <m:t>a</m:t>
              </m:r>
              <m:r>
                <m:rPr>
                  <m:sty m:val="p"/>
                </m:rPr>
                <m:t>=</m:t>
              </m:r>
              <m:r>
                <m:t>1</m:t>
              </m:r>
            </m:sub>
            <m:sup>
              <m:r>
                <m:t>N</m:t>
              </m:r>
            </m:sup>
            <m:e>
              <m:d>
                <m:dPr>
                  <m:begChr m:val="("/>
                  <m:sepChr m:val=""/>
                  <m:endChr m:val=")"/>
                  <m:grow/>
                </m:dPr>
                <m:e>
                  <m:r>
                    <m:t>1</m:t>
                  </m:r>
                  <m:r>
                    <m:rPr>
                      <m:sty m:val="p"/>
                    </m:rPr>
                    <m:t>−</m:t>
                  </m:r>
                  <m:f>
                    <m:fPr>
                      <m:type m:val="bar"/>
                    </m:fPr>
                    <m:num>
                      <m:r>
                        <m:t>a</m:t>
                      </m:r>
                    </m:num>
                    <m:den>
                      <m:r>
                        <m:t>N</m:t>
                      </m:r>
                      <m:r>
                        <m:rPr>
                          <m:sty m:val="p"/>
                        </m:rPr>
                        <m:t>+</m:t>
                      </m:r>
                      <m:r>
                        <m:t>1</m:t>
                      </m:r>
                    </m:den>
                  </m:f>
                </m:e>
              </m:d>
            </m:e>
          </m:nary>
          <m:r>
            <m:rPr>
              <m:sty m:val="p"/>
            </m:rPr>
            <m:t>cos</m:t>
          </m:r>
          <m:d>
            <m:dPr>
              <m:begChr m:val="("/>
              <m:sepChr m:val=""/>
              <m:endChr m:val=")"/>
              <m:grow/>
            </m:dPr>
            <m:e>
              <m:r>
                <m:t>a</m:t>
              </m:r>
              <m:r>
                <m:t>x</m:t>
              </m:r>
            </m:e>
          </m:d>
          <m:r>
            <m:rPr>
              <m:sty m:val="p"/>
            </m:rPr>
            <m:t>≥</m:t>
          </m:r>
          <m:r>
            <m:t>0</m:t>
          </m:r>
          <m:r>
            <m:rPr>
              <m:sty m:val="p"/>
            </m:rPr>
            <m:t>.</m:t>
          </m:r>
        </m:oMath>
      </m:oMathPara>
    </w:p>
    <w:p>
      <w:pPr>
        <w:pStyle w:val="FirstParagraph"/>
        <w:keepLines/>
      </w:pPr>
      <w:r>
        <w:t xml:space="preserve">At each nontrivial</w:t>
      </w:r>
      <w:r>
        <w:t xml:space="preserve"> </w:t>
      </w:r>
      <m:oMath>
        <m:d>
          <m:dPr>
            <m:begChr m:val="("/>
            <m:sepChr m:val=""/>
            <m:endChr m:val=")"/>
            <m:grow/>
          </m:dPr>
          <m:e>
            <m:r>
              <m:t>N</m:t>
            </m:r>
            <m:r>
              <m:rPr>
                <m:sty m:val="p"/>
              </m:rPr>
              <m:t>+</m:t>
            </m:r>
            <m:r>
              <m:t>1</m:t>
            </m:r>
          </m:e>
        </m:d>
      </m:oMath>
      <w:r>
        <w:t xml:space="preserve">-st root of unity, the geometric sum vanishes, so the bound</w:t>
      </w:r>
      <w:r>
        <w:t xml:space="preserve"> </w:t>
      </w:r>
      <m:oMath>
        <m:r>
          <m:rPr>
            <m:sty m:val="p"/>
          </m:rPr>
          <m:t>−</m:t>
        </m:r>
        <m:r>
          <m:t>1</m:t>
        </m:r>
        <m:r>
          <m:rPr>
            <m:sty m:val="p"/>
          </m:rPr>
          <m:t>/</m:t>
        </m:r>
        <m:r>
          <m:t>2</m:t>
        </m:r>
      </m:oMath>
      <w:r>
        <w:t xml:space="preserve"> </w:t>
      </w:r>
      <w:r>
        <w:t xml:space="preserve">is attained. For the norm, set</w:t>
      </w:r>
      <w:r>
        <w:t xml:space="preserve"> </w:t>
      </w:r>
      <m:oMath>
        <m:r>
          <m:t>j</m:t>
        </m:r>
        <m:r>
          <m:rPr>
            <m:sty m:val="p"/>
          </m:rPr>
          <m:t>=</m:t>
        </m:r>
        <m:r>
          <m:t>N</m:t>
        </m:r>
        <m:r>
          <m:rPr>
            <m:sty m:val="p"/>
          </m:rPr>
          <m:t>+</m:t>
        </m:r>
        <m:r>
          <m:t>1</m:t>
        </m:r>
        <m:r>
          <m:rPr>
            <m:sty m:val="p"/>
          </m:rPr>
          <m:t>−</m:t>
        </m:r>
        <m:r>
          <m:t>a</m:t>
        </m:r>
      </m:oMath>
      <w:r>
        <w:t xml:space="preserve"> </w:t>
      </w:r>
      <w:r>
        <w:t xml:space="preserve">and use</w:t>
      </w:r>
      <w:r>
        <w:t xml:space="preserve"> </w:t>
      </w:r>
      <m:oMath>
        <m:nary>
          <m:naryPr>
            <m:chr m:val="∑"/>
            <m:limLoc m:val="undOvr"/>
            <m:subHide m:val="off"/>
            <m:supHide m:val="off"/>
          </m:naryPr>
          <m:sub>
            <m:r>
              <m:t>j</m:t>
            </m:r>
            <m:r>
              <m:rPr>
                <m:sty m:val="p"/>
              </m:rPr>
              <m:t>=</m:t>
            </m:r>
            <m:r>
              <m:t>1</m:t>
            </m:r>
          </m:sub>
          <m:sup>
            <m:r>
              <m:t>N</m:t>
            </m:r>
          </m:sup>
          <m:e>
            <m:sSup>
              <m:e>
                <m:r>
                  <m:t>j</m:t>
                </m:r>
              </m:e>
              <m:sup>
                <m:r>
                  <m:t>2</m:t>
                </m:r>
              </m:sup>
            </m:sSup>
          </m:e>
        </m:nary>
        <m:r>
          <m:rPr>
            <m:sty m:val="p"/>
          </m:rPr>
          <m:t>=</m:t>
        </m:r>
        <m:r>
          <m:t>N</m:t>
        </m:r>
        <m:d>
          <m:dPr>
            <m:begChr m:val="("/>
            <m:sepChr m:val=""/>
            <m:endChr m:val=")"/>
            <m:grow/>
          </m:dPr>
          <m:e>
            <m:r>
              <m:t>N</m:t>
            </m:r>
            <m:r>
              <m:rPr>
                <m:sty m:val="p"/>
              </m:rPr>
              <m:t>+</m:t>
            </m:r>
            <m:r>
              <m:t>1</m:t>
            </m:r>
          </m:e>
        </m:d>
        <m:d>
          <m:dPr>
            <m:begChr m:val="("/>
            <m:sepChr m:val=""/>
            <m:endChr m:val=")"/>
            <m:grow/>
          </m:dPr>
          <m:e>
            <m:r>
              <m:t>2</m:t>
            </m:r>
            <m:r>
              <m:t>N</m:t>
            </m:r>
            <m:r>
              <m:rPr>
                <m:sty m:val="p"/>
              </m:rPr>
              <m:t>+</m:t>
            </m:r>
            <m:r>
              <m:t>1</m:t>
            </m:r>
          </m:e>
        </m:d>
        <m:r>
          <m:rPr>
            <m:sty m:val="p"/>
          </m:rPr>
          <m:t>/</m:t>
        </m:r>
        <m:r>
          <m:t>6</m:t>
        </m:r>
      </m:oMath>
      <w:r>
        <w:t xml:space="preserve">.</w:t>
      </w:r>
      <w:r>
        <w:t xml:space="preserve"> </w:t>
      </w:r>
      <m:oMath>
        <m:r>
          <m:rPr>
            <m:sty m:val="p"/>
          </m:rPr>
          <m:t>▫</m:t>
        </m:r>
      </m:oMath>
    </w:p>
    <w:p>
      <w:pPr>
        <w:pStyle w:val="BodyText"/>
        <w:keepLines/>
      </w:pPr>
      <w:r>
        <w:t xml:space="preserve">Multiplication by</w:t>
      </w:r>
      <w:r>
        <w:t xml:space="preserve"> </w:t>
      </w:r>
      <m:oMath>
        <m:r>
          <m:t>N</m:t>
        </m:r>
        <m:r>
          <m:rPr>
            <m:sty m:val="p"/>
          </m:rPr>
          <m:t>+</m:t>
        </m:r>
        <m:r>
          <m:t>1</m:t>
        </m:r>
      </m:oMath>
      <w:r>
        <w:t xml:space="preserve"> </w:t>
      </w:r>
      <w:r>
        <w:t xml:space="preserve">produces integer amplitudes</w:t>
      </w:r>
      <w:r>
        <w:t xml:space="preserve"> </w:t>
      </w:r>
      <m:oMath>
        <m:sSub>
          <m:e>
            <m:r>
              <m:t>v</m:t>
            </m:r>
          </m:e>
          <m:sub>
            <m:r>
              <m:t>a</m:t>
            </m:r>
          </m:sub>
        </m:sSub>
        <m:r>
          <m:rPr>
            <m:sty m:val="p"/>
          </m:rPr>
          <m:t>=</m:t>
        </m:r>
        <m:r>
          <m:t>N</m:t>
        </m:r>
        <m:r>
          <m:rPr>
            <m:sty m:val="p"/>
          </m:rPr>
          <m:t>+</m:t>
        </m:r>
        <m:r>
          <m:t>1</m:t>
        </m:r>
        <m:r>
          <m:rPr>
            <m:sty m:val="p"/>
          </m:rPr>
          <m:t>−</m:t>
        </m:r>
        <m:r>
          <m:t>a</m:t>
        </m:r>
      </m:oMath>
      <w:r>
        <w:t xml:space="preserve">. Their negative peak equals</w:t>
      </w:r>
      <w:r>
        <w:t xml:space="preserve"> </w:t>
      </w:r>
      <m:oMath>
        <m:d>
          <m:dPr>
            <m:begChr m:val="("/>
            <m:sepChr m:val=""/>
            <m:endChr m:val=")"/>
            <m:grow/>
          </m:dPr>
          <m:e>
            <m:r>
              <m:t>N</m:t>
            </m:r>
            <m:r>
              <m:rPr>
                <m:sty m:val="p"/>
              </m:rPr>
              <m:t>+</m:t>
            </m:r>
            <m:r>
              <m:t>1</m:t>
            </m:r>
          </m:e>
        </m:d>
        <m:r>
          <m:rPr>
            <m:sty m:val="p"/>
          </m:rPr>
          <m:t>/</m:t>
        </m:r>
        <m:r>
          <m:t>2</m:t>
        </m:r>
      </m:oMath>
      <w:r>
        <w:t xml:space="preserve">, and</w:t>
      </w:r>
    </w:p>
    <w:p>
      <w:pPr>
        <w:pStyle w:val="BodyText"/>
        <w:keepNext/>
        <w:keepLines/>
      </w:pPr>
      <m:oMathPara>
        <m:oMathParaPr>
          <m:jc m:val="center"/>
        </m:oMathParaPr>
        <m:oMath>
          <m:f>
            <m:fPr>
              <m:type m:val="bar"/>
            </m:fPr>
            <m:num>
              <m:d>
                <m:dPr>
                  <m:begChr m:val="("/>
                  <m:sepChr m:val=""/>
                  <m:endChr m:val=")"/>
                  <m:grow/>
                </m:dPr>
                <m:e>
                  <m:r>
                    <m:t>N</m:t>
                  </m:r>
                  <m:r>
                    <m:rPr>
                      <m:sty m:val="p"/>
                    </m:rPr>
                    <m:t>+</m:t>
                  </m:r>
                  <m:r>
                    <m:t>1</m:t>
                  </m:r>
                </m:e>
              </m:d>
              <m:r>
                <m:rPr>
                  <m:sty m:val="p"/>
                </m:rPr>
                <m:t>/</m:t>
              </m:r>
              <m:r>
                <m:t>2</m:t>
              </m:r>
            </m:num>
            <m:den>
              <m:rad>
                <m:radPr>
                  <m:degHide m:val="on"/>
                </m:radPr>
                <m:deg/>
                <m:e>
                  <m:r>
                    <m:rPr>
                      <m:sty m:val="p"/>
                    </m:rPr>
                    <m:t>∑</m:t>
                  </m:r>
                  <m:sSubSup>
                    <m:e>
                      <m:r>
                        <m:t>v</m:t>
                      </m:r>
                    </m:e>
                    <m:sub>
                      <m:r>
                        <m:t>a</m:t>
                      </m:r>
                    </m:sub>
                    <m:sup>
                      <m:r>
                        <m:t>2</m:t>
                      </m:r>
                    </m:sup>
                  </m:sSubSup>
                </m:e>
              </m:rad>
            </m:den>
          </m:f>
          <m:r>
            <m:rPr>
              <m:sty m:val="p"/>
            </m:rPr>
            <m:t>=</m:t>
          </m:r>
          <m:rad>
            <m:radPr>
              <m:degHide m:val="on"/>
            </m:radPr>
            <m:deg/>
            <m:e>
              <m:f>
                <m:fPr>
                  <m:type m:val="bar"/>
                </m:fPr>
                <m:num>
                  <m:r>
                    <m:t>3</m:t>
                  </m:r>
                  <m:d>
                    <m:dPr>
                      <m:begChr m:val="("/>
                      <m:sepChr m:val=""/>
                      <m:endChr m:val=")"/>
                      <m:grow/>
                    </m:dPr>
                    <m:e>
                      <m:r>
                        <m:t>N</m:t>
                      </m:r>
                      <m:r>
                        <m:rPr>
                          <m:sty m:val="p"/>
                        </m:rPr>
                        <m:t>+</m:t>
                      </m:r>
                      <m:r>
                        <m:t>1</m:t>
                      </m:r>
                    </m:e>
                  </m:d>
                </m:num>
                <m:den>
                  <m:r>
                    <m:t>2</m:t>
                  </m:r>
                  <m:r>
                    <m:t>N</m:t>
                  </m:r>
                  <m:d>
                    <m:dPr>
                      <m:begChr m:val="("/>
                      <m:sepChr m:val=""/>
                      <m:endChr m:val=")"/>
                      <m:grow/>
                    </m:dPr>
                    <m:e>
                      <m:r>
                        <m:t>2</m:t>
                      </m:r>
                      <m:r>
                        <m:t>N</m:t>
                      </m:r>
                      <m:r>
                        <m:rPr>
                          <m:sty m:val="p"/>
                        </m:rPr>
                        <m:t>+</m:t>
                      </m:r>
                      <m:r>
                        <m:t>1</m:t>
                      </m:r>
                    </m:e>
                  </m:d>
                </m:den>
              </m:f>
            </m:e>
          </m:rad>
          <m:r>
            <m:rPr>
              <m:sty m:val="p"/>
            </m:rPr>
            <m:t>→</m:t>
          </m:r>
          <m:r>
            <m:t>0</m:t>
          </m:r>
          <m:r>
            <m:rPr>
              <m:sty m:val="p"/>
            </m:rPr>
            <m:t>.</m:t>
          </m:r>
        </m:oMath>
      </m:oMathPara>
    </w:p>
    <w:p>
      <w:pPr>
        <w:pStyle w:val="Caption"/>
        <w:spacing w:before="0" w:after="140"/>
      </w:pPr>
      <w:r>
        <w:t xml:space="preserve">Equation (I.3)</w:t>
      </w:r>
    </w:p>
    <w:p>
      <w:pPr>
        <w:pStyle w:val="BodyText"/>
      </w:pPr>
      <w:r>
        <w:t xml:space="preserve">This disproves (I.1) for every proposed positive absolute constant. A fixed amplitude quantum merely multiplies both numerator and denominator and cannot remove the obstruction.</w:t>
      </w:r>
    </w:p>
    <w:p>
      <w:pPr>
        <w:pStyle w:val="BodyText"/>
      </w:pPr>
      <w:r>
        <w:t xml:space="preserve">These weights cannot be relabeled as distinct unit-amplitude frequencies: repeated sinusoids at the same frequency combine into a larger coefficient. The original assumption is equal nonzero coefficients at distinct frequencies, which is much stronger than requiring a discrete amplitude step. Likewise, a quantum occupation number does not by itself specify the signed mean field of a harmonic component; the state and its phase information matter. No theorem for (A.1) automatically extends to arbitrary music with unequal amplitudes and phases.</w:t>
      </w:r>
    </w:p>
    <w:bookmarkEnd w:id="112"/>
    <w:bookmarkStart w:id="113" w:name="appendix-j-riesz"/>
    <w:p>
      <w:pPr>
        <w:pStyle w:val="Heading2"/>
      </w:pPr>
      <w:r>
        <w:t xml:space="preserve">J. A positive Riesz-product certificate</w:t>
      </w:r>
    </w:p>
    <w:p>
      <w:pPr>
        <w:pStyle w:val="FirstParagraph"/>
      </w:pPr>
      <w:r>
        <w:t xml:space="preserve">Define</w:t>
      </w:r>
    </w:p>
    <w:p>
      <w:pPr>
        <w:pStyle w:val="BodyText"/>
        <w:keepNext/>
        <w:keepLines/>
      </w:pPr>
      <m:oMathPara>
        <m:oMathParaPr>
          <m:jc m:val="center"/>
        </m:oMathParaPr>
        <m:oMath>
          <m:sSub>
            <m:e>
              <m:r>
                <m:t>P</m:t>
              </m:r>
            </m:e>
            <m:sub>
              <m:r>
                <m:t>A</m:t>
              </m:r>
            </m:sub>
          </m:sSub>
          <m:d>
            <m:dPr>
              <m:begChr m:val="("/>
              <m:sepChr m:val=""/>
              <m:endChr m:val=")"/>
              <m:grow/>
            </m:dPr>
            <m:e>
              <m:r>
                <m:t>x</m:t>
              </m:r>
            </m:e>
          </m:d>
          <m:r>
            <m:rPr>
              <m:sty m:val="p"/>
            </m:rPr>
            <m:t>=</m:t>
          </m:r>
          <m:nary>
            <m:naryPr>
              <m:chr m:val="∏"/>
              <m:limLoc m:val="undOvr"/>
              <m:subHide m:val="off"/>
              <m:supHide m:val="on"/>
            </m:naryPr>
            <m:sub>
              <m:r>
                <m:t>a</m:t>
              </m:r>
              <m:r>
                <m:rPr>
                  <m:sty m:val="p"/>
                </m:rPr>
                <m:t>∈</m:t>
              </m:r>
              <m:r>
                <m:t>A</m:t>
              </m:r>
            </m:sub>
            <m:sup>
              <m:r>
                <m:t>​</m:t>
              </m:r>
            </m:sup>
            <m:e>
              <m:d>
                <m:dPr>
                  <m:begChr m:val="("/>
                  <m:sepChr m:val=""/>
                  <m:endChr m:val=")"/>
                  <m:grow/>
                </m:dPr>
                <m:e>
                  <m:r>
                    <m:t>1</m:t>
                  </m:r>
                  <m:r>
                    <m:rPr>
                      <m:sty m:val="p"/>
                    </m:rPr>
                    <m:t>−</m:t>
                  </m:r>
                  <m:r>
                    <m:rPr>
                      <m:sty m:val="p"/>
                    </m:rPr>
                    <m:t>cos</m:t>
                  </m:r>
                  <m:d>
                    <m:dPr>
                      <m:begChr m:val="("/>
                      <m:sepChr m:val=""/>
                      <m:endChr m:val=")"/>
                      <m:grow/>
                    </m:dPr>
                    <m:e>
                      <m:r>
                        <m:t>a</m:t>
                      </m:r>
                      <m:r>
                        <m:t>x</m:t>
                      </m:r>
                    </m:e>
                  </m:d>
                </m:e>
              </m:d>
            </m:e>
          </m:nary>
          <m:r>
            <m:rPr>
              <m:sty m:val="p"/>
            </m:rPr>
            <m:t>,</m:t>
          </m:r>
          <m:r>
            <m:t>  </m:t>
          </m:r>
          <m:sSub>
            <m:e>
              <m:r>
                <m:t>Z</m:t>
              </m:r>
            </m:e>
            <m:sub>
              <m:r>
                <m:t>A</m:t>
              </m:r>
            </m:sub>
          </m:sSub>
          <m:r>
            <m:rPr>
              <m:sty m:val="p"/>
            </m:rPr>
            <m:t>=</m:t>
          </m:r>
          <m:r>
            <m:rPr>
              <m:sty m:val="p"/>
              <m:scr m:val="double-struck"/>
            </m:rPr>
            <m:t>E</m:t>
          </m:r>
          <m:sSub>
            <m:e>
              <m:r>
                <m:t>P</m:t>
              </m:r>
            </m:e>
            <m:sub>
              <m:r>
                <m:t>A</m:t>
              </m:r>
            </m:sub>
          </m:sSub>
          <m:r>
            <m:rPr>
              <m:sty m:val="p"/>
            </m:rPr>
            <m:t>,</m:t>
          </m:r>
          <m:r>
            <m:t>  </m:t>
          </m:r>
          <m:sSub>
            <m:e>
              <m:r>
                <m:t>B</m:t>
              </m:r>
            </m:e>
            <m:sub>
              <m:r>
                <m:t>R</m:t>
              </m:r>
            </m:sub>
          </m:sSub>
          <m:d>
            <m:dPr>
              <m:begChr m:val="("/>
              <m:sepChr m:val=""/>
              <m:endChr m:val=")"/>
              <m:grow/>
            </m:dPr>
            <m:e>
              <m:r>
                <m:t>A</m:t>
              </m:r>
            </m:e>
          </m:d>
          <m:r>
            <m:rPr>
              <m:sty m:val="p"/>
            </m:rPr>
            <m:t>=</m:t>
          </m:r>
          <m:r>
            <m:rPr>
              <m:sty m:val="p"/>
            </m:rPr>
            <m:t>−</m:t>
          </m:r>
          <m:f>
            <m:fPr>
              <m:type m:val="bar"/>
            </m:fPr>
            <m:num>
              <m:r>
                <m:rPr>
                  <m:sty m:val="p"/>
                  <m:scr m:val="double-struck"/>
                </m:rPr>
                <m:t>E</m:t>
              </m:r>
              <m:d>
                <m:dPr>
                  <m:begChr m:val="["/>
                  <m:sepChr m:val=""/>
                  <m:endChr m:val="]"/>
                  <m:grow/>
                </m:dPr>
                <m:e>
                  <m:sSub>
                    <m:e>
                      <m:r>
                        <m:t>f</m:t>
                      </m:r>
                    </m:e>
                    <m:sub>
                      <m:r>
                        <m:t>A</m:t>
                      </m:r>
                    </m:sub>
                  </m:sSub>
                  <m:sSub>
                    <m:e>
                      <m:r>
                        <m:t>P</m:t>
                      </m:r>
                    </m:e>
                    <m:sub>
                      <m:r>
                        <m:t>A</m:t>
                      </m:r>
                    </m:sub>
                  </m:sSub>
                </m:e>
              </m:d>
            </m:num>
            <m:den>
              <m:sSub>
                <m:e>
                  <m:r>
                    <m:t>Z</m:t>
                  </m:r>
                </m:e>
                <m:sub>
                  <m:r>
                    <m:t>A</m:t>
                  </m:r>
                </m:sub>
              </m:sSub>
            </m:den>
          </m:f>
          <m:r>
            <m:rPr>
              <m:sty m:val="p"/>
            </m:rPr>
            <m:t>.</m:t>
          </m:r>
        </m:oMath>
      </m:oMathPara>
    </w:p>
    <w:p>
      <w:pPr>
        <w:pStyle w:val="Caption"/>
        <w:spacing w:before="0" w:after="140"/>
      </w:pPr>
      <w:r>
        <w:t xml:space="preserve">Equation (J.1)</w:t>
      </w:r>
    </w:p>
    <w:p>
      <w:pPr>
        <w:pStyle w:val="BodyText"/>
        <w:keepLines/>
      </w:pPr>
      <w:r>
        <w:t xml:space="preserve">The product is nonnegative and positive outside a finite union of zeros, so</w:t>
      </w:r>
      <w:r>
        <w:t xml:space="preserve"> </w:t>
      </w:r>
      <m:oMath>
        <m:sSub>
          <m:e>
            <m:r>
              <m:t>Z</m:t>
            </m:r>
          </m:e>
          <m:sub>
            <m:r>
              <m:t>A</m:t>
            </m:r>
          </m:sub>
        </m:sSub>
        <m:r>
          <m:rPr>
            <m:sty m:val="p"/>
          </m:rPr>
          <m:t>&gt;</m:t>
        </m:r>
        <m:r>
          <m:t>0</m:t>
        </m:r>
      </m:oMath>
      <w:r>
        <w:t xml:space="preserve">. It follows immediately that</w:t>
      </w:r>
      <w:r>
        <w:t xml:space="preserve"> </w:t>
      </w:r>
      <m:oMath>
        <m:sSub>
          <m:e>
            <m:r>
              <m:t>B</m:t>
            </m:r>
          </m:e>
          <m:sub>
            <m:r>
              <m:t>R</m:t>
            </m:r>
          </m:sub>
        </m:sSub>
        <m:d>
          <m:dPr>
            <m:begChr m:val="("/>
            <m:sepChr m:val=""/>
            <m:endChr m:val=")"/>
            <m:grow/>
          </m:dPr>
          <m:e>
            <m:r>
              <m:t>A</m:t>
            </m:r>
          </m:e>
        </m:d>
        <m:r>
          <m:rPr>
            <m:sty m:val="p"/>
          </m:rPr>
          <m:t>≤</m:t>
        </m:r>
        <m:r>
          <m:t>K</m:t>
        </m:r>
        <m:d>
          <m:dPr>
            <m:begChr m:val="("/>
            <m:sepChr m:val=""/>
            <m:endChr m:val=")"/>
            <m:grow/>
          </m:dPr>
          <m:e>
            <m:r>
              <m:t>A</m:t>
            </m:r>
          </m:e>
        </m:d>
      </m:oMath>
      <w:r>
        <w:t xml:space="preserve">. This proof does not establish that</w:t>
      </w:r>
      <w:r>
        <w:t xml:space="preserve"> </w:t>
      </w:r>
      <m:oMath>
        <m:sSub>
          <m:e>
            <m:r>
              <m:t>B</m:t>
            </m:r>
          </m:e>
          <m:sub>
            <m:r>
              <m:t>R</m:t>
            </m:r>
          </m:sub>
        </m:sSub>
        <m:r>
          <m:rPr>
            <m:sty m:val="p"/>
          </m:rPr>
          <m:t>≥</m:t>
        </m:r>
        <m:r>
          <m:t>0</m:t>
        </m:r>
      </m:oMath>
      <w:r>
        <w:t xml:space="preserve"> </w:t>
      </w:r>
      <w:r>
        <w:t xml:space="preserve">for every set;</w:t>
      </w:r>
      <w:r>
        <w:t xml:space="preserve"> </w:t>
      </w:r>
      <m:oMath>
        <m:r>
          <m:rPr>
            <m:sty m:val="p"/>
          </m:rPr>
          <m:t>max</m:t>
        </m:r>
        <m:d>
          <m:dPr>
            <m:begChr m:val="("/>
            <m:sepChr m:val=""/>
            <m:endChr m:val=")"/>
            <m:grow/>
          </m:dPr>
          <m:e>
            <m:r>
              <m:t>0</m:t>
            </m:r>
            <m:r>
              <m:rPr>
                <m:sty m:val="p"/>
              </m:rPr>
              <m:t>,</m:t>
            </m:r>
            <m:sSub>
              <m:e>
                <m:r>
                  <m:t>B</m:t>
                </m:r>
              </m:e>
              <m:sub>
                <m:r>
                  <m:t>R</m:t>
                </m:r>
              </m:sub>
            </m:sSub>
          </m:e>
        </m:d>
      </m:oMath>
      <w:r>
        <w:t xml:space="preserve"> </w:t>
      </w:r>
      <w:r>
        <w:t xml:space="preserve">remains a valid certificate even if a negative value occurs. The use of positive Riesz products is classical, and no new general inequality for them is claimed here.</w:t>
      </w:r>
    </w:p>
    <w:p>
      <w:pPr>
        <w:pStyle w:val="BodyText"/>
      </w:pPr>
      <w:r>
        <w:t xml:space="preserve">Put</w:t>
      </w:r>
    </w:p>
    <w:p>
      <w:pPr>
        <w:pStyle w:val="BodyText"/>
        <w:keepLines/>
      </w:pPr>
      <m:oMathPara>
        <m:oMathParaPr>
          <m:jc m:val="center"/>
        </m:oMathParaPr>
        <m:oMath>
          <m:sSub>
            <m:e>
              <m:r>
                <m:t>Q</m:t>
              </m:r>
            </m:e>
            <m:sub>
              <m:r>
                <m:t>A</m:t>
              </m:r>
            </m:sub>
          </m:sSub>
          <m:d>
            <m:dPr>
              <m:begChr m:val="("/>
              <m:sepChr m:val=""/>
              <m:endChr m:val=")"/>
              <m:grow/>
            </m:dPr>
            <m:e>
              <m:r>
                <m:t>z</m:t>
              </m:r>
            </m:e>
          </m:d>
          <m:r>
            <m:rPr>
              <m:sty m:val="p"/>
            </m:rPr>
            <m:t>=</m:t>
          </m:r>
          <m:nary>
            <m:naryPr>
              <m:chr m:val="∏"/>
              <m:limLoc m:val="undOvr"/>
              <m:subHide m:val="off"/>
              <m:supHide m:val="on"/>
            </m:naryPr>
            <m:sub>
              <m:r>
                <m:t>a</m:t>
              </m:r>
              <m:r>
                <m:rPr>
                  <m:sty m:val="p"/>
                </m:rPr>
                <m:t>∈</m:t>
              </m:r>
              <m:r>
                <m:t>A</m:t>
              </m:r>
            </m:sub>
            <m:sup>
              <m:r>
                <m:t>​</m:t>
              </m:r>
            </m:sup>
            <m:e>
              <m:d>
                <m:dPr>
                  <m:begChr m:val="("/>
                  <m:sepChr m:val=""/>
                  <m:endChr m:val=")"/>
                  <m:grow/>
                </m:dPr>
                <m:e>
                  <m:r>
                    <m:t>2</m:t>
                  </m:r>
                  <m:r>
                    <m:rPr>
                      <m:sty m:val="p"/>
                    </m:rPr>
                    <m:t>−</m:t>
                  </m:r>
                  <m:sSup>
                    <m:e>
                      <m:r>
                        <m:t>z</m:t>
                      </m:r>
                    </m:e>
                    <m:sup>
                      <m:r>
                        <m:t>a</m:t>
                      </m:r>
                    </m:sup>
                  </m:sSup>
                  <m:r>
                    <m:rPr>
                      <m:sty m:val="p"/>
                    </m:rPr>
                    <m:t>−</m:t>
                  </m:r>
                  <m:sSup>
                    <m:e>
                      <m:r>
                        <m:t>z</m:t>
                      </m:r>
                    </m:e>
                    <m:sup>
                      <m:r>
                        <m:rPr>
                          <m:sty m:val="p"/>
                        </m:rPr>
                        <m:t>−</m:t>
                      </m:r>
                      <m:r>
                        <m:t>a</m:t>
                      </m:r>
                    </m:sup>
                  </m:sSup>
                </m:e>
              </m:d>
            </m:e>
          </m:nary>
          <m:r>
            <m:rPr>
              <m:sty m:val="p"/>
            </m:rPr>
            <m:t>=</m:t>
          </m:r>
          <m:nary>
            <m:naryPr>
              <m:chr m:val="∑"/>
              <m:limLoc m:val="undOvr"/>
              <m:subHide m:val="off"/>
              <m:supHide m:val="on"/>
            </m:naryPr>
            <m:sub>
              <m:r>
                <m:t>j</m:t>
              </m:r>
            </m:sub>
            <m:sup>
              <m:r>
                <m:t>​</m:t>
              </m:r>
            </m:sup>
            <m:e>
              <m:sSub>
                <m:e>
                  <m:r>
                    <m:t>q</m:t>
                  </m:r>
                </m:e>
                <m:sub>
                  <m:r>
                    <m:t>j</m:t>
                  </m:r>
                </m:sub>
              </m:sSub>
            </m:e>
          </m:nary>
          <m:sSup>
            <m:e>
              <m:r>
                <m:t>z</m:t>
              </m:r>
            </m:e>
            <m:sup>
              <m:r>
                <m:t>j</m:t>
              </m:r>
            </m:sup>
          </m:sSup>
          <m:r>
            <m:rPr>
              <m:sty m:val="p"/>
            </m:rPr>
            <m:t>.</m:t>
          </m:r>
        </m:oMath>
      </m:oMathPara>
    </w:p>
    <w:p>
      <w:pPr>
        <w:pStyle w:val="FirstParagraph"/>
        <w:keepLines/>
      </w:pPr>
      <w:r>
        <w:t xml:space="preserve">Its coefficients are integers with</w:t>
      </w:r>
      <w:r>
        <w:t xml:space="preserve"> </w:t>
      </w:r>
      <m:oMath>
        <m:sSub>
          <m:e>
            <m:r>
              <m:t>q</m:t>
            </m:r>
          </m:e>
          <m:sub>
            <m:r>
              <m:t>j</m:t>
            </m:r>
          </m:sub>
        </m:sSub>
        <m:r>
          <m:rPr>
            <m:sty m:val="p"/>
          </m:rPr>
          <m:t>=</m:t>
        </m:r>
        <m:sSub>
          <m:e>
            <m:r>
              <m:t>q</m:t>
            </m:r>
          </m:e>
          <m:sub>
            <m:r>
              <m:rPr>
                <m:sty m:val="p"/>
              </m:rPr>
              <m:t>−</m:t>
            </m:r>
            <m:r>
              <m:t>j</m:t>
            </m:r>
          </m:sub>
        </m:sSub>
      </m:oMath>
      <w:r>
        <w:t xml:space="preserve">, and</w:t>
      </w:r>
      <w:r>
        <w:t xml:space="preserve"> </w:t>
      </w:r>
      <m:oMath>
        <m:sSub>
          <m:e>
            <m:r>
              <m:t>Q</m:t>
            </m:r>
          </m:e>
          <m:sub>
            <m:r>
              <m:t>A</m:t>
            </m:r>
          </m:sub>
        </m:sSub>
        <m:d>
          <m:dPr>
            <m:begChr m:val="("/>
            <m:sepChr m:val=""/>
            <m:endChr m:val=")"/>
            <m:grow/>
          </m:dPr>
          <m:e>
            <m:sSup>
              <m:e>
                <m:r>
                  <m:t>e</m:t>
                </m:r>
              </m:e>
              <m:sup>
                <m:r>
                  <m:t>i</m:t>
                </m:r>
                <m:r>
                  <m:t>x</m:t>
                </m:r>
              </m:sup>
            </m:sSup>
          </m:e>
        </m:d>
        <m:r>
          <m:rPr>
            <m:sty m:val="p"/>
          </m:rPr>
          <m:t>=</m:t>
        </m:r>
        <m:sSup>
          <m:e>
            <m:r>
              <m:t>2</m:t>
            </m:r>
          </m:e>
          <m:sup>
            <m:r>
              <m:t>N</m:t>
            </m:r>
          </m:sup>
        </m:sSup>
        <m:sSub>
          <m:e>
            <m:r>
              <m:t>P</m:t>
            </m:r>
          </m:e>
          <m:sub>
            <m:r>
              <m:t>A</m:t>
            </m:r>
          </m:sub>
        </m:sSub>
        <m:d>
          <m:dPr>
            <m:begChr m:val="("/>
            <m:sepChr m:val=""/>
            <m:endChr m:val=")"/>
            <m:grow/>
          </m:dPr>
          <m:e>
            <m:r>
              <m:t>x</m:t>
            </m:r>
          </m:e>
        </m:d>
      </m:oMath>
      <w:r>
        <w:t xml:space="preserve">. Extracting constant coefficients proves</w:t>
      </w:r>
    </w:p>
    <w:p>
      <w:pPr>
        <w:pStyle w:val="BodyText"/>
        <w:keepNext/>
        <w:keepLines/>
      </w:pPr>
      <m:oMathPara>
        <m:oMathParaPr>
          <m:jc m:val="center"/>
        </m:oMathParaPr>
        <m:oMath>
          <m:sSub>
            <m:e>
              <m:r>
                <m:t>Z</m:t>
              </m:r>
            </m:e>
            <m:sub>
              <m:r>
                <m:t>A</m:t>
              </m:r>
            </m:sub>
          </m:sSub>
          <m:r>
            <m:rPr>
              <m:sty m:val="p"/>
            </m:rPr>
            <m:t>=</m:t>
          </m:r>
          <m:f>
            <m:fPr>
              <m:type m:val="bar"/>
            </m:fPr>
            <m:num>
              <m:sSub>
                <m:e>
                  <m:r>
                    <m:t>q</m:t>
                  </m:r>
                </m:e>
                <m:sub>
                  <m:r>
                    <m:t>0</m:t>
                  </m:r>
                </m:sub>
              </m:sSub>
            </m:num>
            <m:den>
              <m:sSup>
                <m:e>
                  <m:r>
                    <m:t>2</m:t>
                  </m:r>
                </m:e>
                <m:sup>
                  <m:r>
                    <m:t>N</m:t>
                  </m:r>
                </m:sup>
              </m:sSup>
            </m:den>
          </m:f>
          <m:r>
            <m:rPr>
              <m:sty m:val="p"/>
            </m:rPr>
            <m:t>,</m:t>
          </m:r>
          <m:r>
            <m:t>  </m:t>
          </m:r>
          <m:sSub>
            <m:e>
              <m:r>
                <m:t>B</m:t>
              </m:r>
            </m:e>
            <m:sub>
              <m:r>
                <m:t>R</m:t>
              </m:r>
            </m:sub>
          </m:sSub>
          <m:d>
            <m:dPr>
              <m:begChr m:val="("/>
              <m:sepChr m:val=""/>
              <m:endChr m:val=")"/>
              <m:grow/>
            </m:dPr>
            <m:e>
              <m:r>
                <m:t>A</m:t>
              </m:r>
            </m:e>
          </m:d>
          <m:r>
            <m:rPr>
              <m:sty m:val="p"/>
            </m:rPr>
            <m:t>=</m:t>
          </m:r>
          <m:r>
            <m:rPr>
              <m:sty m:val="p"/>
            </m:rPr>
            <m:t>−</m:t>
          </m:r>
          <m:f>
            <m:fPr>
              <m:type m:val="bar"/>
            </m:fPr>
            <m:num>
              <m:nary>
                <m:naryPr>
                  <m:chr m:val="∑"/>
                  <m:limLoc m:val="undOvr"/>
                  <m:subHide m:val="off"/>
                  <m:supHide m:val="on"/>
                </m:naryPr>
                <m:sub>
                  <m:r>
                    <m:t>a</m:t>
                  </m:r>
                  <m:r>
                    <m:rPr>
                      <m:sty m:val="p"/>
                    </m:rPr>
                    <m:t>∈</m:t>
                  </m:r>
                  <m:r>
                    <m:t>A</m:t>
                  </m:r>
                </m:sub>
                <m:sup>
                  <m:r>
                    <m:t>​</m:t>
                  </m:r>
                </m:sup>
                <m:e>
                  <m:sSub>
                    <m:e>
                      <m:r>
                        <m:t>q</m:t>
                      </m:r>
                    </m:e>
                    <m:sub>
                      <m:r>
                        <m:t>a</m:t>
                      </m:r>
                    </m:sub>
                  </m:sSub>
                </m:e>
              </m:nary>
            </m:num>
            <m:den>
              <m:sSub>
                <m:e>
                  <m:r>
                    <m:t>q</m:t>
                  </m:r>
                </m:e>
                <m:sub>
                  <m:r>
                    <m:t>0</m:t>
                  </m:r>
                </m:sub>
              </m:sSub>
            </m:den>
          </m:f>
          <m:r>
            <m:rPr>
              <m:sty m:val="p"/>
            </m:rPr>
            <m:t>.</m:t>
          </m:r>
        </m:oMath>
      </m:oMathPara>
    </w:p>
    <w:p>
      <w:pPr>
        <w:pStyle w:val="Caption"/>
        <w:spacing w:before="0" w:after="140"/>
      </w:pPr>
      <w:r>
        <w:t xml:space="preserve">Equation (J.2)</w:t>
      </w:r>
    </w:p>
    <w:p>
      <w:pPr>
        <w:pStyle w:val="BodyText"/>
        <w:keepLines/>
      </w:pPr>
      <w:r>
        <w:t xml:space="preserve">An independent implementation can use the identity</w:t>
      </w:r>
      <w:r>
        <w:t xml:space="preserve"> </w:t>
      </w:r>
      <m:oMath>
        <m:sSub>
          <m:e>
            <m:r>
              <m:t>Q</m:t>
            </m:r>
          </m:e>
          <m:sub>
            <m:r>
              <m:t>A</m:t>
            </m:r>
          </m:sub>
        </m:sSub>
        <m:d>
          <m:dPr>
            <m:begChr m:val="("/>
            <m:sepChr m:val=""/>
            <m:endChr m:val=")"/>
            <m:grow/>
          </m:dPr>
          <m:e>
            <m:sSup>
              <m:e>
                <m:r>
                  <m:t>e</m:t>
                </m:r>
              </m:e>
              <m:sup>
                <m:r>
                  <m:t>i</m:t>
                </m:r>
                <m:r>
                  <m:t>x</m:t>
                </m:r>
              </m:sup>
            </m:sSup>
          </m:e>
        </m:d>
        <m:r>
          <m:rPr>
            <m:sty m:val="p"/>
          </m:rPr>
          <m:t>=</m:t>
        </m:r>
        <m:sSup>
          <m:e>
            <m:d>
              <m:dPr>
                <m:begChr m:val="|"/>
                <m:sepChr m:val=""/>
                <m:endChr m:val="|"/>
                <m:grow/>
              </m:dPr>
              <m:e>
                <m:nary>
                  <m:naryPr>
                    <m:chr m:val="∏"/>
                    <m:limLoc m:val="undOvr"/>
                    <m:subHide m:val="off"/>
                    <m:supHide m:val="on"/>
                  </m:naryPr>
                  <m:sub>
                    <m:r>
                      <m:t>a</m:t>
                    </m:r>
                    <m:r>
                      <m:rPr>
                        <m:sty m:val="p"/>
                      </m:rPr>
                      <m:t>∈</m:t>
                    </m:r>
                    <m:r>
                      <m:t>A</m:t>
                    </m:r>
                  </m:sub>
                  <m:sup>
                    <m:r>
                      <m:t>​</m:t>
                    </m:r>
                  </m:sup>
                  <m:e>
                    <m:d>
                      <m:dPr>
                        <m:begChr m:val="("/>
                        <m:sepChr m:val=""/>
                        <m:endChr m:val=")"/>
                        <m:grow/>
                      </m:dPr>
                      <m:e>
                        <m:r>
                          <m:t>1</m:t>
                        </m:r>
                        <m:r>
                          <m:rPr>
                            <m:sty m:val="p"/>
                          </m:rPr>
                          <m:t>−</m:t>
                        </m:r>
                        <m:sSup>
                          <m:e>
                            <m:r>
                              <m:t>e</m:t>
                            </m:r>
                          </m:e>
                          <m:sup>
                            <m:r>
                              <m:t>i</m:t>
                            </m:r>
                            <m:r>
                              <m:t>a</m:t>
                            </m:r>
                            <m:r>
                              <m:t>x</m:t>
                            </m:r>
                          </m:sup>
                        </m:sSup>
                      </m:e>
                    </m:d>
                  </m:e>
                </m:nary>
              </m:e>
            </m:d>
          </m:e>
          <m:sup>
            <m:r>
              <m:t>2</m:t>
            </m:r>
          </m:sup>
        </m:sSup>
      </m:oMath>
      <w:r>
        <w:t xml:space="preserve"> </w:t>
      </w:r>
      <w:r>
        <w:t xml:space="preserve">and integer autocorrelation. No sampling of trigonometric values is needed for either formula.</w:t>
      </w:r>
    </w:p>
    <w:p>
      <w:pPr>
        <w:pStyle w:val="BodyText"/>
        <w:keepLines/>
      </w:pPr>
      <w:r>
        <w:t xml:space="preserve">For</w:t>
      </w:r>
      <w:r>
        <w:t xml:space="preserve"> </w:t>
      </w:r>
      <m:oMath>
        <m:r>
          <m:t>A</m:t>
        </m:r>
        <m:r>
          <m:rPr>
            <m:sty m:val="p"/>
          </m:rPr>
          <m:t>=</m:t>
        </m:r>
        <m:r>
          <m:rPr>
            <m:sty m:val="p"/>
          </m:rPr>
          <m:t>{</m:t>
        </m:r>
        <m:r>
          <m:t>1</m:t>
        </m:r>
        <m:r>
          <m:rPr>
            <m:sty m:val="p"/>
          </m:rPr>
          <m:t>,</m:t>
        </m:r>
        <m:r>
          <m:t>4</m:t>
        </m:r>
        <m:r>
          <m:rPr>
            <m:sty m:val="p"/>
          </m:rPr>
          <m:t>,</m:t>
        </m:r>
        <m:r>
          <m:rPr>
            <m:sty m:val="p"/>
          </m:rPr>
          <m:t>…</m:t>
        </m:r>
        <m:r>
          <m:rPr>
            <m:sty m:val="p"/>
          </m:rPr>
          <m:t>,</m:t>
        </m:r>
        <m:sSup>
          <m:e>
            <m:r>
              <m:t>4</m:t>
            </m:r>
          </m:e>
          <m:sup>
            <m:r>
              <m:t>N</m:t>
            </m:r>
            <m:r>
              <m:rPr>
                <m:sty m:val="p"/>
              </m:rPr>
              <m:t>−</m:t>
            </m:r>
            <m:r>
              <m:t>1</m:t>
            </m:r>
          </m:sup>
        </m:sSup>
        <m:r>
          <m:rPr>
            <m:sty m:val="p"/>
          </m:rPr>
          <m:t>}</m:t>
        </m:r>
      </m:oMath>
      <w:r>
        <w:t xml:space="preserve">, signed digit representations with digits</w:t>
      </w:r>
      <w:r>
        <w:t xml:space="preserve"> </w:t>
      </w:r>
      <m:oMath>
        <m:r>
          <m:rPr>
            <m:sty m:val="p"/>
          </m:rPr>
          <m:t>−</m:t>
        </m:r>
        <m:r>
          <m:t>1</m:t>
        </m:r>
        <m:r>
          <m:rPr>
            <m:sty m:val="p"/>
          </m:rPr>
          <m:t>,</m:t>
        </m:r>
        <m:r>
          <m:t>0</m:t>
        </m:r>
        <m:r>
          <m:rPr>
            <m:sty m:val="p"/>
          </m:rPr>
          <m:t>,</m:t>
        </m:r>
        <m:r>
          <m:t>1</m:t>
        </m:r>
      </m:oMath>
      <w:r>
        <w:t xml:space="preserve"> </w:t>
      </w:r>
      <w:r>
        <w:t xml:space="preserve">are unique. Indeed, subtracting two representations leaves digits between</w:t>
      </w:r>
      <w:r>
        <w:t xml:space="preserve"> </w:t>
      </w:r>
      <m:oMath>
        <m:r>
          <m:rPr>
            <m:sty m:val="p"/>
          </m:rPr>
          <m:t>−</m:t>
        </m:r>
        <m:r>
          <m:t>2</m:t>
        </m:r>
      </m:oMath>
      <w:r>
        <w:t xml:space="preserve"> </w:t>
      </w:r>
      <w:r>
        <w:t xml:space="preserve">and 2; the largest nonzero term has magnitude at least</w:t>
      </w:r>
      <w:r>
        <w:t xml:space="preserve"> </w:t>
      </w:r>
      <m:oMath>
        <m:sSup>
          <m:e>
            <m:r>
              <m:t>4</m:t>
            </m:r>
          </m:e>
          <m:sup>
            <m:r>
              <m:t>m</m:t>
            </m:r>
          </m:sup>
        </m:sSup>
      </m:oMath>
      <w:r>
        <w:t xml:space="preserve">, while the total possible magnitude of all smaller terms is</w:t>
      </w:r>
      <w:r>
        <w:t xml:space="preserve"> </w:t>
      </w:r>
      <m:oMath>
        <m:r>
          <m:t>2</m:t>
        </m:r>
        <m:d>
          <m:dPr>
            <m:begChr m:val="("/>
            <m:sepChr m:val=""/>
            <m:endChr m:val=")"/>
            <m:grow/>
          </m:dPr>
          <m:e>
            <m:sSup>
              <m:e>
                <m:r>
                  <m:t>4</m:t>
                </m:r>
              </m:e>
              <m:sup>
                <m:r>
                  <m:t>m</m:t>
                </m:r>
              </m:sup>
            </m:sSup>
            <m:r>
              <m:rPr>
                <m:sty m:val="p"/>
              </m:rPr>
              <m:t>−</m:t>
            </m:r>
            <m:r>
              <m:t>1</m:t>
            </m:r>
          </m:e>
        </m:d>
        <m:r>
          <m:rPr>
            <m:sty m:val="p"/>
          </m:rPr>
          <m:t>/</m:t>
        </m:r>
        <m:r>
          <m:t>3</m:t>
        </m:r>
        <m:r>
          <m:rPr>
            <m:sty m:val="p"/>
          </m:rPr>
          <m:t>&lt;</m:t>
        </m:r>
        <m:sSup>
          <m:e>
            <m:r>
              <m:t>4</m:t>
            </m:r>
          </m:e>
          <m:sup>
            <m:r>
              <m:t>m</m:t>
            </m:r>
          </m:sup>
        </m:sSup>
      </m:oMath>
      <w:r>
        <w:t xml:space="preserve">. Thus the only constant contribution in</w:t>
      </w:r>
      <w:r>
        <w:t xml:space="preserve"> </w:t>
      </w:r>
      <m:oMath>
        <m:sSub>
          <m:e>
            <m:r>
              <m:t>P</m:t>
            </m:r>
          </m:e>
          <m:sub>
            <m:r>
              <m:t>A</m:t>
            </m:r>
          </m:sub>
        </m:sSub>
      </m:oMath>
      <w:r>
        <w:t xml:space="preserve"> </w:t>
      </w:r>
      <w:r>
        <w:t xml:space="preserve">is one and the coefficient at each</w:t>
      </w:r>
      <w:r>
        <w:t xml:space="preserve"> </w:t>
      </w:r>
      <m:oMath>
        <m:sSup>
          <m:e>
            <m:r>
              <m:t>e</m:t>
            </m:r>
          </m:e>
          <m:sup>
            <m:r>
              <m:rPr>
                <m:sty m:val="p"/>
              </m:rPr>
              <m:t>±</m:t>
            </m:r>
            <m:r>
              <m:t>i</m:t>
            </m:r>
            <m:sSup>
              <m:e>
                <m:r>
                  <m:t>4</m:t>
                </m:r>
              </m:e>
              <m:sup>
                <m:r>
                  <m:t>j</m:t>
                </m:r>
              </m:sup>
            </m:sSup>
            <m:r>
              <m:t>x</m:t>
            </m:r>
          </m:sup>
        </m:sSup>
      </m:oMath>
      <w:r>
        <w:t xml:space="preserve"> </w:t>
      </w:r>
      <w:r>
        <w:t xml:space="preserve">is</w:t>
      </w:r>
      <w:r>
        <w:t xml:space="preserve"> </w:t>
      </w:r>
      <m:oMath>
        <m:r>
          <m:rPr>
            <m:sty m:val="p"/>
          </m:rPr>
          <m:t>−</m:t>
        </m:r>
        <m:r>
          <m:t>1</m:t>
        </m:r>
        <m:r>
          <m:rPr>
            <m:sty m:val="p"/>
          </m:rPr>
          <m:t>/</m:t>
        </m:r>
        <m:r>
          <m:t>2</m:t>
        </m:r>
      </m:oMath>
      <w:r>
        <w:t xml:space="preserve">. Consequently</w:t>
      </w:r>
    </w:p>
    <w:p>
      <w:pPr>
        <w:pStyle w:val="BodyText"/>
        <w:keepNext/>
        <w:keepLines/>
      </w:pPr>
      <m:oMathPara>
        <m:oMathParaPr>
          <m:jc m:val="center"/>
        </m:oMathParaPr>
        <m:oMath>
          <m:sSub>
            <m:e>
              <m:r>
                <m:t>Z</m:t>
              </m:r>
            </m:e>
            <m:sub>
              <m:r>
                <m:t>A</m:t>
              </m:r>
            </m:sub>
          </m:sSub>
          <m:r>
            <m:rPr>
              <m:sty m:val="p"/>
            </m:rPr>
            <m:t>=</m:t>
          </m:r>
          <m:r>
            <m:t>1</m:t>
          </m:r>
          <m:r>
            <m:rPr>
              <m:sty m:val="p"/>
            </m:rPr>
            <m:t>,</m:t>
          </m:r>
          <m:r>
            <m:t>  </m:t>
          </m:r>
          <m:sSub>
            <m:e>
              <m:r>
                <m:t>B</m:t>
              </m:r>
            </m:e>
            <m:sub>
              <m:r>
                <m:t>R</m:t>
              </m:r>
            </m:sub>
          </m:sSub>
          <m:d>
            <m:dPr>
              <m:begChr m:val="("/>
              <m:sepChr m:val=""/>
              <m:endChr m:val=")"/>
              <m:grow/>
            </m:dPr>
            <m:e>
              <m:r>
                <m:t>A</m:t>
              </m:r>
            </m:e>
          </m:d>
          <m:r>
            <m:rPr>
              <m:sty m:val="p"/>
            </m:rPr>
            <m:t>=</m:t>
          </m:r>
          <m:r>
            <m:t>N</m:t>
          </m:r>
          <m:r>
            <m:rPr>
              <m:sty m:val="p"/>
            </m:rPr>
            <m:t>/</m:t>
          </m:r>
          <m:r>
            <m:t>2</m:t>
          </m:r>
          <m:r>
            <m:rPr>
              <m:sty m:val="p"/>
            </m:rPr>
            <m:t>.</m:t>
          </m:r>
        </m:oMath>
      </m:oMathPara>
    </w:p>
    <w:p>
      <w:pPr>
        <w:pStyle w:val="Caption"/>
        <w:spacing w:before="0" w:after="140"/>
      </w:pPr>
      <w:r>
        <w:t xml:space="preserve">Equation (J.3)</w:t>
      </w:r>
    </w:p>
    <w:p>
      <w:pPr>
        <w:pStyle w:val="BodyText"/>
        <w:keepLines/>
      </w:pPr>
      <w:r>
        <w:t xml:space="preserve">Short additive relations change this calculation. For</w:t>
      </w:r>
      <w:r>
        <w:t xml:space="preserve"> </w:t>
      </w:r>
      <m:oMath>
        <m:r>
          <m:t>A</m:t>
        </m:r>
        <m:r>
          <m:rPr>
            <m:sty m:val="p"/>
          </m:rPr>
          <m:t>=</m:t>
        </m:r>
        <m:r>
          <m:rPr>
            <m:sty m:val="p"/>
          </m:rPr>
          <m:t>{</m:t>
        </m:r>
        <m:r>
          <m:t>1</m:t>
        </m:r>
        <m:r>
          <m:rPr>
            <m:sty m:val="p"/>
          </m:rPr>
          <m:t>,</m:t>
        </m:r>
        <m:r>
          <m:t>2</m:t>
        </m:r>
        <m:r>
          <m:rPr>
            <m:sty m:val="p"/>
          </m:rPr>
          <m:t>,</m:t>
        </m:r>
        <m:r>
          <m:t>3</m:t>
        </m:r>
        <m:r>
          <m:rPr>
            <m:sty m:val="p"/>
          </m:rPr>
          <m:t>}</m:t>
        </m:r>
      </m:oMath>
      <w:r>
        <w:t xml:space="preserve">, exact multiplication gives</w:t>
      </w:r>
      <w:r>
        <w:t xml:space="preserve"> </w:t>
      </w:r>
      <m:oMath>
        <m:sSub>
          <m:e>
            <m:r>
              <m:t>q</m:t>
            </m:r>
          </m:e>
          <m:sub>
            <m:r>
              <m:t>0</m:t>
            </m:r>
          </m:sub>
        </m:sSub>
        <m:r>
          <m:rPr>
            <m:sty m:val="p"/>
          </m:rPr>
          <m:t>=</m:t>
        </m:r>
        <m:r>
          <m:t>6</m:t>
        </m:r>
      </m:oMath>
      <w:r>
        <w:t xml:space="preserve"> </w:t>
      </w:r>
      <w:r>
        <w:t xml:space="preserve">and</w:t>
      </w:r>
      <w:r>
        <w:t xml:space="preserve"> </w:t>
      </w:r>
      <m:oMath>
        <m:d>
          <m:dPr>
            <m:begChr m:val="("/>
            <m:sepChr m:val=""/>
            <m:endChr m:val=")"/>
            <m:grow/>
          </m:dPr>
          <m:e>
            <m:sSub>
              <m:e>
                <m:r>
                  <m:t>q</m:t>
                </m:r>
              </m:e>
              <m:sub>
                <m:r>
                  <m:t>1</m:t>
                </m:r>
              </m:sub>
            </m:sSub>
            <m:r>
              <m:rPr>
                <m:sty m:val="p"/>
              </m:rPr>
              <m:t>,</m:t>
            </m:r>
            <m:sSub>
              <m:e>
                <m:r>
                  <m:t>q</m:t>
                </m:r>
              </m:e>
              <m:sub>
                <m:r>
                  <m:t>2</m:t>
                </m:r>
              </m:sub>
            </m:sSub>
            <m:r>
              <m:rPr>
                <m:sty m:val="p"/>
              </m:rPr>
              <m:t>,</m:t>
            </m:r>
            <m:sSub>
              <m:e>
                <m:r>
                  <m:t>q</m:t>
                </m:r>
              </m:e>
              <m:sub>
                <m:r>
                  <m:t>3</m:t>
                </m:r>
              </m:sub>
            </m:sSub>
          </m:e>
        </m:d>
        <m:r>
          <m:rPr>
            <m:sty m:val="p"/>
          </m:rPr>
          <m:t>=</m:t>
        </m:r>
        <m:d>
          <m:dPr>
            <m:begChr m:val="("/>
            <m:sepChr m:val=""/>
            <m:endChr m:val=")"/>
            <m:grow/>
          </m:dPr>
          <m:e>
            <m:r>
              <m:t>0</m:t>
            </m:r>
            <m:r>
              <m:rPr>
                <m:sty m:val="p"/>
              </m:rPr>
              <m:t>,</m:t>
            </m:r>
            <m:r>
              <m:rPr>
                <m:sty m:val="p"/>
              </m:rPr>
              <m:t>−</m:t>
            </m:r>
            <m:r>
              <m:t>3</m:t>
            </m:r>
            <m:r>
              <m:rPr>
                <m:sty m:val="p"/>
              </m:rPr>
              <m:t>,</m:t>
            </m:r>
            <m:r>
              <m:rPr>
                <m:sty m:val="p"/>
              </m:rPr>
              <m:t>−</m:t>
            </m:r>
            <m:r>
              <m:t>2</m:t>
            </m:r>
          </m:e>
        </m:d>
      </m:oMath>
      <w:r>
        <w:t xml:space="preserve">. Hence</w:t>
      </w:r>
      <w:r>
        <w:t xml:space="preserve"> </w:t>
      </w:r>
      <m:oMath>
        <m:sSub>
          <m:e>
            <m:r>
              <m:t>B</m:t>
            </m:r>
          </m:e>
          <m:sub>
            <m:r>
              <m:t>R</m:t>
            </m:r>
          </m:sub>
        </m:sSub>
        <m:r>
          <m:rPr>
            <m:sty m:val="p"/>
          </m:rPr>
          <m:t>=</m:t>
        </m:r>
        <m:r>
          <m:t>5</m:t>
        </m:r>
        <m:r>
          <m:rPr>
            <m:sty m:val="p"/>
          </m:rPr>
          <m:t>/</m:t>
        </m:r>
        <m:r>
          <m:t>6</m:t>
        </m:r>
        <m:r>
          <m:rPr>
            <m:sty m:val="p"/>
          </m:rPr>
          <m:t>&lt;</m:t>
        </m:r>
        <m:rad>
          <m:radPr>
            <m:degHide m:val="on"/>
          </m:radPr>
          <m:deg/>
          <m:e>
            <m:r>
              <m:t>3</m:t>
            </m:r>
          </m:e>
        </m:rad>
        <m:r>
          <m:rPr>
            <m:sty m:val="p"/>
          </m:rPr>
          <m:t>/</m:t>
        </m:r>
        <m:r>
          <m:t>2</m:t>
        </m:r>
      </m:oMath>
      <w:r>
        <w:t xml:space="preserve">, since</w:t>
      </w:r>
      <w:r>
        <w:t xml:space="preserve"> </w:t>
      </w:r>
      <m:oMath>
        <m:r>
          <m:t>25</m:t>
        </m:r>
        <m:r>
          <m:rPr>
            <m:sty m:val="p"/>
          </m:rPr>
          <m:t>/</m:t>
        </m:r>
        <m:r>
          <m:t>36</m:t>
        </m:r>
        <m:r>
          <m:rPr>
            <m:sty m:val="p"/>
          </m:rPr>
          <m:t>&lt;</m:t>
        </m:r>
        <m:r>
          <m:t>3</m:t>
        </m:r>
        <m:r>
          <m:rPr>
            <m:sty m:val="p"/>
          </m:rPr>
          <m:t>/</m:t>
        </m:r>
        <m:r>
          <m:t>4</m:t>
        </m:r>
      </m:oMath>
      <w:r>
        <w:t xml:space="preserve">. The conjectured coefficient</w:t>
      </w:r>
      <w:r>
        <w:t xml:space="preserve"> </w:t>
      </w:r>
      <m:oMath>
        <m:r>
          <m:t>1</m:t>
        </m:r>
        <m:r>
          <m:rPr>
            <m:sty m:val="p"/>
          </m:rPr>
          <m:t>/</m:t>
        </m:r>
        <m:r>
          <m:t>2</m:t>
        </m:r>
      </m:oMath>
      <w:r>
        <w:t xml:space="preserve"> </w:t>
      </w:r>
      <w:r>
        <w:t xml:space="preserve">for this detector is therefore false.</w:t>
      </w:r>
    </w:p>
    <w:p>
      <w:pPr>
        <w:pStyle w:val="BodyText"/>
      </w:pPr>
      <w:r>
        <w:t xml:space="preserve">A stronger finite example is</w:t>
      </w:r>
    </w:p>
    <w:p>
      <w:pPr>
        <w:pStyle w:val="BodyText"/>
        <w:keepLines/>
      </w:pPr>
      <m:oMathPara>
        <m:oMathParaPr>
          <m:jc m:val="center"/>
        </m:oMathParaPr>
        <m:oMath>
          <m:r>
            <m:t>A</m:t>
          </m:r>
          <m:r>
            <m:rPr>
              <m:sty m:val="p"/>
            </m:rPr>
            <m:t>=</m:t>
          </m:r>
          <m:r>
            <m:rPr>
              <m:sty m:val="p"/>
            </m:rPr>
            <m:t>{</m:t>
          </m:r>
          <m:r>
            <m:t>1</m:t>
          </m:r>
          <m:r>
            <m:rPr>
              <m:sty m:val="p"/>
            </m:rPr>
            <m:t>,</m:t>
          </m:r>
          <m:r>
            <m:t>2</m:t>
          </m:r>
          <m:r>
            <m:rPr>
              <m:sty m:val="p"/>
            </m:rPr>
            <m:t>,</m:t>
          </m:r>
          <m:r>
            <m:t>3</m:t>
          </m:r>
          <m:r>
            <m:rPr>
              <m:sty m:val="p"/>
            </m:rPr>
            <m:t>,</m:t>
          </m:r>
          <m:r>
            <m:t>4</m:t>
          </m:r>
          <m:r>
            <m:rPr>
              <m:sty m:val="p"/>
            </m:rPr>
            <m:t>,</m:t>
          </m:r>
          <m:r>
            <m:t>5</m:t>
          </m:r>
          <m:r>
            <m:rPr>
              <m:sty m:val="p"/>
            </m:rPr>
            <m:t>,</m:t>
          </m:r>
          <m:r>
            <m:t>7</m:t>
          </m:r>
          <m:r>
            <m:rPr>
              <m:sty m:val="p"/>
            </m:rPr>
            <m:t>,</m:t>
          </m:r>
          <m:r>
            <m:t>9</m:t>
          </m:r>
          <m:r>
            <m:rPr>
              <m:sty m:val="p"/>
            </m:rPr>
            <m:t>,</m:t>
          </m:r>
          <m:r>
            <m:t>11</m:t>
          </m:r>
          <m:r>
            <m:rPr>
              <m:sty m:val="p"/>
            </m:rPr>
            <m:t>,</m:t>
          </m:r>
          <m:r>
            <m:t>13</m:t>
          </m:r>
          <m:r>
            <m:rPr>
              <m:sty m:val="p"/>
            </m:rPr>
            <m:t>}</m:t>
          </m:r>
          <m:r>
            <m:rPr>
              <m:sty m:val="p"/>
            </m:rPr>
            <m:t>.</m:t>
          </m:r>
        </m:oMath>
      </m:oMathPara>
    </w:p>
    <w:p>
      <w:pPr>
        <w:pStyle w:val="FirstParagraph"/>
        <w:keepLines/>
      </w:pPr>
      <w:r>
        <w:t xml:space="preserve">Here</w:t>
      </w:r>
      <w:r>
        <w:t xml:space="preserve"> </w:t>
      </w:r>
      <m:oMath>
        <m:sSub>
          <m:e>
            <m:r>
              <m:t>q</m:t>
            </m:r>
          </m:e>
          <m:sub>
            <m:r>
              <m:t>0</m:t>
            </m:r>
          </m:sub>
        </m:sSub>
        <m:r>
          <m:rPr>
            <m:sty m:val="p"/>
          </m:rPr>
          <m:t>=</m:t>
        </m:r>
        <m:r>
          <m:t>20</m:t>
        </m:r>
      </m:oMath>
      <w:r>
        <w:t xml:space="preserve">, and the coefficients at the listed frequencies are</w:t>
      </w:r>
    </w:p>
    <w:p>
      <w:pPr>
        <w:pStyle w:val="BodyText"/>
        <w:keepLines/>
      </w:pPr>
      <m:oMathPara>
        <m:oMathParaPr>
          <m:jc m:val="center"/>
        </m:oMathParaPr>
        <m:oMath>
          <m:d>
            <m:dPr>
              <m:begChr m:val="("/>
              <m:sepChr m:val=""/>
              <m:endChr m:val=")"/>
              <m:grow/>
            </m:dPr>
            <m:e>
              <m:r>
                <m:t>4</m:t>
              </m:r>
              <m:r>
                <m:rPr>
                  <m:sty m:val="p"/>
                </m:rPr>
                <m:t>,</m:t>
              </m:r>
              <m:r>
                <m:rPr>
                  <m:sty m:val="p"/>
                </m:rPr>
                <m:t>−</m:t>
              </m:r>
              <m:r>
                <m:t>2</m:t>
              </m:r>
              <m:r>
                <m:rPr>
                  <m:sty m:val="p"/>
                </m:rPr>
                <m:t>,</m:t>
              </m:r>
              <m:r>
                <m:rPr>
                  <m:sty m:val="p"/>
                </m:rPr>
                <m:t>−</m:t>
              </m:r>
              <m:r>
                <m:t>7</m:t>
              </m:r>
              <m:r>
                <m:rPr>
                  <m:sty m:val="p"/>
                </m:rPr>
                <m:t>,</m:t>
              </m:r>
              <m:r>
                <m:rPr>
                  <m:sty m:val="p"/>
                </m:rPr>
                <m:t>−</m:t>
              </m:r>
              <m:r>
                <m:t>10</m:t>
              </m:r>
              <m:r>
                <m:rPr>
                  <m:sty m:val="p"/>
                </m:rPr>
                <m:t>,</m:t>
              </m:r>
              <m:r>
                <m:rPr>
                  <m:sty m:val="p"/>
                </m:rPr>
                <m:t>−</m:t>
              </m:r>
              <m:r>
                <m:t>2</m:t>
              </m:r>
              <m:r>
                <m:rPr>
                  <m:sty m:val="p"/>
                </m:rPr>
                <m:t>,</m:t>
              </m:r>
              <m:r>
                <m:t>4</m:t>
              </m:r>
              <m:r>
                <m:rPr>
                  <m:sty m:val="p"/>
                </m:rPr>
                <m:t>,</m:t>
              </m:r>
              <m:r>
                <m:rPr>
                  <m:sty m:val="p"/>
                </m:rPr>
                <m:t>−</m:t>
              </m:r>
              <m:r>
                <m:t>1</m:t>
              </m:r>
              <m:r>
                <m:rPr>
                  <m:sty m:val="p"/>
                </m:rPr>
                <m:t>,</m:t>
              </m:r>
              <m:r>
                <m:rPr>
                  <m:sty m:val="p"/>
                </m:rPr>
                <m:t>−</m:t>
              </m:r>
              <m:r>
                <m:t>3</m:t>
              </m:r>
              <m:r>
                <m:rPr>
                  <m:sty m:val="p"/>
                </m:rPr>
                <m:t>,</m:t>
              </m:r>
              <m:r>
                <m:rPr>
                  <m:sty m:val="p"/>
                </m:rPr>
                <m:t>−</m:t>
              </m:r>
              <m:r>
                <m:t>4</m:t>
              </m:r>
            </m:e>
          </m:d>
          <m:r>
            <m:rPr>
              <m:sty m:val="p"/>
            </m:rPr>
            <m:t>.</m:t>
          </m:r>
        </m:oMath>
      </m:oMathPara>
    </w:p>
    <w:p>
      <w:pPr>
        <w:pStyle w:val="FirstParagraph"/>
        <w:keepLines/>
      </w:pPr>
      <w:r>
        <w:t xml:space="preserve">Their sum is</w:t>
      </w:r>
      <w:r>
        <w:t xml:space="preserve"> </w:t>
      </w:r>
      <m:oMath>
        <m:r>
          <m:rPr>
            <m:sty m:val="p"/>
          </m:rPr>
          <m:t>−</m:t>
        </m:r>
        <m:r>
          <m:t>21</m:t>
        </m:r>
      </m:oMath>
      <w:r>
        <w:t xml:space="preserve">, so</w:t>
      </w:r>
      <w:r>
        <w:t xml:space="preserve"> </w:t>
      </w:r>
      <m:oMath>
        <m:sSub>
          <m:e>
            <m:r>
              <m:t>B</m:t>
            </m:r>
          </m:e>
          <m:sub>
            <m:r>
              <m:t>R</m:t>
            </m:r>
          </m:sub>
        </m:sSub>
        <m:r>
          <m:rPr>
            <m:sty m:val="p"/>
          </m:rPr>
          <m:t>=</m:t>
        </m:r>
        <m:r>
          <m:t>21</m:t>
        </m:r>
        <m:r>
          <m:rPr>
            <m:sty m:val="p"/>
          </m:rPr>
          <m:t>/</m:t>
        </m:r>
        <m:r>
          <m:t>20</m:t>
        </m:r>
      </m:oMath>
      <w:r>
        <w:t xml:space="preserve"> </w:t>
      </w:r>
      <w:r>
        <w:t xml:space="preserve">and</w:t>
      </w:r>
      <w:r>
        <w:t xml:space="preserve"> </w:t>
      </w:r>
      <m:oMath>
        <m:sSub>
          <m:e>
            <m:r>
              <m:t>B</m:t>
            </m:r>
          </m:e>
          <m:sub>
            <m:r>
              <m:t>R</m:t>
            </m:r>
          </m:sub>
        </m:sSub>
        <m:r>
          <m:rPr>
            <m:sty m:val="p"/>
          </m:rPr>
          <m:t>/</m:t>
        </m:r>
        <m:rad>
          <m:radPr>
            <m:degHide m:val="on"/>
          </m:radPr>
          <m:deg/>
          <m:e>
            <m:r>
              <m:t>9</m:t>
            </m:r>
          </m:e>
        </m:rad>
        <m:r>
          <m:rPr>
            <m:sty m:val="p"/>
          </m:rPr>
          <m:t>=</m:t>
        </m:r>
        <m:r>
          <m:t>7</m:t>
        </m:r>
        <m:r>
          <m:rPr>
            <m:sty m:val="p"/>
          </m:rPr>
          <m:t>/</m:t>
        </m:r>
        <m:r>
          <m:t>20</m:t>
        </m:r>
      </m:oMath>
      <w:r>
        <w:t xml:space="preserve">. This excludes any larger universal coefficient for this particular detector.</w:t>
      </w:r>
    </w:p>
    <w:p>
      <w:pPr>
        <w:pStyle w:val="BodyText"/>
        <w:keepLines/>
      </w:pPr>
      <w:r>
        <w:rPr>
          <w:bCs/>
          <w:b/>
        </w:rPr>
        <w:t xml:space="preserve">Finite computational result.</w:t>
      </w:r>
      <w:r>
        <w:t xml:space="preserve"> </w:t>
      </w:r>
      <w:r>
        <w:t xml:space="preserve">The archived exact enumeration of all</w:t>
      </w:r>
      <w:r>
        <w:t xml:space="preserve"> </w:t>
      </w:r>
      <m:oMath>
        <m:sSup>
          <m:e>
            <m:r>
              <m:t>2</m:t>
            </m:r>
          </m:e>
          <m:sup>
            <m:r>
              <m:t>18</m:t>
            </m:r>
          </m:sup>
        </m:sSup>
        <m:r>
          <m:rPr>
            <m:sty m:val="p"/>
          </m:rPr>
          <m:t>−</m:t>
        </m:r>
        <m:r>
          <m:t>1</m:t>
        </m:r>
        <m:r>
          <m:rPr>
            <m:sty m:val="p"/>
          </m:rPr>
          <m:t>=</m:t>
        </m:r>
        <m:r>
          <m:t>262</m:t>
        </m:r>
        <m:r>
          <m:rPr>
            <m:sty m:val="p"/>
          </m:rPr>
          <m:t>,</m:t>
        </m:r>
        <m:r>
          <m:t>143</m:t>
        </m:r>
      </m:oMath>
      <w:r>
        <w:t xml:space="preserve"> </w:t>
      </w:r>
      <w:r>
        <w:t xml:space="preserve">nonempty subsets of</w:t>
      </w:r>
      <w:r>
        <w:t xml:space="preserve"> </w:t>
      </w:r>
      <m:oMath>
        <m:r>
          <m:rPr>
            <m:sty m:val="p"/>
          </m:rPr>
          <m:t>{</m:t>
        </m:r>
        <m:r>
          <m:t>1</m:t>
        </m:r>
        <m:r>
          <m:rPr>
            <m:sty m:val="p"/>
          </m:rPr>
          <m:t>,</m:t>
        </m:r>
        <m:r>
          <m:rPr>
            <m:sty m:val="p"/>
          </m:rPr>
          <m:t>…</m:t>
        </m:r>
        <m:r>
          <m:rPr>
            <m:sty m:val="p"/>
          </m:rPr>
          <m:t>,</m:t>
        </m:r>
        <m:r>
          <m:t>18</m:t>
        </m:r>
        <m:r>
          <m:rPr>
            <m:sty m:val="p"/>
          </m:rPr>
          <m:t>}</m:t>
        </m:r>
      </m:oMath>
      <w:r>
        <w:t xml:space="preserve"> </w:t>
      </w:r>
      <w:r>
        <w:t xml:space="preserve">finds the minimum ratio</w:t>
      </w:r>
      <w:r>
        <w:t xml:space="preserve"> </w:t>
      </w:r>
      <m:oMath>
        <m:sSub>
          <m:e>
            <m:r>
              <m:t>B</m:t>
            </m:r>
          </m:e>
          <m:sub>
            <m:r>
              <m:t>R</m:t>
            </m:r>
          </m:sub>
        </m:sSub>
        <m:r>
          <m:rPr>
            <m:sty m:val="p"/>
          </m:rPr>
          <m:t>/</m:t>
        </m:r>
        <m:rad>
          <m:radPr>
            <m:degHide m:val="on"/>
          </m:radPr>
          <m:deg/>
          <m:e>
            <m:d>
              <m:dPr>
                <m:begChr m:val="|"/>
                <m:sepChr m:val=""/>
                <m:endChr m:val="|"/>
                <m:grow/>
              </m:dPr>
              <m:e>
                <m:r>
                  <m:t>A</m:t>
                </m:r>
              </m:e>
            </m:d>
          </m:e>
        </m:rad>
      </m:oMath>
      <w:r>
        <w:t xml:space="preserve"> </w:t>
      </w:r>
      <w:r>
        <w:t xml:space="preserve">to be exactly</w:t>
      </w:r>
      <w:r>
        <w:t xml:space="preserve"> </w:t>
      </w:r>
      <m:oMath>
        <m:r>
          <m:t>7</m:t>
        </m:r>
        <m:r>
          <m:rPr>
            <m:sty m:val="p"/>
          </m:rPr>
          <m:t>/</m:t>
        </m:r>
        <m:r>
          <m:t>20</m:t>
        </m:r>
      </m:oMath>
      <w:r>
        <w:t xml:space="preserve">. Comparisons use the exact sign and the rational number</w:t>
      </w:r>
      <w:r>
        <w:t xml:space="preserve"> </w:t>
      </w:r>
      <m:oMath>
        <m:sSubSup>
          <m:e>
            <m:r>
              <m:t>B</m:t>
            </m:r>
          </m:e>
          <m:sub>
            <m:r>
              <m:t>R</m:t>
            </m:r>
          </m:sub>
          <m:sup>
            <m:r>
              <m:t>2</m:t>
            </m:r>
          </m:sup>
        </m:sSubSup>
        <m:r>
          <m:rPr>
            <m:sty m:val="p"/>
          </m:rPr>
          <m:t>/</m:t>
        </m:r>
        <m:d>
          <m:dPr>
            <m:begChr m:val="|"/>
            <m:sepChr m:val=""/>
            <m:endChr m:val="|"/>
            <m:grow/>
          </m:dPr>
          <m:e>
            <m:r>
              <m:t>A</m:t>
            </m:r>
          </m:e>
        </m:d>
      </m:oMath>
      <w:r>
        <w:t xml:space="preserve">, not rounded square roots. A second coefficient method was compared for all 4,095 nonempty subsets of</w:t>
      </w:r>
      <w:r>
        <w:t xml:space="preserve"> </w:t>
      </w:r>
      <m:oMath>
        <m:r>
          <m:rPr>
            <m:sty m:val="p"/>
          </m:rPr>
          <m:t>{</m:t>
        </m:r>
        <m:r>
          <m:t>1</m:t>
        </m:r>
        <m:r>
          <m:rPr>
            <m:sty m:val="p"/>
          </m:rPr>
          <m:t>,</m:t>
        </m:r>
        <m:r>
          <m:rPr>
            <m:sty m:val="p"/>
          </m:rPr>
          <m:t>…</m:t>
        </m:r>
        <m:r>
          <m:rPr>
            <m:sty m:val="p"/>
          </m:rPr>
          <m:t>,</m:t>
        </m:r>
        <m:r>
          <m:t>12</m:t>
        </m:r>
        <m:r>
          <m:rPr>
            <m:sty m:val="p"/>
          </m:rPr>
          <m:t>}</m:t>
        </m:r>
      </m:oMath>
      <w:r>
        <w:t xml:space="preserve">. This is a finite-domain minimum. It neither proves</w:t>
      </w:r>
      <w:r>
        <w:t xml:space="preserve"> </w:t>
      </w:r>
      <m:oMath>
        <m:r>
          <m:t>7</m:t>
        </m:r>
        <m:r>
          <m:rPr>
            <m:sty m:val="p"/>
          </m:rPr>
          <m:t>/</m:t>
        </m:r>
        <m:r>
          <m:t>20</m:t>
        </m:r>
      </m:oMath>
      <w:r>
        <w:t xml:space="preserve"> </w:t>
      </w:r>
      <w:r>
        <w:t xml:space="preserve">valid for unrestricted sets nor rules out a smaller positive universal coefficient. It is also a result about</w:t>
      </w:r>
      <w:r>
        <w:t xml:space="preserve"> </w:t>
      </w:r>
      <m:oMath>
        <m:sSub>
          <m:e>
            <m:r>
              <m:t>B</m:t>
            </m:r>
          </m:e>
          <m:sub>
            <m:r>
              <m:t>R</m:t>
            </m:r>
          </m:sub>
        </m:sSub>
      </m:oMath>
      <w:r>
        <w:t xml:space="preserve">, not the actual extremum</w:t>
      </w:r>
      <w:r>
        <w:t xml:space="preserve"> </w:t>
      </w:r>
      <m:oMath>
        <m:r>
          <m:t>K</m:t>
        </m:r>
      </m:oMath>
      <w:r>
        <w:t xml:space="preserve">.</w:t>
      </w:r>
    </w:p>
    <w:bookmarkEnd w:id="113"/>
    <w:bookmarkStart w:id="118" w:name="appendix-k-detectors"/>
    <w:p>
      <w:pPr>
        <w:pStyle w:val="Heading2"/>
      </w:pPr>
      <w:r>
        <w:t xml:space="preserve">K. Negative moments, quantiles, and a saturating detector</w:t>
      </w:r>
    </w:p>
    <w:p>
      <w:pPr>
        <w:pStyle w:val="FirstParagraph"/>
        <w:keepLines/>
      </w:pPr>
      <w:r>
        <w:t xml:space="preserve">Let</w:t>
      </w:r>
      <w:r>
        <w:t xml:space="preserve"> </w:t>
      </w:r>
      <m:oMath>
        <m:sSub>
          <m:e>
            <m:r>
              <m:t>Y</m:t>
            </m:r>
          </m:e>
          <m:sub>
            <m:r>
              <m:t>A</m:t>
            </m:r>
          </m:sub>
        </m:sSub>
        <m:r>
          <m:rPr>
            <m:sty m:val="p"/>
          </m:rPr>
          <m:t>=</m:t>
        </m:r>
        <m:sSub>
          <m:e>
            <m:d>
              <m:dPr>
                <m:begChr m:val="("/>
                <m:sepChr m:val=""/>
                <m:endChr m:val=")"/>
                <m:grow/>
              </m:dPr>
              <m:e>
                <m:sSub>
                  <m:e>
                    <m:r>
                      <m:t>f</m:t>
                    </m:r>
                  </m:e>
                  <m:sub>
                    <m:r>
                      <m:t>A</m:t>
                    </m:r>
                  </m:sub>
                </m:sSub>
              </m:e>
            </m:d>
          </m:e>
          <m:sub>
            <m:r>
              <m:rPr>
                <m:sty m:val="p"/>
              </m:rPr>
              <m:t>−</m:t>
            </m:r>
          </m:sub>
        </m:sSub>
        <m:r>
          <m:rPr>
            <m:sty m:val="p"/>
          </m:rPr>
          <m:t>=</m:t>
        </m:r>
        <m:r>
          <m:rPr>
            <m:sty m:val="p"/>
          </m:rPr>
          <m:t>max</m:t>
        </m:r>
        <m:d>
          <m:dPr>
            <m:begChr m:val="("/>
            <m:sepChr m:val=""/>
            <m:endChr m:val=")"/>
            <m:grow/>
          </m:dPr>
          <m:e>
            <m:r>
              <m:rPr>
                <m:sty m:val="p"/>
              </m:rPr>
              <m:t>−</m:t>
            </m:r>
            <m:sSub>
              <m:e>
                <m:r>
                  <m:t>f</m:t>
                </m:r>
              </m:e>
              <m:sub>
                <m:r>
                  <m:t>A</m:t>
                </m:r>
              </m:sub>
            </m:sSub>
            <m:r>
              <m:rPr>
                <m:sty m:val="p"/>
              </m:rPr>
              <m:t>,</m:t>
            </m:r>
            <m:r>
              <m:t>0</m:t>
            </m:r>
          </m:e>
        </m:d>
      </m:oMath>
      <w:r>
        <w:t xml:space="preserve">. Every probability density</w:t>
      </w:r>
      <w:r>
        <w:t xml:space="preserve"> </w:t>
      </w:r>
      <m:oMath>
        <m:r>
          <m:t>ρ</m:t>
        </m:r>
        <m:r>
          <m:rPr>
            <m:sty m:val="p"/>
          </m:rPr>
          <m:t>≥</m:t>
        </m:r>
        <m:r>
          <m:t>0</m:t>
        </m:r>
      </m:oMath>
      <w:r>
        <w:t xml:space="preserve"> </w:t>
      </w:r>
      <w:r>
        <w:t xml:space="preserve">with</w:t>
      </w:r>
      <w:r>
        <w:t xml:space="preserve"> </w:t>
      </w:r>
      <m:oMath>
        <m:r>
          <m:rPr>
            <m:sty m:val="p"/>
            <m:scr m:val="double-struck"/>
          </m:rPr>
          <m:t>E</m:t>
        </m:r>
        <m:r>
          <m:t>ρ</m:t>
        </m:r>
        <m:r>
          <m:rPr>
            <m:sty m:val="p"/>
          </m:rPr>
          <m:t>=</m:t>
        </m:r>
        <m:r>
          <m:t>1</m:t>
        </m:r>
      </m:oMath>
      <w:r>
        <w:t xml:space="preserve"> </w:t>
      </w:r>
      <w:r>
        <w:t xml:space="preserve">yields a valid bound</w:t>
      </w:r>
      <w:r>
        <w:t xml:space="preserve"> </w:t>
      </w:r>
      <m:oMath>
        <m:r>
          <m:rPr>
            <m:sty m:val="p"/>
          </m:rPr>
          <m:t>−</m:t>
        </m:r>
        <m:r>
          <m:rPr>
            <m:sty m:val="p"/>
            <m:scr m:val="double-struck"/>
          </m:rPr>
          <m:t>E</m:t>
        </m:r>
        <m:d>
          <m:dPr>
            <m:begChr m:val="("/>
            <m:sepChr m:val=""/>
            <m:endChr m:val=")"/>
            <m:grow/>
          </m:dPr>
          <m:e>
            <m:r>
              <m:t>ρ</m:t>
            </m:r>
            <m:sSub>
              <m:e>
                <m:r>
                  <m:t>f</m:t>
                </m:r>
              </m:e>
              <m:sub>
                <m:r>
                  <m:t>A</m:t>
                </m:r>
              </m:sub>
            </m:sSub>
          </m:e>
        </m:d>
        <m:r>
          <m:rPr>
            <m:sty m:val="p"/>
          </m:rPr>
          <m:t>≤</m:t>
        </m:r>
        <m:r>
          <m:t>K</m:t>
        </m:r>
        <m:d>
          <m:dPr>
            <m:begChr m:val="("/>
            <m:sepChr m:val=""/>
            <m:endChr m:val=")"/>
            <m:grow/>
          </m:dPr>
          <m:e>
            <m:r>
              <m:t>A</m:t>
            </m:r>
          </m:e>
        </m:d>
      </m:oMath>
      <w:r>
        <w:t xml:space="preserve">. Many ideas in the investigation amount to selecting such a density, or to measuring a norm or quantile of</w:t>
      </w:r>
      <w:r>
        <w:t xml:space="preserve"> </w:t>
      </w:r>
      <m:oMath>
        <m:sSub>
          <m:e>
            <m:r>
              <m:t>Y</m:t>
            </m:r>
          </m:e>
          <m:sub>
            <m:r>
              <m:t>A</m:t>
            </m:r>
          </m:sub>
        </m:sSub>
      </m:oMath>
      <w:r>
        <w:t xml:space="preserve">. Their validity as lower bounds must be distinguished from their ability to retain a uniform square-root scale.</w:t>
      </w:r>
    </w:p>
    <w:bookmarkStart w:id="114" w:name="Xfd692753fc099d59b628928e5ba534356e25e5e"/>
    <w:p>
      <w:pPr>
        <w:pStyle w:val="Heading3"/>
      </w:pPr>
      <w:r>
        <w:t xml:space="preserve">K.1. The first absolute moment and the fourth moment</w:t>
      </w:r>
    </w:p>
    <w:p>
      <w:pPr>
        <w:pStyle w:val="FirstParagraph"/>
        <w:keepLines/>
      </w:pPr>
      <w:r>
        <w:t xml:space="preserve">Since</w:t>
      </w:r>
      <w:r>
        <w:t xml:space="preserve"> </w:t>
      </w:r>
      <m:oMath>
        <m:r>
          <m:rPr>
            <m:sty m:val="p"/>
            <m:scr m:val="double-struck"/>
          </m:rPr>
          <m:t>E</m:t>
        </m:r>
        <m:sSub>
          <m:e>
            <m:r>
              <m:t>f</m:t>
            </m:r>
          </m:e>
          <m:sub>
            <m:r>
              <m:t>A</m:t>
            </m:r>
          </m:sub>
        </m:sSub>
        <m:r>
          <m:rPr>
            <m:sty m:val="p"/>
          </m:rPr>
          <m:t>=</m:t>
        </m:r>
        <m:r>
          <m:t>0</m:t>
        </m:r>
      </m:oMath>
      <w:r>
        <w:t xml:space="preserve">, its positive and negative parts have equal integrals. Therefore</w:t>
      </w:r>
    </w:p>
    <w:p>
      <w:pPr>
        <w:pStyle w:val="BodyText"/>
        <w:keepNext/>
        <w:keepLines/>
      </w:pPr>
      <m:oMathPara>
        <m:oMathParaPr>
          <m:jc m:val="center"/>
        </m:oMathParaPr>
        <m:oMath>
          <m:r>
            <m:t>K</m:t>
          </m:r>
          <m:d>
            <m:dPr>
              <m:begChr m:val="("/>
              <m:sepChr m:val=""/>
              <m:endChr m:val=")"/>
              <m:grow/>
            </m:dPr>
            <m:e>
              <m:r>
                <m:t>A</m:t>
              </m:r>
            </m:e>
          </m:d>
          <m:r>
            <m:rPr>
              <m:sty m:val="p"/>
            </m:rPr>
            <m:t>≥</m:t>
          </m:r>
          <m:r>
            <m:rPr>
              <m:sty m:val="p"/>
              <m:scr m:val="double-struck"/>
            </m:rPr>
            <m:t>E</m:t>
          </m:r>
          <m:sSub>
            <m:e>
              <m:r>
                <m:t>Y</m:t>
              </m:r>
            </m:e>
            <m:sub>
              <m:r>
                <m:t>A</m:t>
              </m:r>
            </m:sub>
          </m:sSub>
          <m:r>
            <m:rPr>
              <m:sty m:val="p"/>
            </m:rPr>
            <m:t>=</m:t>
          </m:r>
          <m:f>
            <m:fPr>
              <m:type m:val="bar"/>
            </m:fPr>
            <m:num>
              <m:r>
                <m:t>1</m:t>
              </m:r>
            </m:num>
            <m:den>
              <m:r>
                <m:t>2</m:t>
              </m:r>
            </m:den>
          </m:f>
          <m:r>
            <m:rPr>
              <m:sty m:val="p"/>
            </m:rPr>
            <m:t>∥</m:t>
          </m:r>
          <m:sSub>
            <m:e>
              <m:r>
                <m:t>f</m:t>
              </m:r>
            </m:e>
            <m:sub>
              <m:r>
                <m:t>A</m:t>
              </m:r>
            </m:sub>
          </m:sSub>
          <m:sSub>
            <m:e>
              <m:r>
                <m:rPr>
                  <m:sty m:val="p"/>
                </m:rPr>
                <m:t>∥</m:t>
              </m:r>
            </m:e>
            <m:sub>
              <m:r>
                <m:t>1</m:t>
              </m:r>
            </m:sub>
          </m:sSub>
          <m:r>
            <m:rPr>
              <m:sty m:val="p"/>
            </m:rPr>
            <m:t>.</m:t>
          </m:r>
        </m:oMath>
      </m:oMathPara>
    </w:p>
    <w:p>
      <w:pPr>
        <w:pStyle w:val="Caption"/>
        <w:spacing w:before="0" w:after="140"/>
      </w:pPr>
      <w:r>
        <w:t xml:space="preserve">Equation (K.1)</w:t>
      </w:r>
    </w:p>
    <w:p>
      <w:pPr>
        <w:pStyle w:val="BodyText"/>
        <w:keepLines/>
      </w:pPr>
      <w:r>
        <w:t xml:space="preserve">Hölder’s inequality, applied to</w:t>
      </w:r>
      <w:r>
        <w:t xml:space="preserve"> </w:t>
      </w:r>
      <m:oMath>
        <m:sSup>
          <m:e>
            <m:d>
              <m:dPr>
                <m:begChr m:val="|"/>
                <m:sepChr m:val=""/>
                <m:endChr m:val="|"/>
                <m:grow/>
              </m:dPr>
              <m:e>
                <m:r>
                  <m:t>f</m:t>
                </m:r>
              </m:e>
            </m:d>
          </m:e>
          <m:sup>
            <m:r>
              <m:t>2</m:t>
            </m:r>
            <m:r>
              <m:rPr>
                <m:sty m:val="p"/>
              </m:rPr>
              <m:t>/</m:t>
            </m:r>
            <m:r>
              <m:t>3</m:t>
            </m:r>
          </m:sup>
        </m:sSup>
        <m:sSup>
          <m:e>
            <m:d>
              <m:dPr>
                <m:begChr m:val="|"/>
                <m:sepChr m:val=""/>
                <m:endChr m:val="|"/>
                <m:grow/>
              </m:dPr>
              <m:e>
                <m:r>
                  <m:t>f</m:t>
                </m:r>
              </m:e>
            </m:d>
          </m:e>
          <m:sup>
            <m:r>
              <m:t>4</m:t>
            </m:r>
            <m:r>
              <m:rPr>
                <m:sty m:val="p"/>
              </m:rPr>
              <m:t>/</m:t>
            </m:r>
            <m:r>
              <m:t>3</m:t>
            </m:r>
          </m:sup>
        </m:sSup>
      </m:oMath>
      <w:r>
        <w:t xml:space="preserve">, gives</w:t>
      </w:r>
    </w:p>
    <w:p>
      <w:pPr>
        <w:pStyle w:val="BodyText"/>
        <w:keepNext/>
        <w:keepLines/>
      </w:pPr>
      <m:oMathPara>
        <m:oMathParaPr>
          <m:jc m:val="center"/>
        </m:oMathParaPr>
        <m:oMath>
          <m:sSub>
            <m:e>
              <m:r>
                <m:t>M</m:t>
              </m:r>
            </m:e>
            <m:sub>
              <m:r>
                <m:t>2</m:t>
              </m:r>
            </m:sub>
          </m:sSub>
          <m:r>
            <m:rPr>
              <m:sty m:val="p"/>
            </m:rPr>
            <m:t>≤</m:t>
          </m:r>
          <m:r>
            <m:rPr>
              <m:sty m:val="p"/>
            </m:rPr>
            <m:t>∥</m:t>
          </m:r>
          <m:r>
            <m:t>f</m:t>
          </m:r>
          <m:sSubSup>
            <m:e>
              <m:r>
                <m:rPr>
                  <m:sty m:val="p"/>
                </m:rPr>
                <m:t>∥</m:t>
              </m:r>
            </m:e>
            <m:sub>
              <m:r>
                <m:t>1</m:t>
              </m:r>
            </m:sub>
            <m:sup>
              <m:r>
                <m:t>2</m:t>
              </m:r>
              <m:r>
                <m:rPr>
                  <m:sty m:val="p"/>
                </m:rPr>
                <m:t>/</m:t>
              </m:r>
              <m:r>
                <m:t>3</m:t>
              </m:r>
            </m:sup>
          </m:sSubSup>
          <m:sSubSup>
            <m:e>
              <m:r>
                <m:t>M</m:t>
              </m:r>
            </m:e>
            <m:sub>
              <m:r>
                <m:t>4</m:t>
              </m:r>
            </m:sub>
            <m:sup>
              <m:r>
                <m:t>1</m:t>
              </m:r>
              <m:r>
                <m:rPr>
                  <m:sty m:val="p"/>
                </m:rPr>
                <m:t>/</m:t>
              </m:r>
              <m:r>
                <m:t>3</m:t>
              </m:r>
            </m:sup>
          </m:sSubSup>
          <m:r>
            <m:rPr>
              <m:sty m:val="p"/>
            </m:rPr>
            <m:t>,</m:t>
          </m:r>
          <m:r>
            <m:t> </m:t>
          </m:r>
          <m:r>
            <m:t>K</m:t>
          </m:r>
          <m:d>
            <m:dPr>
              <m:begChr m:val="("/>
              <m:sepChr m:val=""/>
              <m:endChr m:val=")"/>
              <m:grow/>
            </m:dPr>
            <m:e>
              <m:r>
                <m:t>A</m:t>
              </m:r>
            </m:e>
          </m:d>
          <m:r>
            <m:rPr>
              <m:sty m:val="p"/>
            </m:rPr>
            <m:t>≥</m:t>
          </m:r>
          <m:f>
            <m:fPr>
              <m:type m:val="bar"/>
            </m:fPr>
            <m:num>
              <m:sSubSup>
                <m:e>
                  <m:r>
                    <m:t>M</m:t>
                  </m:r>
                </m:e>
                <m:sub>
                  <m:r>
                    <m:t>2</m:t>
                  </m:r>
                </m:sub>
                <m:sup>
                  <m:r>
                    <m:t>3</m:t>
                  </m:r>
                  <m:r>
                    <m:rPr>
                      <m:sty m:val="p"/>
                    </m:rPr>
                    <m:t>/</m:t>
                  </m:r>
                  <m:r>
                    <m:t>2</m:t>
                  </m:r>
                </m:sup>
              </m:sSubSup>
            </m:num>
            <m:den>
              <m:r>
                <m:t>2</m:t>
              </m:r>
              <m:rad>
                <m:radPr>
                  <m:degHide m:val="on"/>
                </m:radPr>
                <m:deg/>
                <m:e>
                  <m:sSub>
                    <m:e>
                      <m:r>
                        <m:t>M</m:t>
                      </m:r>
                    </m:e>
                    <m:sub>
                      <m:r>
                        <m:t>4</m:t>
                      </m:r>
                    </m:sub>
                  </m:sSub>
                </m:e>
              </m:rad>
            </m:den>
          </m:f>
          <m:r>
            <m:rPr>
              <m:sty m:val="p"/>
            </m:rPr>
            <m:t>=</m:t>
          </m:r>
          <m:f>
            <m:fPr>
              <m:type m:val="bar"/>
            </m:fPr>
            <m:num>
              <m:sSup>
                <m:e>
                  <m:r>
                    <m:t>N</m:t>
                  </m:r>
                </m:e>
                <m:sup>
                  <m:r>
                    <m:t>3</m:t>
                  </m:r>
                  <m:r>
                    <m:rPr>
                      <m:sty m:val="p"/>
                    </m:rPr>
                    <m:t>/</m:t>
                  </m:r>
                  <m:r>
                    <m:t>2</m:t>
                  </m:r>
                </m:sup>
              </m:sSup>
            </m:num>
            <m:den>
              <m:r>
                <m:t>4</m:t>
              </m:r>
              <m:rad>
                <m:radPr>
                  <m:degHide m:val="on"/>
                </m:radPr>
                <m:deg/>
                <m:e>
                  <m:r>
                    <m:t>2</m:t>
                  </m:r>
                </m:e>
              </m:rad>
              <m:rad>
                <m:radPr>
                  <m:degHide m:val="on"/>
                </m:radPr>
                <m:deg/>
                <m:e>
                  <m:sSub>
                    <m:e>
                      <m:r>
                        <m:t>M</m:t>
                      </m:r>
                    </m:e>
                    <m:sub>
                      <m:r>
                        <m:t>4</m:t>
                      </m:r>
                    </m:sub>
                  </m:sSub>
                </m:e>
              </m:rad>
            </m:den>
          </m:f>
          <m:r>
            <m:rPr>
              <m:sty m:val="p"/>
            </m:rPr>
            <m:t>.</m:t>
          </m:r>
        </m:oMath>
      </m:oMathPara>
    </w:p>
    <w:p>
      <w:pPr>
        <w:pStyle w:val="Caption"/>
        <w:spacing w:before="0" w:after="140"/>
      </w:pPr>
      <w:r>
        <w:t xml:space="preserve">Equation (K.2)</w:t>
      </w:r>
    </w:p>
    <w:p>
      <w:pPr>
        <w:pStyle w:val="BodyText"/>
        <w:keepLines/>
      </w:pPr>
      <w:r>
        <w:t xml:space="preserve">A bound</w:t>
      </w:r>
      <w:r>
        <w:t xml:space="preserve"> </w:t>
      </w:r>
      <m:oMath>
        <m:sSub>
          <m:e>
            <m:r>
              <m:t>M</m:t>
            </m:r>
          </m:e>
          <m:sub>
            <m:r>
              <m:t>4</m:t>
            </m:r>
          </m:sub>
        </m:sSub>
        <m:r>
          <m:rPr>
            <m:sty m:val="p"/>
          </m:rPr>
          <m:t>/</m:t>
        </m:r>
        <m:sSubSup>
          <m:e>
            <m:r>
              <m:t>M</m:t>
            </m:r>
          </m:e>
          <m:sub>
            <m:r>
              <m:t>2</m:t>
            </m:r>
          </m:sub>
          <m:sup>
            <m:r>
              <m:t>2</m:t>
            </m:r>
          </m:sup>
        </m:sSubSup>
        <m:r>
          <m:rPr>
            <m:sty m:val="p"/>
          </m:rPr>
          <m:t>≤</m:t>
        </m:r>
        <m:r>
          <m:t>C</m:t>
        </m:r>
      </m:oMath>
      <w:r>
        <w:t xml:space="preserve"> </w:t>
      </w:r>
      <w:r>
        <w:t xml:space="preserve">by an absolute constant would make (K.2) a square-root certificate on that class. It is false as a uniform assumption: (F.5) gives</w:t>
      </w:r>
      <w:r>
        <w:t xml:space="preserve"> </w:t>
      </w:r>
      <m:oMath>
        <m:sSub>
          <m:e>
            <m:r>
              <m:t>M</m:t>
            </m:r>
          </m:e>
          <m:sub>
            <m:r>
              <m:t>4</m:t>
            </m:r>
          </m:sub>
        </m:sSub>
        <m:r>
          <m:rPr>
            <m:sty m:val="p"/>
          </m:rPr>
          <m:t>/</m:t>
        </m:r>
        <m:sSubSup>
          <m:e>
            <m:r>
              <m:t>M</m:t>
            </m:r>
          </m:e>
          <m:sub>
            <m:r>
              <m:t>2</m:t>
            </m:r>
          </m:sub>
          <m:sup>
            <m:r>
              <m:t>2</m:t>
            </m:r>
          </m:sup>
        </m:sSubSup>
        <m:r>
          <m:rPr>
            <m:sty m:val="p"/>
          </m:rPr>
          <m:t>∼</m:t>
        </m:r>
        <m:r>
          <m:t>4</m:t>
        </m:r>
        <m:r>
          <m:t>N</m:t>
        </m:r>
        <m:r>
          <m:rPr>
            <m:sty m:val="p"/>
          </m:rPr>
          <m:t>/</m:t>
        </m:r>
        <m:r>
          <m:t>3</m:t>
        </m:r>
      </m:oMath>
      <w:r>
        <w:t xml:space="preserve"> </w:t>
      </w:r>
      <w:r>
        <w:t xml:space="preserve">for intervals.</w:t>
      </w:r>
    </w:p>
    <w:p>
      <w:pPr>
        <w:pStyle w:val="BodyText"/>
      </w:pPr>
      <w:r>
        <w:t xml:space="preserve">There is an arithmetic caution in interpreting the fourth moment. Define the ordered counts</w:t>
      </w:r>
    </w:p>
    <w:p>
      <w:pPr>
        <w:pStyle w:val="BodyText"/>
        <w:keepLines/>
      </w:pPr>
      <m:oMathPara>
        <m:oMathParaPr>
          <m:jc m:val="center"/>
        </m:oMathParaPr>
        <m:oMath>
          <m:r>
            <m:t>E</m:t>
          </m:r>
          <m:d>
            <m:dPr>
              <m:begChr m:val="("/>
              <m:sepChr m:val=""/>
              <m:endChr m:val=")"/>
              <m:grow/>
            </m:dPr>
            <m:e>
              <m:r>
                <m:t>A</m:t>
              </m:r>
            </m:e>
          </m:d>
          <m:r>
            <m:rPr>
              <m:sty m:val="p"/>
            </m:rPr>
            <m:t>=</m:t>
          </m:r>
          <m:r>
            <m:rPr>
              <m:sty m:val="p"/>
            </m:rPr>
            <m:t>#</m:t>
          </m:r>
          <m:r>
            <m:rPr>
              <m:sty m:val="p"/>
            </m:rPr>
            <m:t>{</m:t>
          </m:r>
          <m:d>
            <m:dPr>
              <m:begChr m:val="("/>
              <m:sepChr m:val=""/>
              <m:endChr m:val=")"/>
              <m:grow/>
            </m:dPr>
            <m:e>
              <m:r>
                <m:t>a</m:t>
              </m:r>
              <m:r>
                <m:rPr>
                  <m:sty m:val="p"/>
                </m:rPr>
                <m:t>,</m:t>
              </m:r>
              <m:r>
                <m:t>b</m:t>
              </m:r>
              <m:r>
                <m:rPr>
                  <m:sty m:val="p"/>
                </m:rPr>
                <m:t>,</m:t>
              </m:r>
              <m:r>
                <m:t>c</m:t>
              </m:r>
              <m:r>
                <m:rPr>
                  <m:sty m:val="p"/>
                </m:rPr>
                <m:t>,</m:t>
              </m:r>
              <m:r>
                <m:t>d</m:t>
              </m:r>
            </m:e>
          </m:d>
          <m:r>
            <m:rPr>
              <m:sty m:val="p"/>
            </m:rPr>
            <m:t>∈</m:t>
          </m:r>
          <m:sSup>
            <m:e>
              <m:r>
                <m:t>A</m:t>
              </m:r>
            </m:e>
            <m:sup>
              <m:r>
                <m:t>4</m:t>
              </m:r>
            </m:sup>
          </m:sSup>
          <m:r>
            <m:rPr>
              <m:sty m:val="p"/>
            </m:rPr>
            <m:t>:</m:t>
          </m:r>
          <m:r>
            <m:t>a</m:t>
          </m:r>
          <m:r>
            <m:rPr>
              <m:sty m:val="p"/>
            </m:rPr>
            <m:t>+</m:t>
          </m:r>
          <m:r>
            <m:t>b</m:t>
          </m:r>
          <m:r>
            <m:rPr>
              <m:sty m:val="p"/>
            </m:rPr>
            <m:t>=</m:t>
          </m:r>
          <m:r>
            <m:t>c</m:t>
          </m:r>
          <m:r>
            <m:rPr>
              <m:sty m:val="p"/>
            </m:rPr>
            <m:t>+</m:t>
          </m:r>
          <m:r>
            <m:t>d</m:t>
          </m:r>
          <m:r>
            <m:rPr>
              <m:sty m:val="p"/>
            </m:rPr>
            <m:t>}</m:t>
          </m:r>
          <m:r>
            <m:rPr>
              <m:sty m:val="p"/>
            </m:rPr>
            <m:t>,</m:t>
          </m:r>
        </m:oMath>
      </m:oMathPara>
    </w:p>
    <w:p>
      <w:pPr>
        <w:pStyle w:val="FirstParagraph"/>
        <w:keepLines/>
      </w:pPr>
      <m:oMathPara>
        <m:oMathParaPr>
          <m:jc m:val="center"/>
        </m:oMathParaPr>
        <m:oMath>
          <m:r>
            <m:t>T</m:t>
          </m:r>
          <m:d>
            <m:dPr>
              <m:begChr m:val="("/>
              <m:sepChr m:val=""/>
              <m:endChr m:val=")"/>
              <m:grow/>
            </m:dPr>
            <m:e>
              <m:r>
                <m:t>A</m:t>
              </m:r>
            </m:e>
          </m:d>
          <m:r>
            <m:rPr>
              <m:sty m:val="p"/>
            </m:rPr>
            <m:t>=</m:t>
          </m:r>
          <m:r>
            <m:rPr>
              <m:sty m:val="p"/>
            </m:rPr>
            <m:t>#</m:t>
          </m:r>
          <m:r>
            <m:rPr>
              <m:sty m:val="p"/>
            </m:rPr>
            <m:t>{</m:t>
          </m:r>
          <m:d>
            <m:dPr>
              <m:begChr m:val="("/>
              <m:sepChr m:val=""/>
              <m:endChr m:val=")"/>
              <m:grow/>
            </m:dPr>
            <m:e>
              <m:r>
                <m:t>a</m:t>
              </m:r>
              <m:r>
                <m:rPr>
                  <m:sty m:val="p"/>
                </m:rPr>
                <m:t>,</m:t>
              </m:r>
              <m:r>
                <m:t>b</m:t>
              </m:r>
              <m:r>
                <m:rPr>
                  <m:sty m:val="p"/>
                </m:rPr>
                <m:t>,</m:t>
              </m:r>
              <m:r>
                <m:t>c</m:t>
              </m:r>
              <m:r>
                <m:rPr>
                  <m:sty m:val="p"/>
                </m:rPr>
                <m:t>,</m:t>
              </m:r>
              <m:r>
                <m:t>d</m:t>
              </m:r>
            </m:e>
          </m:d>
          <m:r>
            <m:rPr>
              <m:sty m:val="p"/>
            </m:rPr>
            <m:t>∈</m:t>
          </m:r>
          <m:sSup>
            <m:e>
              <m:r>
                <m:t>A</m:t>
              </m:r>
            </m:e>
            <m:sup>
              <m:r>
                <m:t>4</m:t>
              </m:r>
            </m:sup>
          </m:sSup>
          <m:r>
            <m:rPr>
              <m:sty m:val="p"/>
            </m:rPr>
            <m:t>:</m:t>
          </m:r>
          <m:r>
            <m:t>a</m:t>
          </m:r>
          <m:r>
            <m:rPr>
              <m:sty m:val="p"/>
            </m:rPr>
            <m:t>+</m:t>
          </m:r>
          <m:r>
            <m:t>b</m:t>
          </m:r>
          <m:r>
            <m:rPr>
              <m:sty m:val="p"/>
            </m:rPr>
            <m:t>+</m:t>
          </m:r>
          <m:r>
            <m:t>c</m:t>
          </m:r>
          <m:r>
            <m:rPr>
              <m:sty m:val="p"/>
            </m:rPr>
            <m:t>=</m:t>
          </m:r>
          <m:r>
            <m:t>d</m:t>
          </m:r>
          <m:r>
            <m:rPr>
              <m:sty m:val="p"/>
            </m:rPr>
            <m:t>}</m:t>
          </m:r>
          <m:r>
            <m:rPr>
              <m:sty m:val="p"/>
            </m:rPr>
            <m:t>.</m:t>
          </m:r>
        </m:oMath>
      </m:oMathPara>
    </w:p>
    <w:p>
      <w:pPr>
        <w:pStyle w:val="FirstParagraph"/>
      </w:pPr>
      <w:r>
        <w:t xml:space="preserve">Separating two-positive/two-negative and three-positive/one-negative signed tuples in (C.1) yields</w:t>
      </w:r>
    </w:p>
    <w:p>
      <w:pPr>
        <w:pStyle w:val="BodyText"/>
        <w:keepNext/>
        <w:keepLines/>
      </w:pPr>
      <m:oMathPara>
        <m:oMathParaPr>
          <m:jc m:val="center"/>
        </m:oMathParaPr>
        <m:oMath>
          <m:sSub>
            <m:e>
              <m:r>
                <m:t>M</m:t>
              </m:r>
            </m:e>
            <m:sub>
              <m:r>
                <m:t>4</m:t>
              </m:r>
            </m:sub>
          </m:sSub>
          <m:r>
            <m:rPr>
              <m:sty m:val="p"/>
            </m:rPr>
            <m:t>=</m:t>
          </m:r>
          <m:f>
            <m:fPr>
              <m:type m:val="bar"/>
            </m:fPr>
            <m:num>
              <m:r>
                <m:t>3</m:t>
              </m:r>
            </m:num>
            <m:den>
              <m:r>
                <m:t>8</m:t>
              </m:r>
            </m:den>
          </m:f>
          <m:r>
            <m:t>E</m:t>
          </m:r>
          <m:d>
            <m:dPr>
              <m:begChr m:val="("/>
              <m:sepChr m:val=""/>
              <m:endChr m:val=")"/>
              <m:grow/>
            </m:dPr>
            <m:e>
              <m:r>
                <m:t>A</m:t>
              </m:r>
            </m:e>
          </m:d>
          <m:r>
            <m:rPr>
              <m:sty m:val="p"/>
            </m:rPr>
            <m:t>+</m:t>
          </m:r>
          <m:f>
            <m:fPr>
              <m:type m:val="bar"/>
            </m:fPr>
            <m:num>
              <m:r>
                <m:t>1</m:t>
              </m:r>
            </m:num>
            <m:den>
              <m:r>
                <m:t>2</m:t>
              </m:r>
            </m:den>
          </m:f>
          <m:r>
            <m:t>T</m:t>
          </m:r>
          <m:d>
            <m:dPr>
              <m:begChr m:val="("/>
              <m:sepChr m:val=""/>
              <m:endChr m:val=")"/>
              <m:grow/>
            </m:dPr>
            <m:e>
              <m:r>
                <m:t>A</m:t>
              </m:r>
            </m:e>
          </m:d>
          <m:r>
            <m:rPr>
              <m:sty m:val="p"/>
            </m:rPr>
            <m:t>.</m:t>
          </m:r>
        </m:oMath>
      </m:oMathPara>
    </w:p>
    <w:p>
      <w:pPr>
        <w:pStyle w:val="Caption"/>
        <w:spacing w:before="0" w:after="140"/>
      </w:pPr>
      <w:r>
        <w:t xml:space="preserve">Equation (K.3)</w:t>
      </w:r>
    </w:p>
    <w:p>
      <w:pPr>
        <w:pStyle w:val="BodyText"/>
        <w:keepLines/>
      </w:pPr>
      <w:r>
        <w:t xml:space="preserve">The second term cannot simply be omitted. There are six sign placements in the first case and eight in the second, followed by division by</w:t>
      </w:r>
      <w:r>
        <w:t xml:space="preserve"> </w:t>
      </w:r>
      <m:oMath>
        <m:sSup>
          <m:e>
            <m:r>
              <m:t>2</m:t>
            </m:r>
          </m:e>
          <m:sup>
            <m:r>
              <m:t>4</m:t>
            </m:r>
          </m:sup>
        </m:sSup>
      </m:oMath>
      <w:r>
        <w:t xml:space="preserve">.</w:t>
      </w:r>
    </w:p>
    <w:p>
      <w:pPr>
        <w:pStyle w:val="BodyText"/>
      </w:pPr>
      <w:r>
        <w:t xml:space="preserve">On the interval family, the elementary estimate</w:t>
      </w:r>
    </w:p>
    <w:p>
      <w:pPr>
        <w:pStyle w:val="BodyText"/>
        <w:keepNext/>
        <w:keepLines/>
      </w:pPr>
      <m:oMathPara>
        <m:oMathParaPr>
          <m:jc m:val="center"/>
        </m:oMathParaPr>
        <m:oMath>
          <m:d>
            <m:dPr>
              <m:begChr m:val="|"/>
              <m:sepChr m:val=""/>
              <m:endChr m:val="|"/>
              <m:grow/>
            </m:dPr>
            <m:e>
              <m:sSub>
                <m:e>
                  <m:r>
                    <m:t>D</m:t>
                  </m:r>
                </m:e>
                <m:sub>
                  <m:r>
                    <m:t>N</m:t>
                  </m:r>
                </m:sub>
              </m:sSub>
              <m:d>
                <m:dPr>
                  <m:begChr m:val="("/>
                  <m:sepChr m:val=""/>
                  <m:endChr m:val=")"/>
                  <m:grow/>
                </m:dPr>
                <m:e>
                  <m:r>
                    <m:t>x</m:t>
                  </m:r>
                </m:e>
              </m:d>
            </m:e>
          </m:d>
          <m:r>
            <m:rPr>
              <m:sty m:val="p"/>
            </m:rPr>
            <m:t>≤</m:t>
          </m:r>
          <m:r>
            <m:rPr>
              <m:sty m:val="p"/>
            </m:rPr>
            <m:t>min</m:t>
          </m:r>
          <m:d>
            <m:dPr>
              <m:begChr m:val="("/>
              <m:sepChr m:val=""/>
              <m:endChr m:val=")"/>
              <m:grow/>
            </m:dPr>
            <m:e>
              <m:r>
                <m:t>L</m:t>
              </m:r>
              <m:r>
                <m:rPr>
                  <m:sty m:val="p"/>
                </m:rPr>
                <m:t>,</m:t>
              </m:r>
              <m:r>
                <m:t>π</m:t>
              </m:r>
              <m:r>
                <m:rPr>
                  <m:sty m:val="p"/>
                </m:rPr>
                <m:t>/</m:t>
              </m:r>
              <m:d>
                <m:dPr>
                  <m:begChr m:val="|"/>
                  <m:sepChr m:val=""/>
                  <m:endChr m:val="|"/>
                  <m:grow/>
                </m:dPr>
                <m:e>
                  <m:r>
                    <m:t>x</m:t>
                  </m:r>
                </m:e>
              </m:d>
            </m:e>
          </m:d>
          <m:r>
            <m:rPr>
              <m:sty m:val="p"/>
            </m:rPr>
            <m:t>,</m:t>
          </m:r>
          <m:r>
            <m:t>  </m:t>
          </m:r>
          <m:r>
            <m:t>0</m:t>
          </m:r>
          <m:r>
            <m:rPr>
              <m:sty m:val="p"/>
            </m:rPr>
            <m:t>&lt;</m:t>
          </m:r>
          <m:d>
            <m:dPr>
              <m:begChr m:val="|"/>
              <m:sepChr m:val=""/>
              <m:endChr m:val="|"/>
              <m:grow/>
            </m:dPr>
            <m:e>
              <m:r>
                <m:t>x</m:t>
              </m:r>
            </m:e>
          </m:d>
          <m:r>
            <m:rPr>
              <m:sty m:val="p"/>
            </m:rPr>
            <m:t>≤</m:t>
          </m:r>
          <m:r>
            <m:t>π</m:t>
          </m:r>
          <m:r>
            <m:rPr>
              <m:sty m:val="p"/>
            </m:rPr>
            <m:t>,</m:t>
          </m:r>
        </m:oMath>
      </m:oMathPara>
    </w:p>
    <w:p>
      <w:pPr>
        <w:pStyle w:val="Caption"/>
        <w:spacing w:before="0" w:after="140"/>
      </w:pPr>
      <w:r>
        <w:t xml:space="preserve">Equation (K.4)</w:t>
      </w:r>
    </w:p>
    <w:p>
      <w:pPr>
        <w:pStyle w:val="BodyText"/>
        <w:keepLines/>
      </w:pPr>
      <w:r>
        <w:t xml:space="preserve">follows from</w:t>
      </w:r>
      <w:r>
        <w:t xml:space="preserve"> </w:t>
      </w:r>
      <m:oMath>
        <m:r>
          <m:rPr>
            <m:sty m:val="p"/>
          </m:rPr>
          <m:t>sin</m:t>
        </m:r>
        <m:d>
          <m:dPr>
            <m:begChr m:val="("/>
            <m:sepChr m:val=""/>
            <m:endChr m:val=")"/>
            <m:grow/>
          </m:dPr>
          <m:e>
            <m:d>
              <m:dPr>
                <m:begChr m:val="|"/>
                <m:sepChr m:val=""/>
                <m:endChr m:val="|"/>
                <m:grow/>
              </m:dPr>
              <m:e>
                <m:r>
                  <m:t>x</m:t>
                </m:r>
              </m:e>
            </m:d>
            <m:r>
              <m:rPr>
                <m:sty m:val="p"/>
              </m:rPr>
              <m:t>/</m:t>
            </m:r>
            <m:r>
              <m:t>2</m:t>
            </m:r>
          </m:e>
        </m:d>
        <m:r>
          <m:rPr>
            <m:sty m:val="p"/>
          </m:rPr>
          <m:t>≥</m:t>
        </m:r>
        <m:d>
          <m:dPr>
            <m:begChr m:val="|"/>
            <m:sepChr m:val=""/>
            <m:endChr m:val="|"/>
            <m:grow/>
          </m:dPr>
          <m:e>
            <m:r>
              <m:t>x</m:t>
            </m:r>
          </m:e>
        </m:d>
        <m:r>
          <m:rPr>
            <m:sty m:val="p"/>
          </m:rPr>
          <m:t>/</m:t>
        </m:r>
        <m:r>
          <m:t>π</m:t>
        </m:r>
      </m:oMath>
      <w:r>
        <w:t xml:space="preserve">. Splitting its integral at</w:t>
      </w:r>
      <w:r>
        <w:t xml:space="preserve"> </w:t>
      </w:r>
      <m:oMath>
        <m:r>
          <m:t>π</m:t>
        </m:r>
        <m:r>
          <m:rPr>
            <m:sty m:val="p"/>
          </m:rPr>
          <m:t>/</m:t>
        </m:r>
        <m:r>
          <m:t>L</m:t>
        </m:r>
      </m:oMath>
      <w:r>
        <w:t xml:space="preserve"> </w:t>
      </w:r>
      <w:r>
        <w:t xml:space="preserve">gives</w:t>
      </w:r>
    </w:p>
    <w:p>
      <w:pPr>
        <w:pStyle w:val="BodyText"/>
        <w:keepNext/>
        <w:keepLines/>
      </w:pPr>
      <m:oMathPara>
        <m:oMathParaPr>
          <m:jc m:val="center"/>
        </m:oMathParaPr>
        <m:oMath>
          <m:r>
            <m:rPr>
              <m:sty m:val="p"/>
            </m:rPr>
            <m:t>∥</m:t>
          </m:r>
          <m:sSub>
            <m:e>
              <m:r>
                <m:t>D</m:t>
              </m:r>
            </m:e>
            <m:sub>
              <m:r>
                <m:t>N</m:t>
              </m:r>
            </m:sub>
          </m:sSub>
          <m:sSub>
            <m:e>
              <m:r>
                <m:rPr>
                  <m:sty m:val="p"/>
                </m:rPr>
                <m:t>∥</m:t>
              </m:r>
            </m:e>
            <m:sub>
              <m:r>
                <m:t>1</m:t>
              </m:r>
            </m:sub>
          </m:sSub>
          <m:r>
            <m:rPr>
              <m:sty m:val="p"/>
            </m:rPr>
            <m:t>≤</m:t>
          </m:r>
          <m:r>
            <m:t>1</m:t>
          </m:r>
          <m:r>
            <m:rPr>
              <m:sty m:val="p"/>
            </m:rPr>
            <m:t>+</m:t>
          </m:r>
          <m:r>
            <m:rPr>
              <m:sty m:val="p"/>
            </m:rPr>
            <m:t>log</m:t>
          </m:r>
          <m:r>
            <m:t>L</m:t>
          </m:r>
          <m:r>
            <m:rPr>
              <m:sty m:val="p"/>
            </m:rPr>
            <m:t>,</m:t>
          </m:r>
          <m:r>
            <m:t>  </m:t>
          </m:r>
          <m:r>
            <m:rPr>
              <m:sty m:val="p"/>
              <m:scr m:val="double-struck"/>
            </m:rPr>
            <m:t>E</m:t>
          </m:r>
          <m:sSub>
            <m:e>
              <m:r>
                <m:t>Y</m:t>
              </m:r>
            </m:e>
            <m:sub>
              <m:sSub>
                <m:e>
                  <m:r>
                    <m:t>A</m:t>
                  </m:r>
                </m:e>
                <m:sub>
                  <m:r>
                    <m:t>N</m:t>
                  </m:r>
                </m:sub>
              </m:sSub>
            </m:sub>
          </m:sSub>
          <m:r>
            <m:rPr>
              <m:sty m:val="p"/>
            </m:rPr>
            <m:t>≤</m:t>
          </m:r>
          <m:f>
            <m:fPr>
              <m:type m:val="bar"/>
            </m:fPr>
            <m:num>
              <m:r>
                <m:t>1</m:t>
              </m:r>
            </m:num>
            <m:den>
              <m:r>
                <m:t>2</m:t>
              </m:r>
            </m:den>
          </m:f>
          <m:r>
            <m:rPr>
              <m:sty m:val="p"/>
            </m:rPr>
            <m:t>+</m:t>
          </m:r>
          <m:f>
            <m:fPr>
              <m:type m:val="bar"/>
            </m:fPr>
            <m:num>
              <m:r>
                <m:t>1</m:t>
              </m:r>
            </m:num>
            <m:den>
              <m:r>
                <m:t>4</m:t>
              </m:r>
            </m:den>
          </m:f>
          <m:r>
            <m:rPr>
              <m:sty m:val="p"/>
            </m:rPr>
            <m:t>log</m:t>
          </m:r>
          <m:r>
            <m:t>L</m:t>
          </m:r>
          <m:r>
            <m:rPr>
              <m:sty m:val="p"/>
            </m:rPr>
            <m:t>.</m:t>
          </m:r>
        </m:oMath>
      </m:oMathPara>
    </w:p>
    <w:p>
      <w:pPr>
        <w:pStyle w:val="Caption"/>
        <w:spacing w:before="0" w:after="140"/>
      </w:pPr>
      <w:r>
        <w:t xml:space="preserve">Equation (K.5)</w:t>
      </w:r>
    </w:p>
    <w:p>
      <w:pPr>
        <w:pStyle w:val="BodyText"/>
        <w:keepLines/>
      </w:pPr>
      <w:r>
        <w:t xml:space="preserve">Hence the certificate (K.1), divided by</w:t>
      </w:r>
      <w:r>
        <w:t xml:space="preserve"> </w:t>
      </w:r>
      <m:oMath>
        <m:rad>
          <m:radPr>
            <m:degHide m:val="on"/>
          </m:radPr>
          <m:deg/>
          <m:e>
            <m:r>
              <m:t>N</m:t>
            </m:r>
          </m:e>
        </m:rad>
      </m:oMath>
      <w:r>
        <w:t xml:space="preserve">, tends to zero on a family whose true minimum satisfies (F.2). The obstruction concerns the detector, not the conjecture.</w:t>
      </w:r>
    </w:p>
    <w:bookmarkEnd w:id="114"/>
    <w:bookmarkStart w:id="115" w:name="k.2.-higher-negative-moments"/>
    <w:p>
      <w:pPr>
        <w:pStyle w:val="Heading3"/>
      </w:pPr>
      <w:r>
        <w:t xml:space="preserve">K.2. Higher negative moments</w:t>
      </w:r>
    </w:p>
    <w:p>
      <w:pPr>
        <w:pStyle w:val="FirstParagraph"/>
        <w:keepLines/>
      </w:pPr>
      <w:r>
        <w:t xml:space="preserve">For</w:t>
      </w:r>
      <w:r>
        <w:t xml:space="preserve"> </w:t>
      </w:r>
      <m:oMath>
        <m:r>
          <m:t>0</m:t>
        </m:r>
        <m:r>
          <m:rPr>
            <m:sty m:val="p"/>
          </m:rPr>
          <m:t>&lt;</m:t>
        </m:r>
        <m:r>
          <m:t>p</m:t>
        </m:r>
        <m:r>
          <m:rPr>
            <m:sty m:val="p"/>
          </m:rPr>
          <m:t>&lt;</m:t>
        </m:r>
        <m:r>
          <m:rPr>
            <m:sty m:val="p"/>
          </m:rPr>
          <m:t>∞</m:t>
        </m:r>
      </m:oMath>
      <w:r>
        <w:t xml:space="preserve">, set</w:t>
      </w:r>
      <w:r>
        <w:t xml:space="preserve"> </w:t>
      </w:r>
      <m:oMath>
        <m:sSubSup>
          <m:e>
            <m:r>
              <m:t>L</m:t>
            </m:r>
          </m:e>
          <m:sub>
            <m:r>
              <m:t>p</m:t>
            </m:r>
          </m:sub>
          <m:sup>
            <m:r>
              <m:rPr>
                <m:sty m:val="p"/>
              </m:rPr>
              <m:t>−</m:t>
            </m:r>
          </m:sup>
        </m:sSubSup>
        <m:d>
          <m:dPr>
            <m:begChr m:val="("/>
            <m:sepChr m:val=""/>
            <m:endChr m:val=")"/>
            <m:grow/>
          </m:dPr>
          <m:e>
            <m:r>
              <m:t>A</m:t>
            </m:r>
          </m:e>
        </m:d>
        <m:r>
          <m:rPr>
            <m:sty m:val="p"/>
          </m:rPr>
          <m:t>=</m:t>
        </m:r>
        <m:sSup>
          <m:e>
            <m:d>
              <m:dPr>
                <m:begChr m:val="("/>
                <m:sepChr m:val=""/>
                <m:endChr m:val=")"/>
                <m:grow/>
              </m:dPr>
              <m:e>
                <m:r>
                  <m:rPr>
                    <m:sty m:val="p"/>
                    <m:scr m:val="double-struck"/>
                  </m:rPr>
                  <m:t>E</m:t>
                </m:r>
                <m:sSubSup>
                  <m:e>
                    <m:r>
                      <m:t>Y</m:t>
                    </m:r>
                  </m:e>
                  <m:sub>
                    <m:r>
                      <m:t>A</m:t>
                    </m:r>
                  </m:sub>
                  <m:sup>
                    <m:r>
                      <m:t>p</m:t>
                    </m:r>
                  </m:sup>
                </m:sSubSup>
              </m:e>
            </m:d>
          </m:e>
          <m:sup>
            <m:r>
              <m:t>1</m:t>
            </m:r>
            <m:r>
              <m:rPr>
                <m:sty m:val="p"/>
              </m:rPr>
              <m:t>/</m:t>
            </m:r>
            <m:r>
              <m:t>p</m:t>
            </m:r>
          </m:sup>
        </m:sSup>
      </m:oMath>
      <w:r>
        <w:t xml:space="preserve">. For</w:t>
      </w:r>
      <w:r>
        <w:t xml:space="preserve"> </w:t>
      </w:r>
      <m:oMath>
        <m:r>
          <m:t>p</m:t>
        </m:r>
        <m:r>
          <m:rPr>
            <m:sty m:val="p"/>
          </m:rPr>
          <m:t>&lt;</m:t>
        </m:r>
        <m:r>
          <m:t>1</m:t>
        </m:r>
      </m:oMath>
      <w:r>
        <w:t xml:space="preserve"> </w:t>
      </w:r>
      <w:r>
        <w:t xml:space="preserve">this is a quasi-norm. On a probability space, Jensen’s inequality gives</w:t>
      </w:r>
    </w:p>
    <w:p>
      <w:pPr>
        <w:pStyle w:val="BodyText"/>
        <w:keepNext/>
        <w:keepLines/>
      </w:pPr>
      <m:oMathPara>
        <m:oMathParaPr>
          <m:jc m:val="center"/>
        </m:oMathParaPr>
        <m:oMath>
          <m:sSubSup>
            <m:e>
              <m:r>
                <m:t>L</m:t>
              </m:r>
            </m:e>
            <m:sub>
              <m:r>
                <m:t>p</m:t>
              </m:r>
            </m:sub>
            <m:sup>
              <m:r>
                <m:rPr>
                  <m:sty m:val="p"/>
                </m:rPr>
                <m:t>−</m:t>
              </m:r>
            </m:sup>
          </m:sSubSup>
          <m:d>
            <m:dPr>
              <m:begChr m:val="("/>
              <m:sepChr m:val=""/>
              <m:endChr m:val=")"/>
              <m:grow/>
            </m:dPr>
            <m:e>
              <m:r>
                <m:t>A</m:t>
              </m:r>
            </m:e>
          </m:d>
          <m:r>
            <m:rPr>
              <m:sty m:val="p"/>
            </m:rPr>
            <m:t>≤</m:t>
          </m:r>
          <m:sSubSup>
            <m:e>
              <m:r>
                <m:t>L</m:t>
              </m:r>
            </m:e>
            <m:sub>
              <m:r>
                <m:t>q</m:t>
              </m:r>
            </m:sub>
            <m:sup>
              <m:r>
                <m:rPr>
                  <m:sty m:val="p"/>
                </m:rPr>
                <m:t>−</m:t>
              </m:r>
            </m:sup>
          </m:sSubSup>
          <m:d>
            <m:dPr>
              <m:begChr m:val="("/>
              <m:sepChr m:val=""/>
              <m:endChr m:val=")"/>
              <m:grow/>
            </m:dPr>
            <m:e>
              <m:r>
                <m:t>A</m:t>
              </m:r>
            </m:e>
          </m:d>
          <m:r>
            <m:rPr>
              <m:sty m:val="p"/>
            </m:rPr>
            <m:t>≤</m:t>
          </m:r>
          <m:r>
            <m:t>K</m:t>
          </m:r>
          <m:d>
            <m:dPr>
              <m:begChr m:val="("/>
              <m:sepChr m:val=""/>
              <m:endChr m:val=")"/>
              <m:grow/>
            </m:dPr>
            <m:e>
              <m:r>
                <m:t>A</m:t>
              </m:r>
            </m:e>
          </m:d>
          <m:r>
            <m:t> </m:t>
          </m:r>
          <m:d>
            <m:dPr>
              <m:begChr m:val="("/>
              <m:sepChr m:val=""/>
              <m:endChr m:val=")"/>
              <m:grow/>
            </m:dPr>
            <m:e>
              <m:r>
                <m:t>0</m:t>
              </m:r>
              <m:r>
                <m:rPr>
                  <m:sty m:val="p"/>
                </m:rPr>
                <m:t>&lt;</m:t>
              </m:r>
              <m:r>
                <m:t>p</m:t>
              </m:r>
              <m:r>
                <m:rPr>
                  <m:sty m:val="p"/>
                </m:rPr>
                <m:t>&lt;</m:t>
              </m:r>
              <m:r>
                <m:t>q</m:t>
              </m:r>
            </m:e>
          </m:d>
          <m:r>
            <m:rPr>
              <m:sty m:val="p"/>
            </m:rPr>
            <m:t>,</m:t>
          </m:r>
          <m:r>
            <m:t>  </m:t>
          </m:r>
          <m:limLow>
            <m:e>
              <m:r>
                <m:rPr>
                  <m:sty m:val="p"/>
                </m:rPr>
                <m:t>lim</m:t>
              </m:r>
            </m:e>
            <m:lim>
              <m:r>
                <m:t>p</m:t>
              </m:r>
              <m:r>
                <m:rPr>
                  <m:sty m:val="p"/>
                </m:rPr>
                <m:t>→</m:t>
              </m:r>
              <m:r>
                <m:rPr>
                  <m:sty m:val="p"/>
                </m:rPr>
                <m:t>∞</m:t>
              </m:r>
            </m:lim>
          </m:limLow>
          <m:sSubSup>
            <m:e>
              <m:r>
                <m:t>L</m:t>
              </m:r>
            </m:e>
            <m:sub>
              <m:r>
                <m:t>p</m:t>
              </m:r>
            </m:sub>
            <m:sup>
              <m:r>
                <m:rPr>
                  <m:sty m:val="p"/>
                </m:rPr>
                <m:t>−</m:t>
              </m:r>
            </m:sup>
          </m:sSubSup>
          <m:d>
            <m:dPr>
              <m:begChr m:val="("/>
              <m:sepChr m:val=""/>
              <m:endChr m:val=")"/>
              <m:grow/>
            </m:dPr>
            <m:e>
              <m:r>
                <m:t>A</m:t>
              </m:r>
            </m:e>
          </m:d>
          <m:r>
            <m:rPr>
              <m:sty m:val="p"/>
            </m:rPr>
            <m:t>=</m:t>
          </m:r>
          <m:r>
            <m:t>K</m:t>
          </m:r>
          <m:d>
            <m:dPr>
              <m:begChr m:val="("/>
              <m:sepChr m:val=""/>
              <m:endChr m:val=")"/>
              <m:grow/>
            </m:dPr>
            <m:e>
              <m:r>
                <m:t>A</m:t>
              </m:r>
            </m:e>
          </m:d>
          <m:r>
            <m:rPr>
              <m:sty m:val="p"/>
            </m:rPr>
            <m:t>.</m:t>
          </m:r>
        </m:oMath>
      </m:oMathPara>
    </w:p>
    <w:p>
      <w:pPr>
        <w:pStyle w:val="Caption"/>
        <w:spacing w:before="0" w:after="140"/>
      </w:pPr>
      <w:r>
        <w:t xml:space="preserve">Equation (K.6)</w:t>
      </w:r>
    </w:p>
    <w:p>
      <w:pPr>
        <w:pStyle w:val="BodyText"/>
        <w:keepLines/>
      </w:pPr>
      <w:r>
        <w:t xml:space="preserve">To prove the limit, every set</w:t>
      </w:r>
      <w:r>
        <w:t xml:space="preserve"> </w:t>
      </w:r>
      <m:oMath>
        <m:r>
          <m:rPr>
            <m:sty m:val="p"/>
          </m:rPr>
          <m:t>{</m:t>
        </m:r>
        <m:sSub>
          <m:e>
            <m:r>
              <m:t>Y</m:t>
            </m:r>
          </m:e>
          <m:sub>
            <m:r>
              <m:t>A</m:t>
            </m:r>
          </m:sub>
        </m:sSub>
        <m:r>
          <m:rPr>
            <m:sty m:val="p"/>
          </m:rPr>
          <m:t>&gt;</m:t>
        </m:r>
        <m:r>
          <m:t>K</m:t>
        </m:r>
        <m:r>
          <m:rPr>
            <m:sty m:val="p"/>
          </m:rPr>
          <m:t>−</m:t>
        </m:r>
        <m:r>
          <m:t>η</m:t>
        </m:r>
        <m:r>
          <m:rPr>
            <m:sty m:val="p"/>
          </m:rPr>
          <m:t>}</m:t>
        </m:r>
      </m:oMath>
      <w:r>
        <w:t xml:space="preserve"> </w:t>
      </w:r>
      <w:r>
        <w:t xml:space="preserve">has positive measure; its contribution gives</w:t>
      </w:r>
      <w:r>
        <w:t xml:space="preserve"> </w:t>
      </w:r>
      <m:oMath>
        <m:sSubSup>
          <m:e>
            <m:r>
              <m:t>L</m:t>
            </m:r>
          </m:e>
          <m:sub>
            <m:r>
              <m:t>p</m:t>
            </m:r>
          </m:sub>
          <m:sup>
            <m:r>
              <m:rPr>
                <m:sty m:val="p"/>
              </m:rPr>
              <m:t>−</m:t>
            </m:r>
          </m:sup>
        </m:sSubSup>
        <m:d>
          <m:dPr>
            <m:begChr m:val="("/>
            <m:sepChr m:val=""/>
            <m:endChr m:val=")"/>
            <m:grow/>
          </m:dPr>
          <m:e>
            <m:r>
              <m:t>A</m:t>
            </m:r>
          </m:e>
        </m:d>
        <m:r>
          <m:rPr>
            <m:sty m:val="p"/>
          </m:rPr>
          <m:t>≥</m:t>
        </m:r>
        <m:d>
          <m:dPr>
            <m:begChr m:val="("/>
            <m:sepChr m:val=""/>
            <m:endChr m:val=")"/>
            <m:grow/>
          </m:dPr>
          <m:e>
            <m:r>
              <m:t>K</m:t>
            </m:r>
            <m:r>
              <m:rPr>
                <m:sty m:val="p"/>
              </m:rPr>
              <m:t>−</m:t>
            </m:r>
            <m:r>
              <m:t>η</m:t>
            </m:r>
          </m:e>
        </m:d>
        <m:r>
          <m:t>μ</m:t>
        </m:r>
        <m:sSup>
          <m:e>
            <m:d>
              <m:dPr>
                <m:begChr m:val="("/>
                <m:sepChr m:val=""/>
                <m:endChr m:val=")"/>
                <m:grow/>
              </m:dPr>
              <m:e>
                <m:r>
                  <m:rPr>
                    <m:sty m:val="p"/>
                  </m:rPr>
                  <m:t>{</m:t>
                </m:r>
                <m:sSub>
                  <m:e>
                    <m:r>
                      <m:t>Y</m:t>
                    </m:r>
                  </m:e>
                  <m:sub>
                    <m:r>
                      <m:t>A</m:t>
                    </m:r>
                  </m:sub>
                </m:sSub>
                <m:r>
                  <m:rPr>
                    <m:sty m:val="p"/>
                  </m:rPr>
                  <m:t>&gt;</m:t>
                </m:r>
                <m:r>
                  <m:t>K</m:t>
                </m:r>
                <m:r>
                  <m:rPr>
                    <m:sty m:val="p"/>
                  </m:rPr>
                  <m:t>−</m:t>
                </m:r>
                <m:r>
                  <m:t>η</m:t>
                </m:r>
                <m:r>
                  <m:rPr>
                    <m:sty m:val="p"/>
                  </m:rPr>
                  <m:t>}</m:t>
                </m:r>
              </m:e>
            </m:d>
          </m:e>
          <m:sup>
            <m:r>
              <m:t>1</m:t>
            </m:r>
            <m:r>
              <m:rPr>
                <m:sty m:val="p"/>
              </m:rPr>
              <m:t>/</m:t>
            </m:r>
            <m:r>
              <m:t>p</m:t>
            </m:r>
          </m:sup>
        </m:sSup>
      </m:oMath>
      <w:r>
        <w:t xml:space="preserve">. Let</w:t>
      </w:r>
      <w:r>
        <w:t xml:space="preserve"> </w:t>
      </w:r>
      <m:oMath>
        <m:r>
          <m:t>p</m:t>
        </m:r>
        <m:r>
          <m:rPr>
            <m:sty m:val="p"/>
          </m:rPr>
          <m:t>→</m:t>
        </m:r>
        <m:r>
          <m:rPr>
            <m:sty m:val="p"/>
          </m:rPr>
          <m:t>∞</m:t>
        </m:r>
      </m:oMath>
      <w:r>
        <w:t xml:space="preserve">, then</w:t>
      </w:r>
      <w:r>
        <w:t xml:space="preserve"> </w:t>
      </w:r>
      <m:oMath>
        <m:r>
          <m:t>η</m:t>
        </m:r>
        <m:r>
          <m:rPr>
            <m:sty m:val="p"/>
          </m:rPr>
          <m:t>↓</m:t>
        </m:r>
        <m:r>
          <m:t>0</m:t>
        </m:r>
      </m:oMath>
      <w:r>
        <w:t xml:space="preserve">.</w:t>
      </w:r>
    </w:p>
    <w:p>
      <w:pPr>
        <w:pStyle w:val="BodyText"/>
        <w:keepLines/>
      </w:pPr>
      <w:r>
        <w:t xml:space="preserve">For fixed</w:t>
      </w:r>
      <w:r>
        <w:t xml:space="preserve"> </w:t>
      </w:r>
      <m:oMath>
        <m:r>
          <m:t>p</m:t>
        </m:r>
      </m:oMath>
      <w:r>
        <w:t xml:space="preserve">, the interval family has the orders</w:t>
      </w:r>
    </w:p>
    <w:p>
      <w:pPr>
        <w:pStyle w:val="BodyText"/>
        <w:keepNext/>
        <w:keepLines/>
      </w:pPr>
      <m:oMathPara>
        <m:oMathParaPr>
          <m:jc m:val="center"/>
        </m:oMathParaPr>
        <m:oMath>
          <m:sSubSup>
            <m:e>
              <m:r>
                <m:t>L</m:t>
              </m:r>
            </m:e>
            <m:sub>
              <m:r>
                <m:t>p</m:t>
              </m:r>
            </m:sub>
            <m:sup>
              <m:r>
                <m:rPr>
                  <m:sty m:val="p"/>
                </m:rPr>
                <m:t>−</m:t>
              </m:r>
            </m:sup>
          </m:sSubSup>
          <m:d>
            <m:dPr>
              <m:begChr m:val="("/>
              <m:sepChr m:val=""/>
              <m:endChr m:val=")"/>
              <m:grow/>
            </m:dPr>
            <m:e>
              <m:sSub>
                <m:e>
                  <m:r>
                    <m:t>A</m:t>
                  </m:r>
                </m:e>
                <m:sub>
                  <m:r>
                    <m:t>N</m:t>
                  </m:r>
                </m:sub>
              </m:sSub>
            </m:e>
          </m:d>
          <m:r>
            <m:rPr>
              <m:sty m:val="p"/>
            </m:rPr>
            <m:t>=</m:t>
          </m:r>
          <m:d>
            <m:dPr>
              <m:begChr m:val="{"/>
              <m:sepChr m:val=""/>
              <m:endChr m:val=""/>
              <m:grow/>
            </m:dPr>
            <m:e>
              <m:m>
                <m:mPr>
                  <m:baseJc m:val="center"/>
                  <m:plcHide m:val="on"/>
                  <m:mcs>
                    <m:mc>
                      <m:mcPr>
                        <m:mcJc m:val="left"/>
                        <m:count m:val="1"/>
                      </m:mcPr>
                    </m:mc>
                    <m:mc>
                      <m:mcPr>
                        <m:mcJc m:val="left"/>
                        <m:count m:val="1"/>
                      </m:mcPr>
                    </m:mc>
                  </m:mcs>
                </m:mPr>
                <m:mr>
                  <m:e>
                    <m:sSub>
                      <m:e>
                        <m:r>
                          <m:t>Θ</m:t>
                        </m:r>
                      </m:e>
                      <m:sub>
                        <m:r>
                          <m:t>p</m:t>
                        </m:r>
                      </m:sub>
                    </m:sSub>
                    <m:d>
                      <m:dPr>
                        <m:begChr m:val="("/>
                        <m:sepChr m:val=""/>
                        <m:endChr m:val=")"/>
                        <m:grow/>
                      </m:dPr>
                      <m:e>
                        <m:r>
                          <m:t>1</m:t>
                        </m:r>
                      </m:e>
                    </m:d>
                    <m:r>
                      <m:rPr>
                        <m:sty m:val="p"/>
                      </m:rPr>
                      <m:t>,</m:t>
                    </m:r>
                  </m:e>
                  <m:e>
                    <m:r>
                      <m:t>0</m:t>
                    </m:r>
                    <m:r>
                      <m:rPr>
                        <m:sty m:val="p"/>
                      </m:rPr>
                      <m:t>&lt;</m:t>
                    </m:r>
                    <m:r>
                      <m:t>p</m:t>
                    </m:r>
                    <m:r>
                      <m:rPr>
                        <m:sty m:val="p"/>
                      </m:rPr>
                      <m:t>&lt;</m:t>
                    </m:r>
                    <m:r>
                      <m:t>1</m:t>
                    </m:r>
                    <m:r>
                      <m:rPr>
                        <m:sty m:val="p"/>
                      </m:rPr>
                      <m:t>,</m:t>
                    </m:r>
                  </m:e>
                </m:mr>
                <m:mr>
                  <m:e>
                    <m:r>
                      <m:t>Θ</m:t>
                    </m:r>
                    <m:d>
                      <m:dPr>
                        <m:begChr m:val="("/>
                        <m:sepChr m:val=""/>
                        <m:endChr m:val=")"/>
                        <m:grow/>
                      </m:dPr>
                      <m:e>
                        <m:r>
                          <m:rPr>
                            <m:sty m:val="p"/>
                          </m:rPr>
                          <m:t>log</m:t>
                        </m:r>
                        <m:r>
                          <m:t>N</m:t>
                        </m:r>
                      </m:e>
                    </m:d>
                    <m:r>
                      <m:rPr>
                        <m:sty m:val="p"/>
                      </m:rPr>
                      <m:t>,</m:t>
                    </m:r>
                  </m:e>
                  <m:e>
                    <m:r>
                      <m:t>p</m:t>
                    </m:r>
                    <m:r>
                      <m:rPr>
                        <m:sty m:val="p"/>
                      </m:rPr>
                      <m:t>=</m:t>
                    </m:r>
                    <m:r>
                      <m:t>1</m:t>
                    </m:r>
                    <m:r>
                      <m:rPr>
                        <m:sty m:val="p"/>
                      </m:rPr>
                      <m:t>,</m:t>
                    </m:r>
                  </m:e>
                </m:mr>
                <m:mr>
                  <m:e>
                    <m:sSub>
                      <m:e>
                        <m:r>
                          <m:t>Θ</m:t>
                        </m:r>
                      </m:e>
                      <m:sub>
                        <m:r>
                          <m:t>p</m:t>
                        </m:r>
                      </m:sub>
                    </m:sSub>
                    <m:d>
                      <m:dPr>
                        <m:begChr m:val="("/>
                        <m:sepChr m:val=""/>
                        <m:endChr m:val=")"/>
                        <m:grow/>
                      </m:dPr>
                      <m:e>
                        <m:sSup>
                          <m:e>
                            <m:r>
                              <m:t>N</m:t>
                            </m:r>
                          </m:e>
                          <m:sup>
                            <m:r>
                              <m:t>1</m:t>
                            </m:r>
                            <m:r>
                              <m:rPr>
                                <m:sty m:val="p"/>
                              </m:rPr>
                              <m:t>−</m:t>
                            </m:r>
                            <m:r>
                              <m:t>1</m:t>
                            </m:r>
                            <m:r>
                              <m:rPr>
                                <m:sty m:val="p"/>
                              </m:rPr>
                              <m:t>/</m:t>
                            </m:r>
                            <m:r>
                              <m:t>p</m:t>
                            </m:r>
                          </m:sup>
                        </m:sSup>
                      </m:e>
                    </m:d>
                    <m:r>
                      <m:rPr>
                        <m:sty m:val="p"/>
                      </m:rPr>
                      <m:t>,</m:t>
                    </m:r>
                  </m:e>
                  <m:e>
                    <m:r>
                      <m:t>p</m:t>
                    </m:r>
                    <m:r>
                      <m:rPr>
                        <m:sty m:val="p"/>
                      </m:rPr>
                      <m:t>&gt;</m:t>
                    </m:r>
                    <m:r>
                      <m:t>1</m:t>
                    </m:r>
                    <m:r>
                      <m:rPr>
                        <m:sty m:val="p"/>
                      </m:rPr>
                      <m:t>.</m:t>
                    </m:r>
                  </m:e>
                </m:mr>
              </m:m>
            </m:e>
          </m:d>
        </m:oMath>
      </m:oMathPara>
    </w:p>
    <w:p>
      <w:pPr>
        <w:pStyle w:val="Caption"/>
        <w:spacing w:before="0" w:after="140"/>
      </w:pPr>
      <w:r>
        <w:t xml:space="preserve">Equation (K.7)</w:t>
      </w:r>
    </w:p>
    <w:p>
      <w:pPr>
        <w:pStyle w:val="BodyText"/>
        <w:keepLines/>
      </w:pPr>
      <w:r>
        <w:t xml:space="preserve">Here constants may depend on the fixed</w:t>
      </w:r>
      <w:r>
        <w:t xml:space="preserve"> </w:t>
      </w:r>
      <m:oMath>
        <m:r>
          <m:t>p</m:t>
        </m:r>
      </m:oMath>
      <w:r>
        <w:t xml:space="preserve">, and the orders refer to</w:t>
      </w:r>
      <w:r>
        <w:t xml:space="preserve"> </w:t>
      </w:r>
      <m:oMath>
        <m:r>
          <m:t>N</m:t>
        </m:r>
        <m:r>
          <m:rPr>
            <m:sty m:val="p"/>
          </m:rPr>
          <m:t>→</m:t>
        </m:r>
        <m:r>
          <m:rPr>
            <m:sty m:val="p"/>
          </m:rPr>
          <m:t>∞</m:t>
        </m:r>
      </m:oMath>
      <w:r>
        <w:t xml:space="preserve">. We give the details because a change of order at</w:t>
      </w:r>
      <w:r>
        <w:t xml:space="preserve"> </w:t>
      </w:r>
      <m:oMath>
        <m:r>
          <m:t>p</m:t>
        </m:r>
        <m:r>
          <m:rPr>
            <m:sty m:val="p"/>
          </m:rPr>
          <m:t>=</m:t>
        </m:r>
        <m:r>
          <m:t>1</m:t>
        </m:r>
      </m:oMath>
      <w:r>
        <w:t xml:space="preserve"> </w:t>
      </w:r>
      <w:r>
        <w:t xml:space="preserve">matters.</w:t>
      </w:r>
    </w:p>
    <w:p>
      <w:pPr>
        <w:pStyle w:val="BodyText"/>
        <w:keepLines/>
      </w:pPr>
      <w:r>
        <w:t xml:space="preserve">For</w:t>
      </w:r>
      <w:r>
        <w:t xml:space="preserve"> </w:t>
      </w:r>
      <m:oMath>
        <m:r>
          <m:t>p</m:t>
        </m:r>
        <m:r>
          <m:rPr>
            <m:sty m:val="p"/>
          </m:rPr>
          <m:t>&gt;</m:t>
        </m:r>
        <m:r>
          <m:t>1</m:t>
        </m:r>
      </m:oMath>
      <w:r>
        <w:t xml:space="preserve">, (K.4) implies</w:t>
      </w:r>
    </w:p>
    <w:p>
      <w:pPr>
        <w:pStyle w:val="BodyText"/>
        <w:keepLines/>
      </w:pPr>
      <m:oMathPara>
        <m:oMathParaPr>
          <m:jc m:val="center"/>
        </m:oMathParaPr>
        <m:oMath>
          <m:r>
            <m:rPr>
              <m:sty m:val="p"/>
              <m:scr m:val="double-struck"/>
            </m:rPr>
            <m:t>E</m:t>
          </m:r>
          <m:sSup>
            <m:e>
              <m:d>
                <m:dPr>
                  <m:begChr m:val="|"/>
                  <m:sepChr m:val=""/>
                  <m:endChr m:val="|"/>
                  <m:grow/>
                </m:dPr>
                <m:e>
                  <m:sSub>
                    <m:e>
                      <m:r>
                        <m:t>D</m:t>
                      </m:r>
                    </m:e>
                    <m:sub>
                      <m:r>
                        <m:t>N</m:t>
                      </m:r>
                    </m:sub>
                  </m:sSub>
                </m:e>
              </m:d>
            </m:e>
            <m:sup>
              <m:r>
                <m:t>p</m:t>
              </m:r>
            </m:sup>
          </m:sSup>
          <m:r>
            <m:rPr>
              <m:sty m:val="p"/>
            </m:rPr>
            <m:t>≤</m:t>
          </m:r>
          <m:sSup>
            <m:e>
              <m:r>
                <m:t>L</m:t>
              </m:r>
            </m:e>
            <m:sup>
              <m:r>
                <m:t>p</m:t>
              </m:r>
              <m:r>
                <m:rPr>
                  <m:sty m:val="p"/>
                </m:rPr>
                <m:t>−</m:t>
              </m:r>
              <m:r>
                <m:t>1</m:t>
              </m:r>
            </m:sup>
          </m:sSup>
          <m:r>
            <m:rPr>
              <m:sty m:val="p"/>
            </m:rPr>
            <m:t>+</m:t>
          </m:r>
          <m:f>
            <m:fPr>
              <m:type m:val="bar"/>
            </m:fPr>
            <m:num>
              <m:sSup>
                <m:e>
                  <m:r>
                    <m:t>L</m:t>
                  </m:r>
                </m:e>
                <m:sup>
                  <m:r>
                    <m:t>p</m:t>
                  </m:r>
                  <m:r>
                    <m:rPr>
                      <m:sty m:val="p"/>
                    </m:rPr>
                    <m:t>−</m:t>
                  </m:r>
                  <m:r>
                    <m:t>1</m:t>
                  </m:r>
                </m:sup>
              </m:sSup>
              <m:r>
                <m:rPr>
                  <m:sty m:val="p"/>
                </m:rPr>
                <m:t>−</m:t>
              </m:r>
              <m:r>
                <m:t>1</m:t>
              </m:r>
            </m:num>
            <m:den>
              <m:r>
                <m:t>p</m:t>
              </m:r>
              <m:r>
                <m:rPr>
                  <m:sty m:val="p"/>
                </m:rPr>
                <m:t>−</m:t>
              </m:r>
              <m:r>
                <m:t>1</m:t>
              </m:r>
            </m:den>
          </m:f>
          <m:r>
            <m:rPr>
              <m:sty m:val="p"/>
            </m:rPr>
            <m:t>.</m:t>
          </m:r>
        </m:oMath>
      </m:oMathPara>
    </w:p>
    <w:p>
      <w:pPr>
        <w:pStyle w:val="FirstParagraph"/>
        <w:keepLines/>
      </w:pPr>
      <w:r>
        <w:t xml:space="preserve">Since</w:t>
      </w:r>
      <w:r>
        <w:t xml:space="preserve"> </w:t>
      </w:r>
      <m:oMath>
        <m:sSup>
          <m:e>
            <m:d>
              <m:dPr>
                <m:begChr m:val="|"/>
                <m:sepChr m:val=""/>
                <m:endChr m:val="|"/>
                <m:grow/>
              </m:dPr>
              <m:e>
                <m:sSub>
                  <m:e>
                    <m:r>
                      <m:t>f</m:t>
                    </m:r>
                  </m:e>
                  <m:sub>
                    <m:sSub>
                      <m:e>
                        <m:r>
                          <m:t>A</m:t>
                        </m:r>
                      </m:e>
                      <m:sub>
                        <m:r>
                          <m:t>N</m:t>
                        </m:r>
                      </m:sub>
                    </m:sSub>
                  </m:sub>
                </m:sSub>
              </m:e>
            </m:d>
          </m:e>
          <m:sup>
            <m:r>
              <m:t>p</m:t>
            </m:r>
          </m:sup>
        </m:sSup>
        <m:r>
          <m:rPr>
            <m:sty m:val="p"/>
          </m:rPr>
          <m:t>≤</m:t>
        </m:r>
        <m:d>
          <m:dPr>
            <m:begChr m:val="("/>
            <m:sepChr m:val=""/>
            <m:endChr m:val=")"/>
            <m:grow/>
          </m:dPr>
          <m:e>
            <m:sSup>
              <m:e>
                <m:d>
                  <m:dPr>
                    <m:begChr m:val="|"/>
                    <m:sepChr m:val=""/>
                    <m:endChr m:val="|"/>
                    <m:grow/>
                  </m:dPr>
                  <m:e>
                    <m:sSub>
                      <m:e>
                        <m:r>
                          <m:t>D</m:t>
                        </m:r>
                      </m:e>
                      <m:sub>
                        <m:r>
                          <m:t>N</m:t>
                        </m:r>
                      </m:sub>
                    </m:sSub>
                  </m:e>
                </m:d>
              </m:e>
              <m:sup>
                <m:r>
                  <m:t>p</m:t>
                </m:r>
              </m:sup>
            </m:sSup>
            <m:r>
              <m:rPr>
                <m:sty m:val="p"/>
              </m:rPr>
              <m:t>+</m:t>
            </m:r>
            <m:r>
              <m:t>1</m:t>
            </m:r>
          </m:e>
        </m:d>
        <m:r>
          <m:rPr>
            <m:sty m:val="p"/>
          </m:rPr>
          <m:t>/</m:t>
        </m:r>
        <m:r>
          <m:t>2</m:t>
        </m:r>
      </m:oMath>
      <w:r>
        <w:t xml:space="preserve">, this proves the upper bound. For a lower bound, if</w:t>
      </w:r>
      <w:r>
        <w:t xml:space="preserve"> </w:t>
      </w:r>
      <m:oMath>
        <m:r>
          <m:t>N</m:t>
        </m:r>
        <m:r>
          <m:rPr>
            <m:sty m:val="p"/>
          </m:rPr>
          <m:t>≥</m:t>
        </m:r>
        <m:r>
          <m:t>2</m:t>
        </m:r>
      </m:oMath>
      <w:r>
        <w:t xml:space="preserve">, use the disjoint arcs</w:t>
      </w:r>
    </w:p>
    <w:p>
      <w:pPr>
        <w:pStyle w:val="BodyText"/>
        <w:keepNext/>
        <w:keepLines/>
      </w:pPr>
      <m:oMathPara>
        <m:oMathParaPr>
          <m:jc m:val="center"/>
        </m:oMathParaPr>
        <m:oMath>
          <m:sSub>
            <m:e>
              <m:r>
                <m:t>E</m:t>
              </m:r>
            </m:e>
            <m:sub>
              <m:r>
                <m:t>N</m:t>
              </m:r>
            </m:sub>
          </m:sSub>
          <m:r>
            <m:rPr>
              <m:sty m:val="p"/>
            </m:rPr>
            <m:t>=</m:t>
          </m:r>
          <m:d>
            <m:dPr>
              <m:begChr m:val="["/>
              <m:sepChr m:val=""/>
              <m:endChr m:val="]"/>
              <m:grow/>
            </m:dPr>
            <m:e>
              <m:f>
                <m:fPr>
                  <m:type m:val="bar"/>
                </m:fPr>
                <m:num>
                  <m:r>
                    <m:t>8</m:t>
                  </m:r>
                  <m:r>
                    <m:t>π</m:t>
                  </m:r>
                </m:num>
                <m:den>
                  <m:r>
                    <m:t>3</m:t>
                  </m:r>
                  <m:r>
                    <m:t>L</m:t>
                  </m:r>
                </m:den>
              </m:f>
              <m:r>
                <m:rPr>
                  <m:sty m:val="p"/>
                </m:rPr>
                <m:t>,</m:t>
              </m:r>
              <m:f>
                <m:fPr>
                  <m:type m:val="bar"/>
                </m:fPr>
                <m:num>
                  <m:r>
                    <m:t>10</m:t>
                  </m:r>
                  <m:r>
                    <m:t>π</m:t>
                  </m:r>
                </m:num>
                <m:den>
                  <m:r>
                    <m:t>3</m:t>
                  </m:r>
                  <m:r>
                    <m:t>L</m:t>
                  </m:r>
                </m:den>
              </m:f>
            </m:e>
          </m:d>
          <m:r>
            <m:rPr>
              <m:sty m:val="p"/>
            </m:rPr>
            <m:t>∪</m:t>
          </m:r>
          <m:d>
            <m:dPr>
              <m:begChr m:val="["/>
              <m:sepChr m:val=""/>
              <m:endChr m:val="]"/>
              <m:grow/>
            </m:dPr>
            <m:e>
              <m:r>
                <m:rPr>
                  <m:sty m:val="p"/>
                </m:rPr>
                <m:t>−</m:t>
              </m:r>
              <m:f>
                <m:fPr>
                  <m:type m:val="bar"/>
                </m:fPr>
                <m:num>
                  <m:r>
                    <m:t>10</m:t>
                  </m:r>
                  <m:r>
                    <m:t>π</m:t>
                  </m:r>
                </m:num>
                <m:den>
                  <m:r>
                    <m:t>3</m:t>
                  </m:r>
                  <m:r>
                    <m:t>L</m:t>
                  </m:r>
                </m:den>
              </m:f>
              <m:r>
                <m:rPr>
                  <m:sty m:val="p"/>
                </m:rPr>
                <m:t>,</m:t>
              </m:r>
              <m:r>
                <m:rPr>
                  <m:sty m:val="p"/>
                </m:rPr>
                <m:t>−</m:t>
              </m:r>
              <m:f>
                <m:fPr>
                  <m:type m:val="bar"/>
                </m:fPr>
                <m:num>
                  <m:r>
                    <m:t>8</m:t>
                  </m:r>
                  <m:r>
                    <m:t>π</m:t>
                  </m:r>
                </m:num>
                <m:den>
                  <m:r>
                    <m:t>3</m:t>
                  </m:r>
                  <m:r>
                    <m:t>L</m:t>
                  </m:r>
                </m:den>
              </m:f>
            </m:e>
          </m:d>
          <m:r>
            <m:rPr>
              <m:sty m:val="p"/>
            </m:rPr>
            <m:t>.</m:t>
          </m:r>
        </m:oMath>
      </m:oMathPara>
    </w:p>
    <w:p>
      <w:pPr>
        <w:pStyle w:val="Caption"/>
        <w:spacing w:before="0" w:after="140"/>
      </w:pPr>
      <w:r>
        <w:t xml:space="preserve">Equation (K.8)</w:t>
      </w:r>
    </w:p>
    <w:p>
      <w:pPr>
        <w:pStyle w:val="BodyText"/>
        <w:keepLines/>
      </w:pPr>
      <w:r>
        <w:t xml:space="preserve">On the positive arc,</w:t>
      </w:r>
      <w:r>
        <w:t xml:space="preserve"> </w:t>
      </w:r>
      <m:oMath>
        <m:r>
          <m:t>L</m:t>
        </m:r>
        <m:r>
          <m:t>x</m:t>
        </m:r>
        <m:r>
          <m:rPr>
            <m:sty m:val="p"/>
          </m:rPr>
          <m:t>/</m:t>
        </m:r>
        <m:r>
          <m:t>2</m:t>
        </m:r>
        <m:r>
          <m:rPr>
            <m:sty m:val="p"/>
          </m:rPr>
          <m:t>∈</m:t>
        </m:r>
        <m:d>
          <m:dPr>
            <m:begChr m:val="["/>
            <m:sepChr m:val=""/>
            <m:endChr m:val="]"/>
            <m:grow/>
          </m:dPr>
          <m:e>
            <m:r>
              <m:t>4</m:t>
            </m:r>
            <m:r>
              <m:t>π</m:t>
            </m:r>
            <m:r>
              <m:rPr>
                <m:sty m:val="p"/>
              </m:rPr>
              <m:t>/</m:t>
            </m:r>
            <m:r>
              <m:t>3</m:t>
            </m:r>
            <m:r>
              <m:rPr>
                <m:sty m:val="p"/>
              </m:rPr>
              <m:t>,</m:t>
            </m:r>
            <m:r>
              <m:t>5</m:t>
            </m:r>
            <m:r>
              <m:t>π</m:t>
            </m:r>
            <m:r>
              <m:rPr>
                <m:sty m:val="p"/>
              </m:rPr>
              <m:t>/</m:t>
            </m:r>
            <m:r>
              <m:t>3</m:t>
            </m:r>
          </m:e>
        </m:d>
      </m:oMath>
      <w:r>
        <w:t xml:space="preserve">, so</w:t>
      </w:r>
      <w:r>
        <w:t xml:space="preserve"> </w:t>
      </w:r>
      <m:oMath>
        <m:r>
          <m:rPr>
            <m:sty m:val="p"/>
          </m:rPr>
          <m:t>sin</m:t>
        </m:r>
        <m:d>
          <m:dPr>
            <m:begChr m:val="("/>
            <m:sepChr m:val=""/>
            <m:endChr m:val=")"/>
            <m:grow/>
          </m:dPr>
          <m:e>
            <m:r>
              <m:t>L</m:t>
            </m:r>
            <m:r>
              <m:t>x</m:t>
            </m:r>
            <m:r>
              <m:rPr>
                <m:sty m:val="p"/>
              </m:rPr>
              <m:t>/</m:t>
            </m:r>
            <m:r>
              <m:t>2</m:t>
            </m:r>
          </m:e>
        </m:d>
        <m:r>
          <m:rPr>
            <m:sty m:val="p"/>
          </m:rPr>
          <m:t>≤</m:t>
        </m:r>
        <m:r>
          <m:rPr>
            <m:sty m:val="p"/>
          </m:rPr>
          <m:t>−</m:t>
        </m:r>
        <m:r>
          <m:t>1</m:t>
        </m:r>
        <m:r>
          <m:rPr>
            <m:sty m:val="p"/>
          </m:rPr>
          <m:t>/</m:t>
        </m:r>
        <m:r>
          <m:t>2</m:t>
        </m:r>
      </m:oMath>
      <w:r>
        <w:t xml:space="preserve">, whereas</w:t>
      </w:r>
      <w:r>
        <w:t xml:space="preserve"> </w:t>
      </w:r>
      <m:oMath>
        <m:r>
          <m:rPr>
            <m:sty m:val="p"/>
          </m:rPr>
          <m:t>sin</m:t>
        </m:r>
        <m:d>
          <m:dPr>
            <m:begChr m:val="("/>
            <m:sepChr m:val=""/>
            <m:endChr m:val=")"/>
            <m:grow/>
          </m:dPr>
          <m:e>
            <m:r>
              <m:t>x</m:t>
            </m:r>
            <m:r>
              <m:rPr>
                <m:sty m:val="p"/>
              </m:rPr>
              <m:t>/</m:t>
            </m:r>
            <m:r>
              <m:t>2</m:t>
            </m:r>
          </m:e>
        </m:d>
        <m:r>
          <m:rPr>
            <m:sty m:val="p"/>
          </m:rPr>
          <m:t>≤</m:t>
        </m:r>
        <m:r>
          <m:t>5</m:t>
        </m:r>
        <m:r>
          <m:t>π</m:t>
        </m:r>
        <m:r>
          <m:rPr>
            <m:sty m:val="p"/>
          </m:rPr>
          <m:t>/</m:t>
        </m:r>
        <m:d>
          <m:dPr>
            <m:begChr m:val="("/>
            <m:sepChr m:val=""/>
            <m:endChr m:val=")"/>
            <m:grow/>
          </m:dPr>
          <m:e>
            <m:r>
              <m:t>3</m:t>
            </m:r>
            <m:r>
              <m:t>L</m:t>
            </m:r>
          </m:e>
        </m:d>
      </m:oMath>
      <w:r>
        <w:t xml:space="preserve">. The negative arc follows by evenness. Thus</w:t>
      </w:r>
    </w:p>
    <w:p>
      <w:pPr>
        <w:pStyle w:val="BodyText"/>
        <w:keepNext/>
        <w:keepLines/>
      </w:pPr>
      <m:oMathPara>
        <m:oMathParaPr>
          <m:jc m:val="center"/>
        </m:oMathParaPr>
        <m:oMath>
          <m:r>
            <m:t>μ</m:t>
          </m:r>
          <m:d>
            <m:dPr>
              <m:begChr m:val="("/>
              <m:sepChr m:val=""/>
              <m:endChr m:val=")"/>
              <m:grow/>
            </m:dPr>
            <m:e>
              <m:sSub>
                <m:e>
                  <m:r>
                    <m:t>E</m:t>
                  </m:r>
                </m:e>
                <m:sub>
                  <m:r>
                    <m:t>N</m:t>
                  </m:r>
                </m:sub>
              </m:sSub>
            </m:e>
          </m:d>
          <m:r>
            <m:rPr>
              <m:sty m:val="p"/>
            </m:rPr>
            <m:t>=</m:t>
          </m:r>
          <m:f>
            <m:fPr>
              <m:type m:val="bar"/>
            </m:fPr>
            <m:num>
              <m:r>
                <m:t>2</m:t>
              </m:r>
            </m:num>
            <m:den>
              <m:r>
                <m:t>3</m:t>
              </m:r>
              <m:r>
                <m:t>L</m:t>
              </m:r>
            </m:den>
          </m:f>
          <m:r>
            <m:rPr>
              <m:sty m:val="p"/>
            </m:rPr>
            <m:t>,</m:t>
          </m:r>
          <m:r>
            <m:t>  </m:t>
          </m:r>
          <m:sSub>
            <m:e>
              <m:r>
                <m:t>Y</m:t>
              </m:r>
            </m:e>
            <m:sub>
              <m:sSub>
                <m:e>
                  <m:r>
                    <m:t>A</m:t>
                  </m:r>
                </m:e>
                <m:sub>
                  <m:r>
                    <m:t>N</m:t>
                  </m:r>
                </m:sub>
              </m:sSub>
            </m:sub>
          </m:sSub>
          <m:r>
            <m:rPr>
              <m:sty m:val="p"/>
            </m:rPr>
            <m:t>≥</m:t>
          </m:r>
          <m:f>
            <m:fPr>
              <m:type m:val="bar"/>
            </m:fPr>
            <m:num>
              <m:r>
                <m:t>3</m:t>
              </m:r>
              <m:r>
                <m:t>L</m:t>
              </m:r>
            </m:num>
            <m:den>
              <m:r>
                <m:t>20</m:t>
              </m:r>
              <m:r>
                <m:t>π</m:t>
              </m:r>
            </m:den>
          </m:f>
          <m:r>
            <m:t> </m:t>
          </m:r>
          <m:r>
            <m:rPr>
              <m:nor/>
              <m:sty m:val="p"/>
            </m:rPr>
            <m:t>on </m:t>
          </m:r>
          <m:sSub>
            <m:e>
              <m:r>
                <m:t>E</m:t>
              </m:r>
            </m:e>
            <m:sub>
              <m:r>
                <m:t>N</m:t>
              </m:r>
            </m:sub>
          </m:sSub>
          <m:r>
            <m:rPr>
              <m:sty m:val="p"/>
            </m:rPr>
            <m:t>.</m:t>
          </m:r>
        </m:oMath>
      </m:oMathPara>
    </w:p>
    <w:p>
      <w:pPr>
        <w:pStyle w:val="Caption"/>
        <w:spacing w:before="0" w:after="140"/>
      </w:pPr>
      <w:r>
        <w:t xml:space="preserve">Equation (K.9)</w:t>
      </w:r>
    </w:p>
    <w:p>
      <w:pPr>
        <w:pStyle w:val="BodyText"/>
        <w:keepLines/>
      </w:pPr>
      <w:r>
        <w:t xml:space="preserve">Its contribution yields the matching lower order for every</w:t>
      </w:r>
      <w:r>
        <w:t xml:space="preserve"> </w:t>
      </w:r>
      <m:oMath>
        <m:r>
          <m:t>p</m:t>
        </m:r>
        <m:r>
          <m:rPr>
            <m:sty m:val="p"/>
          </m:rPr>
          <m:t>&gt;</m:t>
        </m:r>
        <m:r>
          <m:t>1</m:t>
        </m:r>
      </m:oMath>
      <w:r>
        <w:t xml:space="preserve">.</w:t>
      </w:r>
    </w:p>
    <w:p>
      <w:pPr>
        <w:pStyle w:val="BodyText"/>
        <w:keepLines/>
      </w:pPr>
      <w:r>
        <w:t xml:space="preserve">For</w:t>
      </w:r>
      <w:r>
        <w:t xml:space="preserve"> </w:t>
      </w:r>
      <m:oMath>
        <m:r>
          <m:t>p</m:t>
        </m:r>
        <m:r>
          <m:rPr>
            <m:sty m:val="p"/>
          </m:rPr>
          <m:t>=</m:t>
        </m:r>
        <m:r>
          <m:t>1</m:t>
        </m:r>
      </m:oMath>
      <w:r>
        <w:t xml:space="preserve">, the upper bound is (K.5). To obtain the logarithmic lower bound, for</w:t>
      </w:r>
      <w:r>
        <w:t xml:space="preserve"> </w:t>
      </w:r>
      <m:oMath>
        <m:r>
          <m:t>N</m:t>
        </m:r>
        <m:r>
          <m:rPr>
            <m:sty m:val="p"/>
          </m:rPr>
          <m:t>≥</m:t>
        </m:r>
        <m:r>
          <m:t>6</m:t>
        </m:r>
      </m:oMath>
      <w:r>
        <w:t xml:space="preserve"> </w:t>
      </w:r>
      <w:r>
        <w:t xml:space="preserve">put</w:t>
      </w:r>
      <w:r>
        <w:t xml:space="preserve"> </w:t>
      </w:r>
      <m:oMath>
        <m:sSub>
          <m:e>
            <m:r>
              <m:t>m</m:t>
            </m:r>
          </m:e>
          <m:sub>
            <m:r>
              <m:t>0</m:t>
            </m:r>
          </m:sub>
        </m:sSub>
        <m:r>
          <m:rPr>
            <m:sty m:val="p"/>
          </m:rPr>
          <m:t>=</m:t>
        </m:r>
        <m:r>
          <m:rPr>
            <m:sty m:val="p"/>
          </m:rPr>
          <m:t>⌊</m:t>
        </m:r>
        <m:r>
          <m:t>N</m:t>
        </m:r>
        <m:r>
          <m:rPr>
            <m:sty m:val="p"/>
          </m:rPr>
          <m:t>/</m:t>
        </m:r>
        <m:r>
          <m:t>3</m:t>
        </m:r>
        <m:r>
          <m:rPr>
            <m:sty m:val="p"/>
          </m:rPr>
          <m:t>⌋</m:t>
        </m:r>
      </m:oMath>
      <w:r>
        <w:t xml:space="preserve"> </w:t>
      </w:r>
      <w:r>
        <w:t xml:space="preserve">and take the arcs</w:t>
      </w:r>
    </w:p>
    <w:p>
      <w:pPr>
        <w:pStyle w:val="BodyText"/>
        <w:keepLines/>
      </w:pPr>
      <m:oMathPara>
        <m:oMathParaPr>
          <m:jc m:val="center"/>
        </m:oMathParaPr>
        <m:oMath>
          <m:sSub>
            <m:e>
              <m:r>
                <m:t>J</m:t>
              </m:r>
            </m:e>
            <m:sub>
              <m:r>
                <m:t>k</m:t>
              </m:r>
            </m:sub>
          </m:sSub>
          <m:r>
            <m:rPr>
              <m:sty m:val="p"/>
            </m:rPr>
            <m:t>=</m:t>
          </m:r>
          <m:d>
            <m:dPr>
              <m:begChr m:val="["/>
              <m:sepChr m:val=""/>
              <m:endChr m:val="]"/>
              <m:grow/>
            </m:dPr>
            <m:e>
              <m:f>
                <m:fPr>
                  <m:type m:val="bar"/>
                </m:fPr>
                <m:num>
                  <m:d>
                    <m:dPr>
                      <m:begChr m:val="("/>
                      <m:sepChr m:val=""/>
                      <m:endChr m:val=")"/>
                      <m:grow/>
                    </m:dPr>
                    <m:e>
                      <m:r>
                        <m:t>12</m:t>
                      </m:r>
                      <m:r>
                        <m:t>k</m:t>
                      </m:r>
                      <m:r>
                        <m:rPr>
                          <m:sty m:val="p"/>
                        </m:rPr>
                        <m:t>+</m:t>
                      </m:r>
                      <m:r>
                        <m:t>7</m:t>
                      </m:r>
                    </m:e>
                  </m:d>
                  <m:r>
                    <m:t>π</m:t>
                  </m:r>
                </m:num>
                <m:den>
                  <m:r>
                    <m:t>3</m:t>
                  </m:r>
                  <m:r>
                    <m:t>L</m:t>
                  </m:r>
                </m:den>
              </m:f>
              <m:r>
                <m:rPr>
                  <m:sty m:val="p"/>
                </m:rPr>
                <m:t>,</m:t>
              </m:r>
              <m:f>
                <m:fPr>
                  <m:type m:val="bar"/>
                </m:fPr>
                <m:num>
                  <m:d>
                    <m:dPr>
                      <m:begChr m:val="("/>
                      <m:sepChr m:val=""/>
                      <m:endChr m:val=")"/>
                      <m:grow/>
                    </m:dPr>
                    <m:e>
                      <m:r>
                        <m:t>12</m:t>
                      </m:r>
                      <m:r>
                        <m:t>k</m:t>
                      </m:r>
                      <m:r>
                        <m:rPr>
                          <m:sty m:val="p"/>
                        </m:rPr>
                        <m:t>+</m:t>
                      </m:r>
                      <m:r>
                        <m:t>11</m:t>
                      </m:r>
                    </m:e>
                  </m:d>
                  <m:r>
                    <m:t>π</m:t>
                  </m:r>
                </m:num>
                <m:den>
                  <m:r>
                    <m:t>3</m:t>
                  </m:r>
                  <m:r>
                    <m:t>L</m:t>
                  </m:r>
                </m:den>
              </m:f>
            </m:e>
          </m:d>
          <m:r>
            <m:rPr>
              <m:sty m:val="p"/>
            </m:rPr>
            <m:t>,</m:t>
          </m:r>
          <m:r>
            <m:t>  </m:t>
          </m:r>
          <m:r>
            <m:t>0</m:t>
          </m:r>
          <m:r>
            <m:rPr>
              <m:sty m:val="p"/>
            </m:rPr>
            <m:t>≤</m:t>
          </m:r>
          <m:r>
            <m:t>k</m:t>
          </m:r>
          <m:r>
            <m:rPr>
              <m:sty m:val="p"/>
            </m:rPr>
            <m:t>&lt;</m:t>
          </m:r>
          <m:sSub>
            <m:e>
              <m:r>
                <m:t>m</m:t>
              </m:r>
            </m:e>
            <m:sub>
              <m:r>
                <m:t>0</m:t>
              </m:r>
            </m:sub>
          </m:sSub>
          <m:r>
            <m:rPr>
              <m:sty m:val="p"/>
            </m:rPr>
            <m:t>,</m:t>
          </m:r>
        </m:oMath>
      </m:oMathPara>
    </w:p>
    <w:p>
      <w:pPr>
        <w:pStyle w:val="FirstParagraph"/>
        <w:keepLines/>
      </w:pPr>
      <w:r>
        <w:t xml:space="preserve">together with their reflections. They lie within</w:t>
      </w:r>
      <w:r>
        <w:t xml:space="preserve"> </w:t>
      </w:r>
      <m:oMath>
        <m:d>
          <m:dPr>
            <m:begChr m:val="["/>
            <m:sepChr m:val=""/>
            <m:endChr m:val="]"/>
            <m:grow/>
          </m:dPr>
          <m:e>
            <m:r>
              <m:rPr>
                <m:sty m:val="p"/>
              </m:rPr>
              <m:t>−</m:t>
            </m:r>
            <m:r>
              <m:t>π</m:t>
            </m:r>
            <m:r>
              <m:rPr>
                <m:sty m:val="p"/>
              </m:rPr>
              <m:t>,</m:t>
            </m:r>
            <m:r>
              <m:t>π</m:t>
            </m:r>
          </m:e>
        </m:d>
      </m:oMath>
      <w:r>
        <w:t xml:space="preserve">. On each positive arc,</w:t>
      </w:r>
      <w:r>
        <w:t xml:space="preserve"> </w:t>
      </w:r>
      <m:oMath>
        <m:r>
          <m:rPr>
            <m:sty m:val="p"/>
          </m:rPr>
          <m:t>sin</m:t>
        </m:r>
        <m:d>
          <m:dPr>
            <m:begChr m:val="("/>
            <m:sepChr m:val=""/>
            <m:endChr m:val=")"/>
            <m:grow/>
          </m:dPr>
          <m:e>
            <m:r>
              <m:t>L</m:t>
            </m:r>
            <m:r>
              <m:t>x</m:t>
            </m:r>
            <m:r>
              <m:rPr>
                <m:sty m:val="p"/>
              </m:rPr>
              <m:t>/</m:t>
            </m:r>
            <m:r>
              <m:t>2</m:t>
            </m:r>
          </m:e>
        </m:d>
        <m:r>
          <m:rPr>
            <m:sty m:val="p"/>
          </m:rPr>
          <m:t>≤</m:t>
        </m:r>
        <m:r>
          <m:rPr>
            <m:sty m:val="p"/>
          </m:rPr>
          <m:t>−</m:t>
        </m:r>
        <m:r>
          <m:t>1</m:t>
        </m:r>
        <m:r>
          <m:rPr>
            <m:sty m:val="p"/>
          </m:rPr>
          <m:t>/</m:t>
        </m:r>
        <m:r>
          <m:t>2</m:t>
        </m:r>
      </m:oMath>
      <w:r>
        <w:t xml:space="preserve"> </w:t>
      </w:r>
      <w:r>
        <w:t xml:space="preserve">and</w:t>
      </w:r>
      <w:r>
        <w:t xml:space="preserve"> </w:t>
      </w:r>
      <m:oMath>
        <m:sSub>
          <m:e>
            <m:r>
              <m:t>Y</m:t>
            </m:r>
          </m:e>
          <m:sub>
            <m:sSub>
              <m:e>
                <m:r>
                  <m:t>A</m:t>
                </m:r>
              </m:e>
              <m:sub>
                <m:r>
                  <m:t>N</m:t>
                </m:r>
              </m:sub>
            </m:sSub>
          </m:sub>
        </m:sSub>
        <m:r>
          <m:rPr>
            <m:sty m:val="p"/>
          </m:rPr>
          <m:t>≥</m:t>
        </m:r>
        <m:r>
          <m:t>1</m:t>
        </m:r>
        <m:r>
          <m:rPr>
            <m:sty m:val="p"/>
          </m:rPr>
          <m:t>/</m:t>
        </m:r>
        <m:d>
          <m:dPr>
            <m:begChr m:val="("/>
            <m:sepChr m:val=""/>
            <m:endChr m:val=")"/>
            <m:grow/>
          </m:dPr>
          <m:e>
            <m:r>
              <m:t>2</m:t>
            </m:r>
            <m:r>
              <m:t>x</m:t>
            </m:r>
          </m:e>
        </m:d>
      </m:oMath>
      <w:r>
        <w:t xml:space="preserve">. Integration and</w:t>
      </w:r>
      <w:r>
        <w:t xml:space="preserve"> </w:t>
      </w:r>
      <m:oMath>
        <m:r>
          <m:rPr>
            <m:sty m:val="p"/>
          </m:rPr>
          <m:t>log</m:t>
        </m:r>
        <m:d>
          <m:dPr>
            <m:begChr m:val="("/>
            <m:sepChr m:val=""/>
            <m:endChr m:val=")"/>
            <m:grow/>
          </m:dPr>
          <m:e>
            <m:r>
              <m:t>b</m:t>
            </m:r>
            <m:r>
              <m:rPr>
                <m:sty m:val="p"/>
              </m:rPr>
              <m:t>/</m:t>
            </m:r>
            <m:r>
              <m:t>a</m:t>
            </m:r>
          </m:e>
        </m:d>
        <m:r>
          <m:rPr>
            <m:sty m:val="p"/>
          </m:rPr>
          <m:t>≥</m:t>
        </m:r>
        <m:d>
          <m:dPr>
            <m:begChr m:val="("/>
            <m:sepChr m:val=""/>
            <m:endChr m:val=")"/>
            <m:grow/>
          </m:dPr>
          <m:e>
            <m:r>
              <m:t>b</m:t>
            </m:r>
            <m:r>
              <m:rPr>
                <m:sty m:val="p"/>
              </m:rPr>
              <m:t>−</m:t>
            </m:r>
            <m:r>
              <m:t>a</m:t>
            </m:r>
          </m:e>
        </m:d>
        <m:r>
          <m:rPr>
            <m:sty m:val="p"/>
          </m:rPr>
          <m:t>/</m:t>
        </m:r>
        <m:r>
          <m:t>b</m:t>
        </m:r>
      </m:oMath>
      <w:r>
        <w:t xml:space="preserve"> </w:t>
      </w:r>
      <w:r>
        <w:t xml:space="preserve">give</w:t>
      </w:r>
    </w:p>
    <w:p>
      <w:pPr>
        <w:pStyle w:val="BodyText"/>
        <w:keepLines/>
      </w:pPr>
      <m:oMathPara>
        <m:oMathParaPr>
          <m:jc m:val="center"/>
        </m:oMathParaPr>
        <m:oMath>
          <m:r>
            <m:rPr>
              <m:sty m:val="p"/>
              <m:scr m:val="double-struck"/>
            </m:rPr>
            <m:t>E</m:t>
          </m:r>
          <m:sSub>
            <m:e>
              <m:r>
                <m:t>Y</m:t>
              </m:r>
            </m:e>
            <m:sub>
              <m:sSub>
                <m:e>
                  <m:r>
                    <m:t>A</m:t>
                  </m:r>
                </m:e>
                <m:sub>
                  <m:r>
                    <m:t>N</m:t>
                  </m:r>
                </m:sub>
              </m:sSub>
            </m:sub>
          </m:sSub>
          <m:r>
            <m:rPr>
              <m:sty m:val="p"/>
            </m:rPr>
            <m:t>≥</m:t>
          </m:r>
          <m:f>
            <m:fPr>
              <m:type m:val="bar"/>
            </m:fPr>
            <m:num>
              <m:r>
                <m:t>2</m:t>
              </m:r>
            </m:num>
            <m:den>
              <m:r>
                <m:t>π</m:t>
              </m:r>
            </m:den>
          </m:f>
          <m:nary>
            <m:naryPr>
              <m:chr m:val="∑"/>
              <m:limLoc m:val="undOvr"/>
              <m:subHide m:val="off"/>
              <m:supHide m:val="off"/>
            </m:naryPr>
            <m:sub>
              <m:r>
                <m:t>k</m:t>
              </m:r>
              <m:r>
                <m:rPr>
                  <m:sty m:val="p"/>
                </m:rPr>
                <m:t>=</m:t>
              </m:r>
              <m:r>
                <m:t>0</m:t>
              </m:r>
            </m:sub>
            <m:sup>
              <m:sSub>
                <m:e>
                  <m:r>
                    <m:t>m</m:t>
                  </m:r>
                </m:e>
                <m:sub>
                  <m:r>
                    <m:t>0</m:t>
                  </m:r>
                </m:sub>
              </m:sSub>
              <m:r>
                <m:rPr>
                  <m:sty m:val="p"/>
                </m:rPr>
                <m:t>−</m:t>
              </m:r>
              <m:r>
                <m:t>1</m:t>
              </m:r>
            </m:sup>
            <m:e>
              <m:f>
                <m:fPr>
                  <m:type m:val="bar"/>
                </m:fPr>
                <m:num>
                  <m:r>
                    <m:t>1</m:t>
                  </m:r>
                </m:num>
                <m:den>
                  <m:r>
                    <m:t>12</m:t>
                  </m:r>
                  <m:r>
                    <m:t>k</m:t>
                  </m:r>
                  <m:r>
                    <m:rPr>
                      <m:sty m:val="p"/>
                    </m:rPr>
                    <m:t>+</m:t>
                  </m:r>
                  <m:r>
                    <m:t>11</m:t>
                  </m:r>
                </m:den>
              </m:f>
            </m:e>
          </m:nary>
          <m:r>
            <m:rPr>
              <m:sty m:val="p"/>
            </m:rPr>
            <m:t>≥</m:t>
          </m:r>
          <m:f>
            <m:fPr>
              <m:type m:val="bar"/>
            </m:fPr>
            <m:num>
              <m:r>
                <m:t>1</m:t>
              </m:r>
            </m:num>
            <m:den>
              <m:r>
                <m:t>6</m:t>
              </m:r>
              <m:r>
                <m:t>π</m:t>
              </m:r>
            </m:den>
          </m:f>
          <m:r>
            <m:rPr>
              <m:sty m:val="p"/>
            </m:rPr>
            <m:t>log</m:t>
          </m:r>
          <m:d>
            <m:dPr>
              <m:begChr m:val="("/>
              <m:sepChr m:val=""/>
              <m:endChr m:val=")"/>
              <m:grow/>
            </m:dPr>
            <m:e>
              <m:r>
                <m:t>1</m:t>
              </m:r>
              <m:r>
                <m:rPr>
                  <m:sty m:val="p"/>
                </m:rPr>
                <m:t>+</m:t>
              </m:r>
              <m:f>
                <m:fPr>
                  <m:type m:val="bar"/>
                </m:fPr>
                <m:num>
                  <m:r>
                    <m:t>12</m:t>
                  </m:r>
                  <m:sSub>
                    <m:e>
                      <m:r>
                        <m:t>m</m:t>
                      </m:r>
                    </m:e>
                    <m:sub>
                      <m:r>
                        <m:t>0</m:t>
                      </m:r>
                    </m:sub>
                  </m:sSub>
                </m:num>
                <m:den>
                  <m:r>
                    <m:t>11</m:t>
                  </m:r>
                </m:den>
              </m:f>
            </m:e>
          </m:d>
          <m:r>
            <m:rPr>
              <m:sty m:val="p"/>
            </m:rPr>
            <m:t>≥</m:t>
          </m:r>
          <m:f>
            <m:fPr>
              <m:type m:val="bar"/>
            </m:fPr>
            <m:num>
              <m:r>
                <m:t>1</m:t>
              </m:r>
            </m:num>
            <m:den>
              <m:r>
                <m:t>6</m:t>
              </m:r>
              <m:r>
                <m:t>π</m:t>
              </m:r>
            </m:den>
          </m:f>
          <m:r>
            <m:rPr>
              <m:sty m:val="p"/>
            </m:rPr>
            <m:t>log</m:t>
          </m:r>
          <m:d>
            <m:dPr>
              <m:begChr m:val="("/>
              <m:sepChr m:val=""/>
              <m:endChr m:val=")"/>
              <m:grow/>
            </m:dPr>
            <m:e>
              <m:r>
                <m:t>1</m:t>
              </m:r>
              <m:r>
                <m:rPr>
                  <m:sty m:val="p"/>
                </m:rPr>
                <m:t>+</m:t>
              </m:r>
              <m:f>
                <m:fPr>
                  <m:type m:val="bar"/>
                </m:fPr>
                <m:num>
                  <m:r>
                    <m:t>2</m:t>
                  </m:r>
                  <m:r>
                    <m:t>N</m:t>
                  </m:r>
                </m:num>
                <m:den>
                  <m:r>
                    <m:t>11</m:t>
                  </m:r>
                </m:den>
              </m:f>
            </m:e>
          </m:d>
          <m:r>
            <m:rPr>
              <m:sty m:val="p"/>
            </m:rPr>
            <m:t>.</m:t>
          </m:r>
        </m:oMath>
      </m:oMathPara>
    </w:p>
    <w:p>
      <w:pPr>
        <w:pStyle w:val="FirstParagraph"/>
        <w:keepLines/>
      </w:pPr>
      <w:r>
        <w:t xml:space="preserve">For</w:t>
      </w:r>
      <w:r>
        <w:t xml:space="preserve"> </w:t>
      </w:r>
      <m:oMath>
        <m:r>
          <m:t>0</m:t>
        </m:r>
        <m:r>
          <m:rPr>
            <m:sty m:val="p"/>
          </m:rPr>
          <m:t>&lt;</m:t>
        </m:r>
        <m:r>
          <m:t>p</m:t>
        </m:r>
        <m:r>
          <m:rPr>
            <m:sty m:val="p"/>
          </m:rPr>
          <m:t>&lt;</m:t>
        </m:r>
        <m:r>
          <m:t>1</m:t>
        </m:r>
      </m:oMath>
      <w:r>
        <w:t xml:space="preserve">, subadditivity of</w:t>
      </w:r>
      <w:r>
        <w:t xml:space="preserve"> </w:t>
      </w:r>
      <m:oMath>
        <m:sSup>
          <m:e>
            <m:r>
              <m:t>u</m:t>
            </m:r>
          </m:e>
          <m:sup>
            <m:r>
              <m:t>p</m:t>
            </m:r>
          </m:sup>
        </m:sSup>
      </m:oMath>
      <w:r>
        <w:t xml:space="preserve"> </w:t>
      </w:r>
      <w:r>
        <w:t xml:space="preserve">and (K.4) give</w:t>
      </w:r>
    </w:p>
    <w:p>
      <w:pPr>
        <w:pStyle w:val="BodyText"/>
        <w:keepLines/>
      </w:pPr>
      <m:oMathPara>
        <m:oMathParaPr>
          <m:jc m:val="center"/>
        </m:oMathParaPr>
        <m:oMath>
          <m:r>
            <m:rPr>
              <m:sty m:val="p"/>
              <m:scr m:val="double-struck"/>
            </m:rPr>
            <m:t>E</m:t>
          </m:r>
          <m:sSubSup>
            <m:e>
              <m:r>
                <m:t>Y</m:t>
              </m:r>
            </m:e>
            <m:sub>
              <m:sSub>
                <m:e>
                  <m:r>
                    <m:t>A</m:t>
                  </m:r>
                </m:e>
                <m:sub>
                  <m:r>
                    <m:t>N</m:t>
                  </m:r>
                </m:sub>
              </m:sSub>
            </m:sub>
            <m:sup>
              <m:r>
                <m:t>p</m:t>
              </m:r>
            </m:sup>
          </m:sSubSup>
          <m:r>
            <m:rPr>
              <m:sty m:val="p"/>
            </m:rPr>
            <m:t>≤</m:t>
          </m:r>
          <m:sSup>
            <m:e>
              <m:r>
                <m:t>2</m:t>
              </m:r>
            </m:e>
            <m:sup>
              <m:r>
                <m:rPr>
                  <m:sty m:val="p"/>
                </m:rPr>
                <m:t>−</m:t>
              </m:r>
              <m:r>
                <m:t>p</m:t>
              </m:r>
            </m:sup>
          </m:sSup>
          <m:d>
            <m:dPr>
              <m:begChr m:val="("/>
              <m:sepChr m:val=""/>
              <m:endChr m:val=")"/>
              <m:grow/>
            </m:dPr>
            <m:e>
              <m:r>
                <m:t>1</m:t>
              </m:r>
              <m:r>
                <m:rPr>
                  <m:sty m:val="p"/>
                </m:rPr>
                <m:t>+</m:t>
              </m:r>
              <m:f>
                <m:fPr>
                  <m:type m:val="bar"/>
                </m:fPr>
                <m:num>
                  <m:r>
                    <m:t>1</m:t>
                  </m:r>
                </m:num>
                <m:den>
                  <m:r>
                    <m:t>1</m:t>
                  </m:r>
                  <m:r>
                    <m:rPr>
                      <m:sty m:val="p"/>
                    </m:rPr>
                    <m:t>−</m:t>
                  </m:r>
                  <m:r>
                    <m:t>p</m:t>
                  </m:r>
                </m:den>
              </m:f>
            </m:e>
          </m:d>
          <m:r>
            <m:rPr>
              <m:sty m:val="p"/>
            </m:rPr>
            <m:t>.</m:t>
          </m:r>
        </m:oMath>
      </m:oMathPara>
    </w:p>
    <w:p>
      <w:pPr>
        <w:pStyle w:val="FirstParagraph"/>
        <w:keepLines/>
      </w:pPr>
      <w:r>
        <w:t xml:space="preserve">A uniform positive lower bound follows from a fixed mass of moderately negative values. On any interval of length</w:t>
      </w:r>
      <w:r>
        <w:t xml:space="preserve"> </w:t>
      </w:r>
      <m:oMath>
        <m:r>
          <m:rPr>
            <m:sty m:val="p"/>
          </m:rPr>
          <m:t>ℓ</m:t>
        </m:r>
      </m:oMath>
      <w:r>
        <w:t xml:space="preserve">, the set where</w:t>
      </w:r>
      <w:r>
        <w:t xml:space="preserve"> </w:t>
      </w:r>
      <m:oMath>
        <m:r>
          <m:rPr>
            <m:sty m:val="p"/>
          </m:rPr>
          <m:t>sin</m:t>
        </m:r>
        <m:r>
          <m:t>y</m:t>
        </m:r>
        <m:r>
          <m:rPr>
            <m:sty m:val="p"/>
          </m:rPr>
          <m:t>≤</m:t>
        </m:r>
        <m:r>
          <m:t>0</m:t>
        </m:r>
      </m:oMath>
      <w:r>
        <w:t xml:space="preserve"> </w:t>
      </w:r>
      <w:r>
        <w:t xml:space="preserve">has length at least</w:t>
      </w:r>
      <w:r>
        <w:t xml:space="preserve"> </w:t>
      </w:r>
      <m:oMath>
        <m:r>
          <m:rPr>
            <m:sty m:val="p"/>
          </m:rPr>
          <m:t>ℓ</m:t>
        </m:r>
        <m:r>
          <m:rPr>
            <m:sty m:val="p"/>
          </m:rPr>
          <m:t>/</m:t>
        </m:r>
        <m:r>
          <m:t>2</m:t>
        </m:r>
        <m:r>
          <m:rPr>
            <m:sty m:val="p"/>
          </m:rPr>
          <m:t>−</m:t>
        </m:r>
        <m:r>
          <m:t>π</m:t>
        </m:r>
        <m:r>
          <m:rPr>
            <m:sty m:val="p"/>
          </m:rPr>
          <m:t>/</m:t>
        </m:r>
        <m:r>
          <m:t>2</m:t>
        </m:r>
      </m:oMath>
      <w:r>
        <w:t xml:space="preserve">: a primitive of</w:t>
      </w:r>
      <w:r>
        <w:t xml:space="preserve"> </w:t>
      </w:r>
      <m:oMath>
        <m:sSub>
          <m:e>
            <m:r>
              <m:rPr>
                <m:sty m:val="b"/>
              </m:rPr>
              <m:t>1</m:t>
            </m:r>
          </m:e>
          <m:sub>
            <m:r>
              <m:rPr>
                <m:sty m:val="p"/>
              </m:rPr>
              <m:t>{</m:t>
            </m:r>
            <m:r>
              <m:rPr>
                <m:sty m:val="p"/>
              </m:rPr>
              <m:t>sin</m:t>
            </m:r>
            <m:r>
              <m:t>y</m:t>
            </m:r>
            <m:r>
              <m:rPr>
                <m:sty m:val="p"/>
              </m:rPr>
              <m:t>≤</m:t>
            </m:r>
            <m:r>
              <m:t>0</m:t>
            </m:r>
            <m:r>
              <m:rPr>
                <m:sty m:val="p"/>
              </m:rPr>
              <m:t>}</m:t>
            </m:r>
          </m:sub>
        </m:sSub>
        <m:r>
          <m:rPr>
            <m:sty m:val="p"/>
          </m:rPr>
          <m:t>−</m:t>
        </m:r>
        <m:r>
          <m:t>1</m:t>
        </m:r>
        <m:r>
          <m:rPr>
            <m:sty m:val="p"/>
          </m:rPr>
          <m:t>/</m:t>
        </m:r>
        <m:r>
          <m:t>2</m:t>
        </m:r>
      </m:oMath>
      <w:r>
        <w:t xml:space="preserve"> </w:t>
      </w:r>
      <w:r>
        <w:t xml:space="preserve">has oscillation</w:t>
      </w:r>
      <w:r>
        <w:t xml:space="preserve"> </w:t>
      </w:r>
      <m:oMath>
        <m:r>
          <m:t>π</m:t>
        </m:r>
        <m:r>
          <m:rPr>
            <m:sty m:val="p"/>
          </m:rPr>
          <m:t>/</m:t>
        </m:r>
        <m:r>
          <m:t>2</m:t>
        </m:r>
      </m:oMath>
      <w:r>
        <w:t xml:space="preserve">. On</w:t>
      </w:r>
      <w:r>
        <w:t xml:space="preserve"> </w:t>
      </w:r>
      <m:oMath>
        <m:r>
          <m:t>x</m:t>
        </m:r>
        <m:r>
          <m:rPr>
            <m:sty m:val="p"/>
          </m:rPr>
          <m:t>∈</m:t>
        </m:r>
        <m:d>
          <m:dPr>
            <m:begChr m:val="["/>
            <m:sepChr m:val=""/>
            <m:endChr m:val="]"/>
            <m:grow/>
          </m:dPr>
          <m:e>
            <m:r>
              <m:t>π</m:t>
            </m:r>
            <m:r>
              <m:rPr>
                <m:sty m:val="p"/>
              </m:rPr>
              <m:t>/</m:t>
            </m:r>
            <m:r>
              <m:t>2</m:t>
            </m:r>
            <m:r>
              <m:rPr>
                <m:sty m:val="p"/>
              </m:rPr>
              <m:t>,</m:t>
            </m:r>
            <m:r>
              <m:t>π</m:t>
            </m:r>
          </m:e>
        </m:d>
      </m:oMath>
      <w:r>
        <w:t xml:space="preserve">, substituting</w:t>
      </w:r>
      <w:r>
        <w:t xml:space="preserve"> </w:t>
      </w:r>
      <m:oMath>
        <m:r>
          <m:t>y</m:t>
        </m:r>
        <m:r>
          <m:rPr>
            <m:sty m:val="p"/>
          </m:rPr>
          <m:t>=</m:t>
        </m:r>
        <m:r>
          <m:t>L</m:t>
        </m:r>
        <m:r>
          <m:t>x</m:t>
        </m:r>
        <m:r>
          <m:rPr>
            <m:sty m:val="p"/>
          </m:rPr>
          <m:t>/</m:t>
        </m:r>
        <m:r>
          <m:t>2</m:t>
        </m:r>
      </m:oMath>
      <w:r>
        <w:t xml:space="preserve"> </w:t>
      </w:r>
      <w:r>
        <w:t xml:space="preserve">yields a suitable subset of length at least</w:t>
      </w:r>
      <w:r>
        <w:t xml:space="preserve"> </w:t>
      </w:r>
      <m:oMath>
        <m:r>
          <m:t>π</m:t>
        </m:r>
        <m:r>
          <m:rPr>
            <m:sty m:val="p"/>
          </m:rPr>
          <m:t>/</m:t>
        </m:r>
        <m:r>
          <m:t>4</m:t>
        </m:r>
        <m:r>
          <m:rPr>
            <m:sty m:val="p"/>
          </m:rPr>
          <m:t>−</m:t>
        </m:r>
        <m:r>
          <m:t>π</m:t>
        </m:r>
        <m:r>
          <m:rPr>
            <m:sty m:val="p"/>
          </m:rPr>
          <m:t>/</m:t>
        </m:r>
        <m:r>
          <m:t>L</m:t>
        </m:r>
        <m:r>
          <m:rPr>
            <m:sty m:val="p"/>
          </m:rPr>
          <m:t>≥</m:t>
        </m:r>
        <m:r>
          <m:t>π</m:t>
        </m:r>
        <m:r>
          <m:rPr>
            <m:sty m:val="p"/>
          </m:rPr>
          <m:t>/</m:t>
        </m:r>
        <m:r>
          <m:t>20</m:t>
        </m:r>
      </m:oMath>
      <w:r>
        <w:t xml:space="preserve"> </w:t>
      </w:r>
      <w:r>
        <w:t xml:space="preserve">for</w:t>
      </w:r>
      <w:r>
        <w:t xml:space="preserve"> </w:t>
      </w:r>
      <m:oMath>
        <m:r>
          <m:t>L</m:t>
        </m:r>
        <m:r>
          <m:rPr>
            <m:sty m:val="p"/>
          </m:rPr>
          <m:t>≥</m:t>
        </m:r>
        <m:r>
          <m:t>5</m:t>
        </m:r>
      </m:oMath>
      <w:r>
        <w:t xml:space="preserve">. Reflecting it gives</w:t>
      </w:r>
    </w:p>
    <w:p>
      <w:pPr>
        <w:pStyle w:val="BodyText"/>
        <w:keepNext/>
        <w:keepLines/>
      </w:pPr>
      <m:oMathPara>
        <m:oMathParaPr>
          <m:jc m:val="center"/>
        </m:oMathParaPr>
        <m:oMath>
          <m:r>
            <m:t>μ</m:t>
          </m:r>
          <m:r>
            <m:rPr>
              <m:sty m:val="p"/>
            </m:rPr>
            <m:t>{</m:t>
          </m:r>
          <m:sSub>
            <m:e>
              <m:r>
                <m:t>f</m:t>
              </m:r>
            </m:e>
            <m:sub>
              <m:sSub>
                <m:e>
                  <m:r>
                    <m:t>A</m:t>
                  </m:r>
                </m:e>
                <m:sub>
                  <m:r>
                    <m:t>N</m:t>
                  </m:r>
                </m:sub>
              </m:sSub>
            </m:sub>
          </m:sSub>
          <m:r>
            <m:rPr>
              <m:sty m:val="p"/>
            </m:rPr>
            <m:t>≤</m:t>
          </m:r>
          <m:r>
            <m:rPr>
              <m:sty m:val="p"/>
            </m:rPr>
            <m:t>−</m:t>
          </m:r>
          <m:r>
            <m:t>1</m:t>
          </m:r>
          <m:r>
            <m:rPr>
              <m:sty m:val="p"/>
            </m:rPr>
            <m:t>/</m:t>
          </m:r>
          <m:r>
            <m:t>2</m:t>
          </m:r>
          <m:r>
            <m:rPr>
              <m:sty m:val="p"/>
            </m:rPr>
            <m:t>}</m:t>
          </m:r>
          <m:r>
            <m:rPr>
              <m:sty m:val="p"/>
            </m:rPr>
            <m:t>≥</m:t>
          </m:r>
          <m:r>
            <m:t>1</m:t>
          </m:r>
          <m:r>
            <m:rPr>
              <m:sty m:val="p"/>
            </m:rPr>
            <m:t>/</m:t>
          </m:r>
          <m:r>
            <m:t>20</m:t>
          </m:r>
          <m:r>
            <m:rPr>
              <m:sty m:val="p"/>
            </m:rPr>
            <m:t>.</m:t>
          </m:r>
        </m:oMath>
      </m:oMathPara>
    </w:p>
    <w:p>
      <w:pPr>
        <w:pStyle w:val="Caption"/>
        <w:spacing w:before="0" w:after="140"/>
      </w:pPr>
      <w:r>
        <w:t xml:space="preserve">Equation (K.10)</w:t>
      </w:r>
    </w:p>
    <w:p>
      <w:pPr>
        <w:pStyle w:val="BodyText"/>
        <w:keepLines/>
      </w:pPr>
      <w:r>
        <w:t xml:space="preserve">For</w:t>
      </w:r>
      <w:r>
        <w:t xml:space="preserve"> </w:t>
      </w:r>
      <m:oMath>
        <m:r>
          <m:t>N</m:t>
        </m:r>
        <m:r>
          <m:rPr>
            <m:sty m:val="p"/>
          </m:rPr>
          <m:t>=</m:t>
        </m:r>
        <m:r>
          <m:t>1</m:t>
        </m:r>
      </m:oMath>
      <w:r>
        <w:t xml:space="preserve"> </w:t>
      </w:r>
      <w:r>
        <w:t xml:space="preserve">the measure is</w:t>
      </w:r>
      <w:r>
        <w:t xml:space="preserve"> </w:t>
      </w:r>
      <m:oMath>
        <m:r>
          <m:t>1</m:t>
        </m:r>
        <m:r>
          <m:rPr>
            <m:sty m:val="p"/>
          </m:rPr>
          <m:t>/</m:t>
        </m:r>
        <m:r>
          <m:t>3</m:t>
        </m:r>
      </m:oMath>
      <w:r>
        <w:t xml:space="preserve">, so (K.10) remains valid. Consequently</w:t>
      </w:r>
      <w:r>
        <w:t xml:space="preserve"> </w:t>
      </w:r>
      <m:oMath>
        <m:sSubSup>
          <m:e>
            <m:r>
              <m:t>L</m:t>
            </m:r>
          </m:e>
          <m:sub>
            <m:r>
              <m:t>p</m:t>
            </m:r>
          </m:sub>
          <m:sup>
            <m:r>
              <m:rPr>
                <m:sty m:val="p"/>
              </m:rPr>
              <m:t>−</m:t>
            </m:r>
          </m:sup>
        </m:sSubSup>
        <m:d>
          <m:dPr>
            <m:begChr m:val="("/>
            <m:sepChr m:val=""/>
            <m:endChr m:val=")"/>
            <m:grow/>
          </m:dPr>
          <m:e>
            <m:sSub>
              <m:e>
                <m:r>
                  <m:t>A</m:t>
                </m:r>
              </m:e>
              <m:sub>
                <m:r>
                  <m:t>N</m:t>
                </m:r>
              </m:sub>
            </m:sSub>
          </m:e>
        </m:d>
        <m:r>
          <m:rPr>
            <m:sty m:val="p"/>
          </m:rPr>
          <m:t>≥</m:t>
        </m:r>
        <m:d>
          <m:dPr>
            <m:begChr m:val="("/>
            <m:sepChr m:val=""/>
            <m:endChr m:val=")"/>
            <m:grow/>
          </m:dPr>
          <m:e>
            <m:r>
              <m:t>1</m:t>
            </m:r>
            <m:r>
              <m:rPr>
                <m:sty m:val="p"/>
              </m:rPr>
              <m:t>/</m:t>
            </m:r>
            <m:r>
              <m:t>2</m:t>
            </m:r>
          </m:e>
        </m:d>
        <m:sSup>
          <m:e>
            <m:d>
              <m:dPr>
                <m:begChr m:val="("/>
                <m:sepChr m:val=""/>
                <m:endChr m:val=")"/>
                <m:grow/>
              </m:dPr>
              <m:e>
                <m:r>
                  <m:t>1</m:t>
                </m:r>
                <m:r>
                  <m:rPr>
                    <m:sty m:val="p"/>
                  </m:rPr>
                  <m:t>/</m:t>
                </m:r>
                <m:r>
                  <m:t>20</m:t>
                </m:r>
              </m:e>
            </m:d>
          </m:e>
          <m:sup>
            <m:r>
              <m:t>1</m:t>
            </m:r>
            <m:r>
              <m:rPr>
                <m:sty m:val="p"/>
              </m:rPr>
              <m:t>/</m:t>
            </m:r>
            <m:r>
              <m:t>p</m:t>
            </m:r>
          </m:sup>
        </m:sSup>
      </m:oMath>
      <w:r>
        <w:t xml:space="preserve">, completing (K.7).</w:t>
      </w:r>
    </w:p>
    <w:p>
      <w:pPr>
        <w:pStyle w:val="BodyText"/>
        <w:keepLines/>
      </w:pPr>
      <w:r>
        <w:t xml:space="preserve">It follows that every fixed</w:t>
      </w:r>
      <w:r>
        <w:t xml:space="preserve"> </w:t>
      </w:r>
      <m:oMath>
        <m:r>
          <m:t>p</m:t>
        </m:r>
        <m:r>
          <m:rPr>
            <m:sty m:val="p"/>
          </m:rPr>
          <m:t>&lt;</m:t>
        </m:r>
        <m:r>
          <m:t>2</m:t>
        </m:r>
      </m:oMath>
      <w:r>
        <w:t xml:space="preserve"> </w:t>
      </w:r>
      <w:r>
        <w:t xml:space="preserve">gives</w:t>
      </w:r>
      <w:r>
        <w:t xml:space="preserve"> </w:t>
      </w:r>
      <m:oMath>
        <m:sSubSup>
          <m:e>
            <m:r>
              <m:t>L</m:t>
            </m:r>
          </m:e>
          <m:sub>
            <m:r>
              <m:t>p</m:t>
            </m:r>
          </m:sub>
          <m:sup>
            <m:r>
              <m:rPr>
                <m:sty m:val="p"/>
              </m:rPr>
              <m:t>−</m:t>
            </m:r>
          </m:sup>
        </m:sSubSup>
        <m:d>
          <m:dPr>
            <m:begChr m:val="("/>
            <m:sepChr m:val=""/>
            <m:endChr m:val=")"/>
            <m:grow/>
          </m:dPr>
          <m:e>
            <m:sSub>
              <m:e>
                <m:r>
                  <m:t>A</m:t>
                </m:r>
              </m:e>
              <m:sub>
                <m:r>
                  <m:t>N</m:t>
                </m:r>
              </m:sub>
            </m:sSub>
          </m:e>
        </m:d>
        <m:r>
          <m:rPr>
            <m:sty m:val="p"/>
          </m:rPr>
          <m:t>/</m:t>
        </m:r>
        <m:rad>
          <m:radPr>
            <m:degHide m:val="on"/>
          </m:radPr>
          <m:deg/>
          <m:e>
            <m:r>
              <m:t>N</m:t>
            </m:r>
          </m:e>
        </m:rad>
        <m:r>
          <m:rPr>
            <m:sty m:val="p"/>
          </m:rPr>
          <m:t>→</m:t>
        </m:r>
        <m:r>
          <m:t>0</m:t>
        </m:r>
      </m:oMath>
      <w:r>
        <w:t xml:space="preserve">. For</w:t>
      </w:r>
      <w:r>
        <w:t xml:space="preserve"> </w:t>
      </w:r>
      <m:oMath>
        <m:r>
          <m:t>p</m:t>
        </m:r>
        <m:r>
          <m:rPr>
            <m:sty m:val="p"/>
          </m:rPr>
          <m:t>=</m:t>
        </m:r>
        <m:r>
          <m:t>2</m:t>
        </m:r>
      </m:oMath>
      <w:r>
        <w:t xml:space="preserve">, the interval family has the correct scale; it neither establishes nor refutes a uniform negative-second-moment lower bound for all frequency sets.</w:t>
      </w:r>
    </w:p>
    <w:bookmarkEnd w:id="115"/>
    <w:bookmarkStart w:id="116" w:name="X85e5b74830ba0b92f92f80afbbed814b55452a7"/>
    <w:p>
      <w:pPr>
        <w:pStyle w:val="Heading3"/>
      </w:pPr>
      <w:r>
        <w:t xml:space="preserve">K.3. A fixed probability of seeing the trough is too demanding</w:t>
      </w:r>
    </w:p>
    <w:p>
      <w:pPr>
        <w:pStyle w:val="FirstParagraph"/>
        <w:keepLines/>
      </w:pPr>
      <w:r>
        <w:t xml:space="preserve">For</w:t>
      </w:r>
      <w:r>
        <w:t xml:space="preserve"> </w:t>
      </w:r>
      <m:oMath>
        <m:r>
          <m:t>0</m:t>
        </m:r>
        <m:r>
          <m:rPr>
            <m:sty m:val="p"/>
          </m:rPr>
          <m:t>&lt;</m:t>
        </m:r>
        <m:r>
          <m:t>p</m:t>
        </m:r>
        <m:r>
          <m:rPr>
            <m:sty m:val="p"/>
          </m:rPr>
          <m:t>&lt;</m:t>
        </m:r>
        <m:r>
          <m:t>1</m:t>
        </m:r>
      </m:oMath>
      <w:r>
        <w:t xml:space="preserve">, define the upper-tail depth quantile</w:t>
      </w:r>
    </w:p>
    <w:p>
      <w:pPr>
        <w:pStyle w:val="BodyText"/>
        <w:keepLines/>
      </w:pPr>
      <m:oMathPara>
        <m:oMathParaPr>
          <m:jc m:val="center"/>
        </m:oMathParaPr>
        <m:oMath>
          <m:sSub>
            <m:e>
              <m:r>
                <m:t>q</m:t>
              </m:r>
            </m:e>
            <m:sub>
              <m:r>
                <m:t>A</m:t>
              </m:r>
            </m:sub>
          </m:sSub>
          <m:d>
            <m:dPr>
              <m:begChr m:val="("/>
              <m:sepChr m:val=""/>
              <m:endChr m:val=")"/>
              <m:grow/>
            </m:dPr>
            <m:e>
              <m:r>
                <m:t>p</m:t>
              </m:r>
            </m:e>
          </m:d>
          <m:r>
            <m:rPr>
              <m:sty m:val="p"/>
            </m:rPr>
            <m:t>=</m:t>
          </m:r>
          <m:r>
            <m:rPr>
              <m:sty m:val="p"/>
            </m:rPr>
            <m:t>sup</m:t>
          </m:r>
          <m:r>
            <m:rPr>
              <m:sty m:val="p"/>
            </m:rPr>
            <m:t>{</m:t>
          </m:r>
          <m:r>
            <m:t>t</m:t>
          </m:r>
          <m:r>
            <m:rPr>
              <m:sty m:val="p"/>
            </m:rPr>
            <m:t>≥</m:t>
          </m:r>
          <m:r>
            <m:t>0</m:t>
          </m:r>
          <m:r>
            <m:rPr>
              <m:sty m:val="p"/>
            </m:rPr>
            <m:t>:</m:t>
          </m:r>
          <m:r>
            <m:t>μ</m:t>
          </m:r>
          <m:d>
            <m:dPr>
              <m:begChr m:val="("/>
              <m:sepChr m:val=""/>
              <m:endChr m:val=")"/>
              <m:grow/>
            </m:dPr>
            <m:e>
              <m:sSub>
                <m:e>
                  <m:r>
                    <m:t>Y</m:t>
                  </m:r>
                </m:e>
                <m:sub>
                  <m:r>
                    <m:t>A</m:t>
                  </m:r>
                </m:sub>
              </m:sSub>
              <m:r>
                <m:rPr>
                  <m:sty m:val="p"/>
                </m:rPr>
                <m:t>≥</m:t>
              </m:r>
              <m:r>
                <m:t>t</m:t>
              </m:r>
            </m:e>
          </m:d>
          <m:r>
            <m:rPr>
              <m:sty m:val="p"/>
            </m:rPr>
            <m:t>≥</m:t>
          </m:r>
          <m:r>
            <m:t>p</m:t>
          </m:r>
          <m:r>
            <m:rPr>
              <m:sty m:val="p"/>
            </m:rPr>
            <m:t>}</m:t>
          </m:r>
          <m:r>
            <m:rPr>
              <m:sty m:val="p"/>
            </m:rPr>
            <m:t>.</m:t>
          </m:r>
        </m:oMath>
      </m:oMathPara>
    </w:p>
    <w:p>
      <w:pPr>
        <w:pStyle w:val="FirstParagraph"/>
        <w:keepLines/>
      </w:pPr>
      <w:r>
        <w:t xml:space="preserve">It is nonincreasing in</w:t>
      </w:r>
      <w:r>
        <w:t xml:space="preserve"> </w:t>
      </w:r>
      <m:oMath>
        <m:r>
          <m:t>p</m:t>
        </m:r>
      </m:oMath>
      <w:r>
        <w:t xml:space="preserve">, satisfies</w:t>
      </w:r>
      <w:r>
        <w:t xml:space="preserve"> </w:t>
      </w:r>
      <m:oMath>
        <m:r>
          <m:t>0</m:t>
        </m:r>
        <m:r>
          <m:rPr>
            <m:sty m:val="p"/>
          </m:rPr>
          <m:t>≤</m:t>
        </m:r>
        <m:sSub>
          <m:e>
            <m:r>
              <m:t>q</m:t>
            </m:r>
          </m:e>
          <m:sub>
            <m:r>
              <m:t>A</m:t>
            </m:r>
          </m:sub>
        </m:sSub>
        <m:d>
          <m:dPr>
            <m:begChr m:val="("/>
            <m:sepChr m:val=""/>
            <m:endChr m:val=")"/>
            <m:grow/>
          </m:dPr>
          <m:e>
            <m:r>
              <m:t>p</m:t>
            </m:r>
          </m:e>
        </m:d>
        <m:r>
          <m:rPr>
            <m:sty m:val="p"/>
          </m:rPr>
          <m:t>≤</m:t>
        </m:r>
        <m:r>
          <m:t>K</m:t>
        </m:r>
        <m:d>
          <m:dPr>
            <m:begChr m:val="("/>
            <m:sepChr m:val=""/>
            <m:endChr m:val=")"/>
            <m:grow/>
          </m:dPr>
          <m:e>
            <m:r>
              <m:t>A</m:t>
            </m:r>
          </m:e>
        </m:d>
      </m:oMath>
      <w:r>
        <w:t xml:space="preserve">, and tends to</w:t>
      </w:r>
      <w:r>
        <w:t xml:space="preserve"> </w:t>
      </w:r>
      <m:oMath>
        <m:r>
          <m:t>K</m:t>
        </m:r>
        <m:d>
          <m:dPr>
            <m:begChr m:val="("/>
            <m:sepChr m:val=""/>
            <m:endChr m:val=")"/>
            <m:grow/>
          </m:dPr>
          <m:e>
            <m:r>
              <m:t>A</m:t>
            </m:r>
          </m:e>
        </m:d>
      </m:oMath>
      <w:r>
        <w:t xml:space="preserve"> </w:t>
      </w:r>
      <w:r>
        <w:t xml:space="preserve">as</w:t>
      </w:r>
      <w:r>
        <w:t xml:space="preserve"> </w:t>
      </w:r>
      <m:oMath>
        <m:r>
          <m:t>p</m:t>
        </m:r>
        <m:r>
          <m:rPr>
            <m:sty m:val="p"/>
          </m:rPr>
          <m:t>↓</m:t>
        </m:r>
        <m:r>
          <m:t>0</m:t>
        </m:r>
      </m:oMath>
      <w:r>
        <w:t xml:space="preserve">. The last claim follows from the positive measure of every strict near-maximum neighborhood of</w:t>
      </w:r>
      <w:r>
        <w:t xml:space="preserve"> </w:t>
      </w:r>
      <m:oMath>
        <m:sSub>
          <m:e>
            <m:r>
              <m:t>Y</m:t>
            </m:r>
          </m:e>
          <m:sub>
            <m:r>
              <m:t>A</m:t>
            </m:r>
          </m:sub>
        </m:sSub>
      </m:oMath>
      <w:r>
        <w:t xml:space="preserve">.</w:t>
      </w:r>
    </w:p>
    <w:p>
      <w:pPr>
        <w:pStyle w:val="BodyText"/>
        <w:keepLines/>
      </w:pPr>
      <w:r>
        <w:t xml:space="preserve">For intervals and</w:t>
      </w:r>
      <w:r>
        <w:t xml:space="preserve"> </w:t>
      </w:r>
      <m:oMath>
        <m:r>
          <m:t>t</m:t>
        </m:r>
        <m:r>
          <m:rPr>
            <m:sty m:val="p"/>
          </m:rPr>
          <m:t>&gt;</m:t>
        </m:r>
        <m:r>
          <m:t>1</m:t>
        </m:r>
        <m:r>
          <m:rPr>
            <m:sty m:val="p"/>
          </m:rPr>
          <m:t>/</m:t>
        </m:r>
        <m:r>
          <m:t>2</m:t>
        </m:r>
      </m:oMath>
      <w:r>
        <w:t xml:space="preserve">, (F.1) implies that</w:t>
      </w:r>
      <w:r>
        <w:t xml:space="preserve"> </w:t>
      </w:r>
      <m:oMath>
        <m:sSub>
          <m:e>
            <m:r>
              <m:t>f</m:t>
            </m:r>
          </m:e>
          <m:sub>
            <m:sSub>
              <m:e>
                <m:r>
                  <m:t>A</m:t>
                </m:r>
              </m:e>
              <m:sub>
                <m:r>
                  <m:t>N</m:t>
                </m:r>
              </m:sub>
            </m:sSub>
          </m:sub>
        </m:sSub>
        <m:d>
          <m:dPr>
            <m:begChr m:val="("/>
            <m:sepChr m:val=""/>
            <m:endChr m:val=")"/>
            <m:grow/>
          </m:dPr>
          <m:e>
            <m:r>
              <m:t>x</m:t>
            </m:r>
          </m:e>
        </m:d>
        <m:r>
          <m:rPr>
            <m:sty m:val="p"/>
          </m:rPr>
          <m:t>≤</m:t>
        </m:r>
        <m:r>
          <m:rPr>
            <m:sty m:val="p"/>
          </m:rPr>
          <m:t>−</m:t>
        </m:r>
        <m:r>
          <m:t>t</m:t>
        </m:r>
      </m:oMath>
      <w:r>
        <w:t xml:space="preserve"> </w:t>
      </w:r>
      <w:r>
        <w:t xml:space="preserve">requires</w:t>
      </w:r>
      <w:r>
        <w:t xml:space="preserve"> </w:t>
      </w:r>
      <m:oMath>
        <m:d>
          <m:dPr>
            <m:begChr m:val="|"/>
            <m:sepChr m:val=""/>
            <m:endChr m:val="|"/>
            <m:grow/>
          </m:dPr>
          <m:e>
            <m:r>
              <m:t>x</m:t>
            </m:r>
          </m:e>
        </m:d>
        <m:r>
          <m:rPr>
            <m:sty m:val="p"/>
          </m:rPr>
          <m:t>≤</m:t>
        </m:r>
        <m:r>
          <m:t>π</m:t>
        </m:r>
        <m:r>
          <m:rPr>
            <m:sty m:val="p"/>
          </m:rPr>
          <m:t>/</m:t>
        </m:r>
        <m:d>
          <m:dPr>
            <m:begChr m:val="("/>
            <m:sepChr m:val=""/>
            <m:endChr m:val=")"/>
            <m:grow/>
          </m:dPr>
          <m:e>
            <m:r>
              <m:t>2</m:t>
            </m:r>
            <m:r>
              <m:t>t</m:t>
            </m:r>
            <m:r>
              <m:rPr>
                <m:sty m:val="p"/>
              </m:rPr>
              <m:t>−</m:t>
            </m:r>
            <m:r>
              <m:t>1</m:t>
            </m:r>
          </m:e>
        </m:d>
      </m:oMath>
      <w:r>
        <w:t xml:space="preserve">, because</w:t>
      </w:r>
      <w:r>
        <w:t xml:space="preserve"> </w:t>
      </w:r>
      <m:oMath>
        <m:d>
          <m:dPr>
            <m:begChr m:val="|"/>
            <m:sepChr m:val=""/>
            <m:endChr m:val="|"/>
            <m:grow/>
          </m:dPr>
          <m:e>
            <m:sSub>
              <m:e>
                <m:r>
                  <m:t>f</m:t>
                </m:r>
              </m:e>
              <m:sub>
                <m:sSub>
                  <m:e>
                    <m:r>
                      <m:t>A</m:t>
                    </m:r>
                  </m:e>
                  <m:sub>
                    <m:r>
                      <m:t>N</m:t>
                    </m:r>
                  </m:sub>
                </m:sSub>
              </m:sub>
            </m:sSub>
            <m:d>
              <m:dPr>
                <m:begChr m:val="("/>
                <m:sepChr m:val=""/>
                <m:endChr m:val=")"/>
                <m:grow/>
              </m:dPr>
              <m:e>
                <m:r>
                  <m:t>x</m:t>
                </m:r>
              </m:e>
            </m:d>
          </m:e>
        </m:d>
        <m:r>
          <m:rPr>
            <m:sty m:val="p"/>
          </m:rPr>
          <m:t>≤</m:t>
        </m:r>
        <m:r>
          <m:t>1</m:t>
        </m:r>
        <m:r>
          <m:rPr>
            <m:sty m:val="p"/>
          </m:rPr>
          <m:t>/</m:t>
        </m:r>
        <m:r>
          <m:t>2</m:t>
        </m:r>
        <m:r>
          <m:rPr>
            <m:sty m:val="p"/>
          </m:rPr>
          <m:t>+</m:t>
        </m:r>
        <m:r>
          <m:t>π</m:t>
        </m:r>
        <m:r>
          <m:rPr>
            <m:sty m:val="p"/>
          </m:rPr>
          <m:t>/</m:t>
        </m:r>
        <m:d>
          <m:dPr>
            <m:begChr m:val="("/>
            <m:sepChr m:val=""/>
            <m:endChr m:val=")"/>
            <m:grow/>
          </m:dPr>
          <m:e>
            <m:r>
              <m:t>2</m:t>
            </m:r>
            <m:d>
              <m:dPr>
                <m:begChr m:val="|"/>
                <m:sepChr m:val=""/>
                <m:endChr m:val="|"/>
                <m:grow/>
              </m:dPr>
              <m:e>
                <m:r>
                  <m:t>x</m:t>
                </m:r>
              </m:e>
            </m:d>
          </m:e>
        </m:d>
      </m:oMath>
      <w:r>
        <w:t xml:space="preserve">. Therefore</w:t>
      </w:r>
    </w:p>
    <w:p>
      <w:pPr>
        <w:pStyle w:val="BodyText"/>
        <w:keepNext/>
        <w:keepLines/>
      </w:pPr>
      <m:oMathPara>
        <m:oMathParaPr>
          <m:jc m:val="center"/>
        </m:oMathParaPr>
        <m:oMath>
          <m:r>
            <m:t>μ</m:t>
          </m:r>
          <m:d>
            <m:dPr>
              <m:begChr m:val="("/>
              <m:sepChr m:val=""/>
              <m:endChr m:val=")"/>
              <m:grow/>
            </m:dPr>
            <m:e>
              <m:sSub>
                <m:e>
                  <m:r>
                    <m:t>f</m:t>
                  </m:r>
                </m:e>
                <m:sub>
                  <m:sSub>
                    <m:e>
                      <m:r>
                        <m:t>A</m:t>
                      </m:r>
                    </m:e>
                    <m:sub>
                      <m:r>
                        <m:t>N</m:t>
                      </m:r>
                    </m:sub>
                  </m:sSub>
                </m:sub>
              </m:sSub>
              <m:r>
                <m:rPr>
                  <m:sty m:val="p"/>
                </m:rPr>
                <m:t>≤</m:t>
              </m:r>
              <m:r>
                <m:rPr>
                  <m:sty m:val="p"/>
                </m:rPr>
                <m:t>−</m:t>
              </m:r>
              <m:r>
                <m:t>t</m:t>
              </m:r>
            </m:e>
          </m:d>
          <m:r>
            <m:rPr>
              <m:sty m:val="p"/>
            </m:rPr>
            <m:t>≤</m:t>
          </m:r>
          <m:r>
            <m:rPr>
              <m:sty m:val="p"/>
            </m:rPr>
            <m:t>min</m:t>
          </m:r>
          <m:d>
            <m:dPr>
              <m:begChr m:val="("/>
              <m:sepChr m:val=""/>
              <m:endChr m:val=")"/>
              <m:grow/>
            </m:dPr>
            <m:e>
              <m:r>
                <m:t>1</m:t>
              </m:r>
              <m:r>
                <m:rPr>
                  <m:sty m:val="p"/>
                </m:rPr>
                <m:t>,</m:t>
              </m:r>
              <m:f>
                <m:fPr>
                  <m:type m:val="bar"/>
                </m:fPr>
                <m:num>
                  <m:r>
                    <m:t>1</m:t>
                  </m:r>
                </m:num>
                <m:den>
                  <m:r>
                    <m:t>2</m:t>
                  </m:r>
                  <m:r>
                    <m:t>t</m:t>
                  </m:r>
                  <m:r>
                    <m:rPr>
                      <m:sty m:val="p"/>
                    </m:rPr>
                    <m:t>−</m:t>
                  </m:r>
                  <m:r>
                    <m:t>1</m:t>
                  </m:r>
                </m:den>
              </m:f>
            </m:e>
          </m:d>
          <m:r>
            <m:rPr>
              <m:sty m:val="p"/>
            </m:rPr>
            <m:t>,</m:t>
          </m:r>
          <m:r>
            <m:t>  </m:t>
          </m:r>
          <m:sSub>
            <m:e>
              <m:r>
                <m:t>q</m:t>
              </m:r>
            </m:e>
            <m:sub>
              <m:sSub>
                <m:e>
                  <m:r>
                    <m:t>A</m:t>
                  </m:r>
                </m:e>
                <m:sub>
                  <m:r>
                    <m:t>N</m:t>
                  </m:r>
                </m:sub>
              </m:sSub>
            </m:sub>
          </m:sSub>
          <m:d>
            <m:dPr>
              <m:begChr m:val="("/>
              <m:sepChr m:val=""/>
              <m:endChr m:val=")"/>
              <m:grow/>
            </m:dPr>
            <m:e>
              <m:r>
                <m:t>p</m:t>
              </m:r>
            </m:e>
          </m:d>
          <m:r>
            <m:rPr>
              <m:sty m:val="p"/>
            </m:rPr>
            <m:t>≤</m:t>
          </m:r>
          <m:f>
            <m:fPr>
              <m:type m:val="bar"/>
            </m:fPr>
            <m:num>
              <m:r>
                <m:t>1</m:t>
              </m:r>
              <m:r>
                <m:rPr>
                  <m:sty m:val="p"/>
                </m:rPr>
                <m:t>+</m:t>
              </m:r>
              <m:r>
                <m:t>1</m:t>
              </m:r>
              <m:r>
                <m:rPr>
                  <m:sty m:val="p"/>
                </m:rPr>
                <m:t>/</m:t>
              </m:r>
              <m:r>
                <m:t>p</m:t>
              </m:r>
            </m:num>
            <m:den>
              <m:r>
                <m:t>2</m:t>
              </m:r>
            </m:den>
          </m:f>
          <m:r>
            <m:rPr>
              <m:sty m:val="p"/>
            </m:rPr>
            <m:t>.</m:t>
          </m:r>
        </m:oMath>
      </m:oMathPara>
    </w:p>
    <w:p>
      <w:pPr>
        <w:pStyle w:val="Caption"/>
        <w:spacing w:before="0" w:after="140"/>
      </w:pPr>
      <w:r>
        <w:t xml:space="preserve">Equation (K.11)</w:t>
      </w:r>
    </w:p>
    <w:p>
      <w:pPr>
        <w:pStyle w:val="BodyText"/>
        <w:keepLines/>
      </w:pPr>
      <w:r>
        <w:t xml:space="preserve">Every fixed</w:t>
      </w:r>
      <w:r>
        <w:t xml:space="preserve"> </w:t>
      </w:r>
      <m:oMath>
        <m:r>
          <m:t>p</m:t>
        </m:r>
        <m:r>
          <m:rPr>
            <m:sty m:val="p"/>
          </m:rPr>
          <m:t>&gt;</m:t>
        </m:r>
        <m:r>
          <m:t>0</m:t>
        </m:r>
      </m:oMath>
      <w:r>
        <w:t xml:space="preserve"> </w:t>
      </w:r>
      <w:r>
        <w:t xml:space="preserve">gives a bounded quantile as</w:t>
      </w:r>
      <w:r>
        <w:t xml:space="preserve"> </w:t>
      </w:r>
      <m:oMath>
        <m:r>
          <m:t>N</m:t>
        </m:r>
      </m:oMath>
      <w:r>
        <w:t xml:space="preserve"> </w:t>
      </w:r>
      <w:r>
        <w:t xml:space="preserve">grows. In contrast, (K.9) proves</w:t>
      </w:r>
    </w:p>
    <w:p>
      <w:pPr>
        <w:pStyle w:val="BodyText"/>
        <w:keepLines/>
      </w:pPr>
      <m:oMathPara>
        <m:oMathParaPr>
          <m:jc m:val="center"/>
        </m:oMathParaPr>
        <m:oMath>
          <m:sSub>
            <m:e>
              <m:r>
                <m:t>q</m:t>
              </m:r>
            </m:e>
            <m:sub>
              <m:sSub>
                <m:e>
                  <m:r>
                    <m:t>A</m:t>
                  </m:r>
                </m:e>
                <m:sub>
                  <m:r>
                    <m:t>N</m:t>
                  </m:r>
                </m:sub>
              </m:sSub>
            </m:sub>
          </m:sSub>
          <m:d>
            <m:dPr>
              <m:begChr m:val="("/>
              <m:sepChr m:val=""/>
              <m:endChr m:val=")"/>
              <m:grow/>
            </m:dPr>
            <m:e>
              <m:f>
                <m:fPr>
                  <m:type m:val="bar"/>
                </m:fPr>
                <m:num>
                  <m:r>
                    <m:t>2</m:t>
                  </m:r>
                </m:num>
                <m:den>
                  <m:r>
                    <m:t>3</m:t>
                  </m:r>
                  <m:r>
                    <m:t>L</m:t>
                  </m:r>
                </m:den>
              </m:f>
            </m:e>
          </m:d>
          <m:r>
            <m:rPr>
              <m:sty m:val="p"/>
            </m:rPr>
            <m:t>≥</m:t>
          </m:r>
          <m:f>
            <m:fPr>
              <m:type m:val="bar"/>
            </m:fPr>
            <m:num>
              <m:r>
                <m:t>3</m:t>
              </m:r>
              <m:r>
                <m:t>L</m:t>
              </m:r>
            </m:num>
            <m:den>
              <m:r>
                <m:t>20</m:t>
              </m:r>
              <m:r>
                <m:t>π</m:t>
              </m:r>
            </m:den>
          </m:f>
          <m:r>
            <m:rPr>
              <m:sty m:val="p"/>
            </m:rPr>
            <m:t>.</m:t>
          </m:r>
        </m:oMath>
      </m:oMathPara>
    </w:p>
    <w:p>
      <w:pPr>
        <w:pStyle w:val="FirstParagraph"/>
        <w:keepLines/>
      </w:pPr>
      <w:r>
        <w:t xml:space="preserve">A fraction of time of order</w:t>
      </w:r>
      <w:r>
        <w:t xml:space="preserve"> </w:t>
      </w:r>
      <m:oMath>
        <m:r>
          <m:t>1</m:t>
        </m:r>
        <m:r>
          <m:rPr>
            <m:sty m:val="p"/>
          </m:rPr>
          <m:t>/</m:t>
        </m:r>
        <m:r>
          <m:t>N</m:t>
        </m:r>
      </m:oMath>
      <w:r>
        <w:t xml:space="preserve"> </w:t>
      </w:r>
      <w:r>
        <w:t xml:space="preserve">can carry a trough of order</w:t>
      </w:r>
      <w:r>
        <w:t xml:space="preserve"> </w:t>
      </w:r>
      <m:oMath>
        <m:r>
          <m:t>N</m:t>
        </m:r>
      </m:oMath>
      <w:r>
        <w:t xml:space="preserve">. Choosing a fixed fraction of observation time is therefore a substantially stronger requirement than the existence of a deep point.</w:t>
      </w:r>
    </w:p>
    <w:bookmarkEnd w:id="116"/>
    <w:bookmarkStart w:id="117" w:name="X6eb2181affdfaa3ca071a546aa33a8e14ea5a4c"/>
    <w:p>
      <w:pPr>
        <w:pStyle w:val="Heading3"/>
      </w:pPr>
      <w:r>
        <w:t xml:space="preserve">K.4. The zero-threshold Fermi–Dirac detector</w:t>
      </w:r>
    </w:p>
    <w:p>
      <w:pPr>
        <w:pStyle w:val="FirstParagraph"/>
        <w:keepLines/>
      </w:pPr>
      <w:r>
        <w:t xml:space="preserve">For</w:t>
      </w:r>
      <w:r>
        <w:t xml:space="preserve"> </w:t>
      </w:r>
      <m:oMath>
        <m:r>
          <m:t>β</m:t>
        </m:r>
        <m:r>
          <m:rPr>
            <m:sty m:val="p"/>
          </m:rPr>
          <m:t>≥</m:t>
        </m:r>
        <m:r>
          <m:t>0</m:t>
        </m:r>
      </m:oMath>
      <w:r>
        <w:t xml:space="preserve">, introduce the logistic weight</w:t>
      </w:r>
    </w:p>
    <w:p>
      <w:pPr>
        <w:pStyle w:val="BodyText"/>
        <w:keepNext/>
        <w:keepLines/>
      </w:pPr>
      <m:oMathPara>
        <m:oMathParaPr>
          <m:jc m:val="center"/>
        </m:oMathParaPr>
        <m:oMath>
          <m:sSub>
            <m:e>
              <m:r>
                <m:t>w</m:t>
              </m:r>
            </m:e>
            <m:sub>
              <m:r>
                <m:t>β</m:t>
              </m:r>
            </m:sub>
          </m:sSub>
          <m:d>
            <m:dPr>
              <m:begChr m:val="("/>
              <m:sepChr m:val=""/>
              <m:endChr m:val=")"/>
              <m:grow/>
            </m:dPr>
            <m:e>
              <m:r>
                <m:t>t</m:t>
              </m:r>
            </m:e>
          </m:d>
          <m:r>
            <m:rPr>
              <m:sty m:val="p"/>
            </m:rPr>
            <m:t>=</m:t>
          </m:r>
          <m:f>
            <m:fPr>
              <m:type m:val="bar"/>
            </m:fPr>
            <m:num>
              <m:r>
                <m:t>1</m:t>
              </m:r>
            </m:num>
            <m:den>
              <m:r>
                <m:t>1</m:t>
              </m:r>
              <m:r>
                <m:rPr>
                  <m:sty m:val="p"/>
                </m:rPr>
                <m:t>+</m:t>
              </m:r>
              <m:sSup>
                <m:e>
                  <m:r>
                    <m:t>e</m:t>
                  </m:r>
                </m:e>
                <m:sup>
                  <m:r>
                    <m:t>β</m:t>
                  </m:r>
                  <m:r>
                    <m:t>t</m:t>
                  </m:r>
                </m:sup>
              </m:sSup>
            </m:den>
          </m:f>
          <m:r>
            <m:rPr>
              <m:sty m:val="p"/>
            </m:rPr>
            <m:t>,</m:t>
          </m:r>
          <m:r>
            <m:t>  </m:t>
          </m:r>
          <m:sSubSup>
            <m:e>
              <m:r>
                <m:t>B</m:t>
              </m:r>
            </m:e>
            <m:sub>
              <m:r>
                <m:t>β</m:t>
              </m:r>
            </m:sub>
            <m:sup>
              <m:r>
                <m:rPr>
                  <m:sty m:val="p"/>
                </m:rPr>
                <m:t>F</m:t>
              </m:r>
              <m:r>
                <m:rPr>
                  <m:sty m:val="p"/>
                </m:rPr>
                <m:t>D</m:t>
              </m:r>
            </m:sup>
          </m:sSubSup>
          <m:d>
            <m:dPr>
              <m:begChr m:val="("/>
              <m:sepChr m:val=""/>
              <m:endChr m:val=")"/>
              <m:grow/>
            </m:dPr>
            <m:e>
              <m:r>
                <m:t>A</m:t>
              </m:r>
            </m:e>
          </m:d>
          <m:r>
            <m:rPr>
              <m:sty m:val="p"/>
            </m:rPr>
            <m:t>=</m:t>
          </m:r>
          <m:r>
            <m:rPr>
              <m:sty m:val="p"/>
            </m:rPr>
            <m:t>−</m:t>
          </m:r>
          <m:f>
            <m:fPr>
              <m:type m:val="bar"/>
            </m:fPr>
            <m:num>
              <m:r>
                <m:rPr>
                  <m:sty m:val="p"/>
                  <m:scr m:val="double-struck"/>
                </m:rPr>
                <m:t>E</m:t>
              </m:r>
              <m:d>
                <m:dPr>
                  <m:begChr m:val="["/>
                  <m:sepChr m:val=""/>
                  <m:endChr m:val="]"/>
                  <m:grow/>
                </m:dPr>
                <m:e>
                  <m:sSub>
                    <m:e>
                      <m:r>
                        <m:t>f</m:t>
                      </m:r>
                    </m:e>
                    <m:sub>
                      <m:r>
                        <m:t>A</m:t>
                      </m:r>
                    </m:sub>
                  </m:sSub>
                  <m:sSub>
                    <m:e>
                      <m:r>
                        <m:t>w</m:t>
                      </m:r>
                    </m:e>
                    <m:sub>
                      <m:r>
                        <m:t>β</m:t>
                      </m:r>
                    </m:sub>
                  </m:sSub>
                  <m:d>
                    <m:dPr>
                      <m:begChr m:val="("/>
                      <m:sepChr m:val=""/>
                      <m:endChr m:val=")"/>
                      <m:grow/>
                    </m:dPr>
                    <m:e>
                      <m:sSub>
                        <m:e>
                          <m:r>
                            <m:t>f</m:t>
                          </m:r>
                        </m:e>
                        <m:sub>
                          <m:r>
                            <m:t>A</m:t>
                          </m:r>
                        </m:sub>
                      </m:sSub>
                    </m:e>
                  </m:d>
                </m:e>
              </m:d>
            </m:num>
            <m:den>
              <m:r>
                <m:rPr>
                  <m:sty m:val="p"/>
                  <m:scr m:val="double-struck"/>
                </m:rPr>
                <m:t>E</m:t>
              </m:r>
              <m:sSub>
                <m:e>
                  <m:r>
                    <m:t>w</m:t>
                  </m:r>
                </m:e>
                <m:sub>
                  <m:r>
                    <m:t>β</m:t>
                  </m:r>
                </m:sub>
              </m:sSub>
              <m:d>
                <m:dPr>
                  <m:begChr m:val="("/>
                  <m:sepChr m:val=""/>
                  <m:endChr m:val=")"/>
                  <m:grow/>
                </m:dPr>
                <m:e>
                  <m:sSub>
                    <m:e>
                      <m:r>
                        <m:t>f</m:t>
                      </m:r>
                    </m:e>
                    <m:sub>
                      <m:r>
                        <m:t>A</m:t>
                      </m:r>
                    </m:sub>
                  </m:sSub>
                </m:e>
              </m:d>
            </m:den>
          </m:f>
          <m:r>
            <m:rPr>
              <m:sty m:val="p"/>
            </m:rPr>
            <m:t>.</m:t>
          </m:r>
        </m:oMath>
      </m:oMathPara>
    </w:p>
    <w:p>
      <w:pPr>
        <w:pStyle w:val="Caption"/>
        <w:spacing w:before="0" w:after="140"/>
      </w:pPr>
      <w:r>
        <w:t xml:space="preserve">Equation (K.12)</w:t>
      </w:r>
    </w:p>
    <w:p>
      <w:pPr>
        <w:pStyle w:val="BodyText"/>
        <w:keepLines/>
      </w:pPr>
      <w:r>
        <w:t xml:space="preserve">Only the mathematical shape of the Fermi–Dirac occupation function at zero chemical potential is borrowed. The waveform is not declared a fermionic energy, and</w:t>
      </w:r>
      <w:r>
        <w:t xml:space="preserve"> </w:t>
      </w:r>
      <m:oMath>
        <m:r>
          <m:t>β</m:t>
        </m:r>
      </m:oMath>
      <w:r>
        <w:t xml:space="preserve"> </w:t>
      </w:r>
      <w:r>
        <w:t xml:space="preserve">is a parameter rather than a measured temperature.</w:t>
      </w:r>
    </w:p>
    <w:p>
      <w:pPr>
        <w:pStyle w:val="BodyText"/>
        <w:keepLines/>
      </w:pPr>
      <w:r>
        <w:t xml:space="preserve">For all admissible</w:t>
      </w:r>
      <w:r>
        <w:t xml:space="preserve"> </w:t>
      </w:r>
      <m:oMath>
        <m:r>
          <m:t>A</m:t>
        </m:r>
      </m:oMath>
      <w:r>
        <w:t xml:space="preserve">,</w:t>
      </w:r>
      <w:r>
        <w:t xml:space="preserve"> </w:t>
      </w:r>
      <m:oMath>
        <m:r>
          <m:t>0</m:t>
        </m:r>
        <m:r>
          <m:rPr>
            <m:sty m:val="p"/>
          </m:rPr>
          <m:t>≤</m:t>
        </m:r>
        <m:sSubSup>
          <m:e>
            <m:r>
              <m:t>B</m:t>
            </m:r>
          </m:e>
          <m:sub>
            <m:r>
              <m:t>β</m:t>
            </m:r>
          </m:sub>
          <m:sup>
            <m:r>
              <m:rPr>
                <m:sty m:val="p"/>
              </m:rPr>
              <m:t>F</m:t>
            </m:r>
            <m:r>
              <m:rPr>
                <m:sty m:val="p"/>
              </m:rPr>
              <m:t>D</m:t>
            </m:r>
          </m:sup>
        </m:sSubSup>
        <m:r>
          <m:rPr>
            <m:sty m:val="p"/>
          </m:rPr>
          <m:t>≤</m:t>
        </m:r>
        <m:r>
          <m:t>K</m:t>
        </m:r>
        <m:d>
          <m:dPr>
            <m:begChr m:val="("/>
            <m:sepChr m:val=""/>
            <m:endChr m:val=")"/>
            <m:grow/>
          </m:dPr>
          <m:e>
            <m:r>
              <m:t>A</m:t>
            </m:r>
          </m:e>
        </m:d>
      </m:oMath>
      <w:r>
        <w:t xml:space="preserve">. The upper bound follows from a normalized positive weight. For the lower bound, use</w:t>
      </w:r>
      <w:r>
        <w:t xml:space="preserve"> </w:t>
      </w:r>
      <m:oMath>
        <m:sSub>
          <m:e>
            <m:r>
              <m:t>w</m:t>
            </m:r>
          </m:e>
          <m:sub>
            <m:r>
              <m:t>β</m:t>
            </m:r>
          </m:sub>
        </m:sSub>
        <m:d>
          <m:dPr>
            <m:begChr m:val="("/>
            <m:sepChr m:val=""/>
            <m:endChr m:val=")"/>
            <m:grow/>
          </m:dPr>
          <m:e>
            <m:r>
              <m:t>t</m:t>
            </m:r>
          </m:e>
        </m:d>
        <m:r>
          <m:rPr>
            <m:sty m:val="p"/>
          </m:rPr>
          <m:t>=</m:t>
        </m:r>
        <m:d>
          <m:dPr>
            <m:begChr m:val="("/>
            <m:sepChr m:val=""/>
            <m:endChr m:val=")"/>
            <m:grow/>
          </m:dPr>
          <m:e>
            <m:r>
              <m:t>1</m:t>
            </m:r>
            <m:r>
              <m:rPr>
                <m:sty m:val="p"/>
              </m:rPr>
              <m:t>−</m:t>
            </m:r>
            <m:r>
              <m:rPr>
                <m:sty m:val="p"/>
              </m:rPr>
              <m:t>tanh</m:t>
            </m:r>
            <m:d>
              <m:dPr>
                <m:begChr m:val="("/>
                <m:sepChr m:val=""/>
                <m:endChr m:val=")"/>
                <m:grow/>
              </m:dPr>
              <m:e>
                <m:r>
                  <m:t>β</m:t>
                </m:r>
                <m:r>
                  <m:t>t</m:t>
                </m:r>
                <m:r>
                  <m:rPr>
                    <m:sty m:val="p"/>
                  </m:rPr>
                  <m:t>/</m:t>
                </m:r>
                <m:r>
                  <m:t>2</m:t>
                </m:r>
              </m:e>
            </m:d>
          </m:e>
        </m:d>
        <m:r>
          <m:rPr>
            <m:sty m:val="p"/>
          </m:rPr>
          <m:t>/</m:t>
        </m:r>
        <m:r>
          <m:t>2</m:t>
        </m:r>
      </m:oMath>
      <w:r>
        <w:t xml:space="preserve"> </w:t>
      </w:r>
      <w:r>
        <w:t xml:space="preserve">and</w:t>
      </w:r>
      <w:r>
        <w:t xml:space="preserve"> </w:t>
      </w:r>
      <m:oMath>
        <m:r>
          <m:rPr>
            <m:sty m:val="p"/>
            <m:scr m:val="double-struck"/>
          </m:rPr>
          <m:t>E</m:t>
        </m:r>
        <m:sSub>
          <m:e>
            <m:r>
              <m:t>f</m:t>
            </m:r>
          </m:e>
          <m:sub>
            <m:r>
              <m:t>A</m:t>
            </m:r>
          </m:sub>
        </m:sSub>
        <m:r>
          <m:rPr>
            <m:sty m:val="p"/>
          </m:rPr>
          <m:t>=</m:t>
        </m:r>
        <m:r>
          <m:t>0</m:t>
        </m:r>
      </m:oMath>
      <w:r>
        <w:t xml:space="preserve">; the negative numerator becomes</w:t>
      </w:r>
      <w:r>
        <w:t xml:space="preserve"> </w:t>
      </w:r>
      <m:oMath>
        <m:f>
          <m:fPr>
            <m:type m:val="bar"/>
          </m:fPr>
          <m:num>
            <m:r>
              <m:t>1</m:t>
            </m:r>
          </m:num>
          <m:den>
            <m:r>
              <m:t>2</m:t>
            </m:r>
          </m:den>
        </m:f>
        <m:r>
          <m:rPr>
            <m:sty m:val="p"/>
            <m:scr m:val="double-struck"/>
          </m:rPr>
          <m:t>E</m:t>
        </m:r>
        <m:d>
          <m:dPr>
            <m:begChr m:val="["/>
            <m:sepChr m:val=""/>
            <m:endChr m:val="]"/>
            <m:grow/>
          </m:dPr>
          <m:e>
            <m:sSub>
              <m:e>
                <m:r>
                  <m:t>f</m:t>
                </m:r>
              </m:e>
              <m:sub>
                <m:r>
                  <m:t>A</m:t>
                </m:r>
              </m:sub>
            </m:sSub>
            <m:r>
              <m:rPr>
                <m:sty m:val="p"/>
              </m:rPr>
              <m:t>tanh</m:t>
            </m:r>
            <m:d>
              <m:dPr>
                <m:begChr m:val="("/>
                <m:sepChr m:val=""/>
                <m:endChr m:val=")"/>
                <m:grow/>
              </m:dPr>
              <m:e>
                <m:r>
                  <m:t>β</m:t>
                </m:r>
                <m:sSub>
                  <m:e>
                    <m:r>
                      <m:t>f</m:t>
                    </m:r>
                  </m:e>
                  <m:sub>
                    <m:r>
                      <m:t>A</m:t>
                    </m:r>
                  </m:sub>
                </m:sSub>
                <m:r>
                  <m:rPr>
                    <m:sty m:val="p"/>
                  </m:rPr>
                  <m:t>/</m:t>
                </m:r>
                <m:r>
                  <m:t>2</m:t>
                </m:r>
              </m:e>
            </m:d>
          </m:e>
        </m:d>
        <m:r>
          <m:rPr>
            <m:sty m:val="p"/>
          </m:rPr>
          <m:t>≥</m:t>
        </m:r>
        <m:r>
          <m:t>0</m:t>
        </m:r>
      </m:oMath>
      <w:r>
        <w:t xml:space="preserve">. At</w:t>
      </w:r>
      <w:r>
        <w:t xml:space="preserve"> </w:t>
      </w:r>
      <m:oMath>
        <m:r>
          <m:t>β</m:t>
        </m:r>
        <m:r>
          <m:rPr>
            <m:sty m:val="p"/>
          </m:rPr>
          <m:t>=</m:t>
        </m:r>
        <m:r>
          <m:t>0</m:t>
        </m:r>
      </m:oMath>
      <w:r>
        <w:t xml:space="preserve"> </w:t>
      </w:r>
      <w:r>
        <w:t xml:space="preserve">the value is zero. Since the zero set of</w:t>
      </w:r>
      <w:r>
        <w:t xml:space="preserve"> </w:t>
      </w:r>
      <m:oMath>
        <m:sSub>
          <m:e>
            <m:r>
              <m:t>f</m:t>
            </m:r>
          </m:e>
          <m:sub>
            <m:r>
              <m:t>A</m:t>
            </m:r>
          </m:sub>
        </m:sSub>
      </m:oMath>
      <w:r>
        <w:t xml:space="preserve"> </w:t>
      </w:r>
      <w:r>
        <w:t xml:space="preserve">has measure zero, bounded convergence gives</w:t>
      </w:r>
    </w:p>
    <w:p>
      <w:pPr>
        <w:pStyle w:val="BodyText"/>
        <w:keepNext/>
        <w:keepLines/>
      </w:pPr>
      <m:oMathPara>
        <m:oMathParaPr>
          <m:jc m:val="center"/>
        </m:oMathParaPr>
        <m:oMath>
          <m:limLow>
            <m:e>
              <m:r>
                <m:rPr>
                  <m:sty m:val="p"/>
                </m:rPr>
                <m:t>lim</m:t>
              </m:r>
            </m:e>
            <m:lim>
              <m:r>
                <m:t>β</m:t>
              </m:r>
              <m:r>
                <m:rPr>
                  <m:sty m:val="p"/>
                </m:rPr>
                <m:t>→</m:t>
              </m:r>
              <m:r>
                <m:rPr>
                  <m:sty m:val="p"/>
                </m:rPr>
                <m:t>∞</m:t>
              </m:r>
            </m:lim>
          </m:limLow>
          <m:sSubSup>
            <m:e>
              <m:r>
                <m:t>B</m:t>
              </m:r>
            </m:e>
            <m:sub>
              <m:r>
                <m:t>β</m:t>
              </m:r>
            </m:sub>
            <m:sup>
              <m:r>
                <m:rPr>
                  <m:sty m:val="p"/>
                </m:rPr>
                <m:t>F</m:t>
              </m:r>
              <m:r>
                <m:rPr>
                  <m:sty m:val="p"/>
                </m:rPr>
                <m:t>D</m:t>
              </m:r>
            </m:sup>
          </m:sSubSup>
          <m:d>
            <m:dPr>
              <m:begChr m:val="("/>
              <m:sepChr m:val=""/>
              <m:endChr m:val=")"/>
              <m:grow/>
            </m:dPr>
            <m:e>
              <m:r>
                <m:t>A</m:t>
              </m:r>
            </m:e>
          </m:d>
          <m:r>
            <m:rPr>
              <m:sty m:val="p"/>
            </m:rPr>
            <m:t>=</m:t>
          </m:r>
          <m:f>
            <m:fPr>
              <m:type m:val="bar"/>
            </m:fPr>
            <m:num>
              <m:r>
                <m:rPr>
                  <m:sty m:val="p"/>
                  <m:scr m:val="double-struck"/>
                </m:rPr>
                <m:t>E</m:t>
              </m:r>
              <m:sSub>
                <m:e>
                  <m:r>
                    <m:t>Y</m:t>
                  </m:r>
                </m:e>
                <m:sub>
                  <m:r>
                    <m:t>A</m:t>
                  </m:r>
                </m:sub>
              </m:sSub>
            </m:num>
            <m:den>
              <m:r>
                <m:t>μ</m:t>
              </m:r>
              <m:d>
                <m:dPr>
                  <m:begChr m:val="("/>
                  <m:sepChr m:val=""/>
                  <m:endChr m:val=")"/>
                  <m:grow/>
                </m:dPr>
                <m:e>
                  <m:sSub>
                    <m:e>
                      <m:r>
                        <m:t>f</m:t>
                      </m:r>
                    </m:e>
                    <m:sub>
                      <m:r>
                        <m:t>A</m:t>
                      </m:r>
                    </m:sub>
                  </m:sSub>
                  <m:r>
                    <m:rPr>
                      <m:sty m:val="p"/>
                    </m:rPr>
                    <m:t>&lt;</m:t>
                  </m:r>
                  <m:r>
                    <m:t>0</m:t>
                  </m:r>
                </m:e>
              </m:d>
            </m:den>
          </m:f>
          <m:r>
            <m:rPr>
              <m:sty m:val="p"/>
            </m:rPr>
            <m:t>.</m:t>
          </m:r>
        </m:oMath>
      </m:oMathPara>
    </w:p>
    <w:p>
      <w:pPr>
        <w:pStyle w:val="Caption"/>
        <w:spacing w:before="0" w:after="140"/>
      </w:pPr>
      <w:r>
        <w:t xml:space="preserve">Equation (K.13)</w:t>
      </w:r>
    </w:p>
    <w:p>
      <w:pPr>
        <w:pStyle w:val="BodyText"/>
      </w:pPr>
      <w:r>
        <w:t xml:space="preserve">This is the average depth of the negative part, not its largest depth.</w:t>
      </w:r>
    </w:p>
    <w:p>
      <w:pPr>
        <w:pStyle w:val="BodyText"/>
        <w:keepLines/>
      </w:pPr>
      <w:r>
        <w:rPr>
          <w:bCs/>
          <w:b/>
        </w:rPr>
        <w:t xml:space="preserve">Proposition K.1 — Failure uniformly over the tuning parameter.</w:t>
      </w:r>
      <w:r>
        <w:t xml:space="preserve"> </w:t>
      </w:r>
      <w:r>
        <w:t xml:space="preserve">For every</w:t>
      </w:r>
      <w:r>
        <w:t xml:space="preserve"> </w:t>
      </w:r>
      <m:oMath>
        <m:r>
          <m:t>N</m:t>
        </m:r>
        <m:r>
          <m:rPr>
            <m:sty m:val="p"/>
          </m:rPr>
          <m:t>≥</m:t>
        </m:r>
        <m:r>
          <m:t>1</m:t>
        </m:r>
      </m:oMath>
      <w:r>
        <w:t xml:space="preserve">,</w:t>
      </w:r>
    </w:p>
    <w:p>
      <w:pPr>
        <w:pStyle w:val="BodyText"/>
        <w:keepNext/>
        <w:keepLines/>
      </w:pPr>
      <m:oMathPara>
        <m:oMathParaPr>
          <m:jc m:val="center"/>
        </m:oMathParaPr>
        <m:oMath>
          <m:r>
            <m:t>0</m:t>
          </m:r>
          <m:r>
            <m:rPr>
              <m:sty m:val="p"/>
            </m:rPr>
            <m:t>≤</m:t>
          </m:r>
          <m:limLow>
            <m:e>
              <m:r>
                <m:rPr>
                  <m:sty m:val="p"/>
                </m:rPr>
                <m:t>sup</m:t>
              </m:r>
            </m:e>
            <m:lim>
              <m:r>
                <m:t>β</m:t>
              </m:r>
              <m:r>
                <m:rPr>
                  <m:sty m:val="p"/>
                </m:rPr>
                <m:t>≥</m:t>
              </m:r>
              <m:r>
                <m:t>0</m:t>
              </m:r>
            </m:lim>
          </m:limLow>
          <m:sSubSup>
            <m:e>
              <m:r>
                <m:t>B</m:t>
              </m:r>
            </m:e>
            <m:sub>
              <m:r>
                <m:t>β</m:t>
              </m:r>
            </m:sub>
            <m:sup>
              <m:r>
                <m:rPr>
                  <m:sty m:val="p"/>
                </m:rPr>
                <m:t>F</m:t>
              </m:r>
              <m:r>
                <m:rPr>
                  <m:sty m:val="p"/>
                </m:rPr>
                <m:t>D</m:t>
              </m:r>
            </m:sup>
          </m:sSubSup>
          <m:d>
            <m:dPr>
              <m:begChr m:val="("/>
              <m:sepChr m:val=""/>
              <m:endChr m:val=")"/>
              <m:grow/>
            </m:dPr>
            <m:e>
              <m:sSub>
                <m:e>
                  <m:r>
                    <m:t>A</m:t>
                  </m:r>
                </m:e>
                <m:sub>
                  <m:r>
                    <m:t>N</m:t>
                  </m:r>
                </m:sub>
              </m:sSub>
            </m:e>
          </m:d>
          <m:r>
            <m:rPr>
              <m:sty m:val="p"/>
            </m:rPr>
            <m:t>≤</m:t>
          </m:r>
          <m:r>
            <m:t>20</m:t>
          </m:r>
          <m:r>
            <m:rPr>
              <m:sty m:val="p"/>
            </m:rPr>
            <m:t>+</m:t>
          </m:r>
          <m:r>
            <m:t>10</m:t>
          </m:r>
          <m:r>
            <m:rPr>
              <m:sty m:val="p"/>
            </m:rPr>
            <m:t>log</m:t>
          </m:r>
          <m:d>
            <m:dPr>
              <m:begChr m:val="("/>
              <m:sepChr m:val=""/>
              <m:endChr m:val=")"/>
              <m:grow/>
            </m:dPr>
            <m:e>
              <m:r>
                <m:t>2</m:t>
              </m:r>
              <m:r>
                <m:t>N</m:t>
              </m:r>
              <m:r>
                <m:rPr>
                  <m:sty m:val="p"/>
                </m:rPr>
                <m:t>+</m:t>
              </m:r>
              <m:r>
                <m:t>1</m:t>
              </m:r>
            </m:e>
          </m:d>
          <m:r>
            <m:rPr>
              <m:sty m:val="p"/>
            </m:rPr>
            <m:t>.</m:t>
          </m:r>
        </m:oMath>
      </m:oMathPara>
    </w:p>
    <w:p>
      <w:pPr>
        <w:pStyle w:val="Caption"/>
        <w:spacing w:before="0" w:after="140"/>
      </w:pPr>
      <w:r>
        <w:t xml:space="preserve">Equation (K.14)</w:t>
      </w:r>
    </w:p>
    <w:p>
      <w:pPr>
        <w:pStyle w:val="BodyText"/>
        <w:keepLines/>
      </w:pPr>
      <w:r>
        <w:rPr>
          <w:bCs/>
          <w:b/>
        </w:rPr>
        <w:t xml:space="preserve">Proof.</w:t>
      </w:r>
      <w:r>
        <w:t xml:space="preserve"> </w:t>
      </w:r>
      <w:r>
        <w:t xml:space="preserve">On the set in (K.10),</w:t>
      </w:r>
      <w:r>
        <w:t xml:space="preserve"> </w:t>
      </w:r>
      <m:oMath>
        <m:sSub>
          <m:e>
            <m:r>
              <m:t>w</m:t>
            </m:r>
          </m:e>
          <m:sub>
            <m:r>
              <m:t>β</m:t>
            </m:r>
          </m:sub>
        </m:sSub>
        <m:d>
          <m:dPr>
            <m:begChr m:val="("/>
            <m:sepChr m:val=""/>
            <m:endChr m:val=")"/>
            <m:grow/>
          </m:dPr>
          <m:e>
            <m:sSub>
              <m:e>
                <m:r>
                  <m:t>f</m:t>
                </m:r>
              </m:e>
              <m:sub>
                <m:sSub>
                  <m:e>
                    <m:r>
                      <m:t>A</m:t>
                    </m:r>
                  </m:e>
                  <m:sub>
                    <m:r>
                      <m:t>N</m:t>
                    </m:r>
                  </m:sub>
                </m:sSub>
              </m:sub>
            </m:sSub>
          </m:e>
        </m:d>
        <m:r>
          <m:rPr>
            <m:sty m:val="p"/>
          </m:rPr>
          <m:t>≥</m:t>
        </m:r>
        <m:r>
          <m:t>1</m:t>
        </m:r>
        <m:r>
          <m:rPr>
            <m:sty m:val="p"/>
          </m:rPr>
          <m:t>/</m:t>
        </m:r>
        <m:r>
          <m:t>2</m:t>
        </m:r>
      </m:oMath>
      <w:r>
        <w:t xml:space="preserve">, so its expectation is at least</w:t>
      </w:r>
      <w:r>
        <w:t xml:space="preserve"> </w:t>
      </w:r>
      <m:oMath>
        <m:r>
          <m:t>1</m:t>
        </m:r>
        <m:r>
          <m:rPr>
            <m:sty m:val="p"/>
          </m:rPr>
          <m:t>/</m:t>
        </m:r>
        <m:r>
          <m:t>40</m:t>
        </m:r>
      </m:oMath>
      <w:r>
        <w:t xml:space="preserve">, uniformly in</w:t>
      </w:r>
      <w:r>
        <w:t xml:space="preserve"> </w:t>
      </w:r>
      <m:oMath>
        <m:r>
          <m:t>β</m:t>
        </m:r>
      </m:oMath>
      <w:r>
        <w:t xml:space="preserve">. Since</w:t>
      </w:r>
      <w:r>
        <w:t xml:space="preserve"> </w:t>
      </w:r>
      <m:oMath>
        <m:r>
          <m:t>0</m:t>
        </m:r>
        <m:r>
          <m:rPr>
            <m:sty m:val="p"/>
          </m:rPr>
          <m:t>≤</m:t>
        </m:r>
        <m:sSub>
          <m:e>
            <m:r>
              <m:t>w</m:t>
            </m:r>
          </m:e>
          <m:sub>
            <m:r>
              <m:t>β</m:t>
            </m:r>
          </m:sub>
        </m:sSub>
        <m:r>
          <m:rPr>
            <m:sty m:val="p"/>
          </m:rPr>
          <m:t>≤</m:t>
        </m:r>
        <m:r>
          <m:t>1</m:t>
        </m:r>
      </m:oMath>
      <w:r>
        <w:t xml:space="preserve">, the negative numerator is at most</w:t>
      </w:r>
      <w:r>
        <w:t xml:space="preserve"> </w:t>
      </w:r>
      <m:oMath>
        <m:r>
          <m:rPr>
            <m:sty m:val="p"/>
            <m:scr m:val="double-struck"/>
          </m:rPr>
          <m:t>E</m:t>
        </m:r>
        <m:sSub>
          <m:e>
            <m:r>
              <m:t>Y</m:t>
            </m:r>
          </m:e>
          <m:sub>
            <m:sSub>
              <m:e>
                <m:r>
                  <m:t>A</m:t>
                </m:r>
              </m:e>
              <m:sub>
                <m:r>
                  <m:t>N</m:t>
                </m:r>
              </m:sub>
            </m:sSub>
          </m:sub>
        </m:sSub>
      </m:oMath>
      <w:r>
        <w:t xml:space="preserve">. Apply (K.5) and multiply by 40.</w:t>
      </w:r>
      <w:r>
        <w:t xml:space="preserve"> </w:t>
      </w:r>
      <m:oMath>
        <m:r>
          <m:rPr>
            <m:sty m:val="p"/>
          </m:rPr>
          <m:t>▫</m:t>
        </m:r>
      </m:oMath>
    </w:p>
    <w:p>
      <w:pPr>
        <w:pStyle w:val="BodyText"/>
        <w:keepLines/>
      </w:pPr>
      <w:r>
        <w:t xml:space="preserve">Thus no selection of</w:t>
      </w:r>
      <w:r>
        <w:t xml:space="preserve"> </w:t>
      </w:r>
      <m:oMath>
        <m:r>
          <m:t>β</m:t>
        </m:r>
      </m:oMath>
      <w:r>
        <w:t xml:space="preserve">, even one depending on the entire set, turns this zero-threshold family into an all-set square-root certificate. The restriction to zero threshold is crucial. A changing chemical-potential parameter defines a different family and is not excluded by this proof.</w:t>
      </w:r>
    </w:p>
    <w:bookmarkEnd w:id="117"/>
    <w:bookmarkEnd w:id="118"/>
    <w:bookmarkStart w:id="123" w:name="appendix-l-entropy"/>
    <w:p>
      <w:pPr>
        <w:pStyle w:val="Heading2"/>
      </w:pPr>
      <w:r>
        <w:t xml:space="preserve">L. Gibbs weights and an entropy budget</w:t>
      </w:r>
    </w:p>
    <w:p>
      <w:pPr>
        <w:pStyle w:val="FirstParagraph"/>
        <w:keepLines/>
      </w:pPr>
      <w:r>
        <w:t xml:space="preserve">Saturating weights need not adequately emphasize a rare deep trough. Exponential weights behave differently. Set</w:t>
      </w:r>
      <w:r>
        <w:t xml:space="preserve"> </w:t>
      </w:r>
      <m:oMath>
        <m:r>
          <m:t>X</m:t>
        </m:r>
        <m:r>
          <m:rPr>
            <m:sty m:val="p"/>
          </m:rPr>
          <m:t>=</m:t>
        </m:r>
        <m:r>
          <m:rPr>
            <m:sty m:val="p"/>
          </m:rPr>
          <m:t>−</m:t>
        </m:r>
        <m:sSub>
          <m:e>
            <m:r>
              <m:t>f</m:t>
            </m:r>
          </m:e>
          <m:sub>
            <m:r>
              <m:t>A</m:t>
            </m:r>
          </m:sub>
        </m:sSub>
      </m:oMath>
      <w:r>
        <w:t xml:space="preserve">, so</w:t>
      </w:r>
      <w:r>
        <w:t xml:space="preserve"> </w:t>
      </w:r>
      <m:oMath>
        <m:r>
          <m:rPr>
            <m:sty m:val="p"/>
            <m:scr m:val="double-struck"/>
          </m:rPr>
          <m:t>E</m:t>
        </m:r>
        <m:r>
          <m:t>X</m:t>
        </m:r>
        <m:r>
          <m:rPr>
            <m:sty m:val="p"/>
          </m:rPr>
          <m:t>=</m:t>
        </m:r>
        <m:r>
          <m:t>0</m:t>
        </m:r>
      </m:oMath>
      <w:r>
        <w:t xml:space="preserve">,</w:t>
      </w:r>
      <w:r>
        <w:t xml:space="preserve"> </w:t>
      </w:r>
      <m:oMath>
        <m:r>
          <m:rPr>
            <m:sty m:val="p"/>
            <m:scr m:val="double-struck"/>
          </m:rPr>
          <m:t>E</m:t>
        </m:r>
        <m:sSup>
          <m:e>
            <m:r>
              <m:t>X</m:t>
            </m:r>
          </m:e>
          <m:sup>
            <m:r>
              <m:t>2</m:t>
            </m:r>
          </m:sup>
        </m:sSup>
        <m:r>
          <m:rPr>
            <m:sty m:val="p"/>
          </m:rPr>
          <m:t>=</m:t>
        </m:r>
        <m:r>
          <m:t>N</m:t>
        </m:r>
        <m:r>
          <m:rPr>
            <m:sty m:val="p"/>
          </m:rPr>
          <m:t>/</m:t>
        </m:r>
        <m:r>
          <m:t>2</m:t>
        </m:r>
      </m:oMath>
      <w:r>
        <w:t xml:space="preserve">, and</w:t>
      </w:r>
      <w:r>
        <w:t xml:space="preserve"> </w:t>
      </w:r>
      <m:oMath>
        <m:r>
          <m:rPr>
            <m:sty m:val="p"/>
          </m:rPr>
          <m:t>max</m:t>
        </m:r>
        <m:r>
          <m:t>X</m:t>
        </m:r>
        <m:r>
          <m:rPr>
            <m:sty m:val="p"/>
          </m:rPr>
          <m:t>=</m:t>
        </m:r>
        <m:r>
          <m:t>K</m:t>
        </m:r>
        <m:d>
          <m:dPr>
            <m:begChr m:val="("/>
            <m:sepChr m:val=""/>
            <m:endChr m:val=")"/>
            <m:grow/>
          </m:dPr>
          <m:e>
            <m:r>
              <m:t>A</m:t>
            </m:r>
          </m:e>
        </m:d>
      </m:oMath>
      <w:r>
        <w:t xml:space="preserve">. Define</w:t>
      </w:r>
    </w:p>
    <w:p>
      <w:pPr>
        <w:pStyle w:val="BodyText"/>
        <w:keepNext/>
        <w:keepLines/>
      </w:pPr>
      <m:oMathPara>
        <m:oMathParaPr>
          <m:jc m:val="center"/>
        </m:oMathParaPr>
        <m:oMath>
          <m:r>
            <m:t>g</m:t>
          </m:r>
          <m:d>
            <m:dPr>
              <m:begChr m:val="("/>
              <m:sepChr m:val=""/>
              <m:endChr m:val=")"/>
              <m:grow/>
            </m:dPr>
            <m:e>
              <m:r>
                <m:t>β</m:t>
              </m:r>
            </m:e>
          </m:d>
          <m:r>
            <m:rPr>
              <m:sty m:val="p"/>
            </m:rPr>
            <m:t>=</m:t>
          </m:r>
          <m:r>
            <m:rPr>
              <m:sty m:val="p"/>
            </m:rPr>
            <m:t>log</m:t>
          </m:r>
          <m:r>
            <m:rPr>
              <m:sty m:val="p"/>
              <m:scr m:val="double-struck"/>
            </m:rPr>
            <m:t>E</m:t>
          </m:r>
          <m:sSup>
            <m:e>
              <m:r>
                <m:t>e</m:t>
              </m:r>
            </m:e>
            <m:sup>
              <m:r>
                <m:t>β</m:t>
              </m:r>
              <m:r>
                <m:t>X</m:t>
              </m:r>
            </m:sup>
          </m:sSup>
          <m:r>
            <m:rPr>
              <m:sty m:val="p"/>
            </m:rPr>
            <m:t>,</m:t>
          </m:r>
          <m:r>
            <m:t>  </m:t>
          </m:r>
          <m:sSub>
            <m:e>
              <m:r>
                <m:t>ρ</m:t>
              </m:r>
            </m:e>
            <m:sub>
              <m:r>
                <m:t>β</m:t>
              </m:r>
            </m:sub>
          </m:sSub>
          <m:r>
            <m:rPr>
              <m:sty m:val="p"/>
            </m:rPr>
            <m:t>=</m:t>
          </m:r>
          <m:sSup>
            <m:e>
              <m:r>
                <m:t>e</m:t>
              </m:r>
            </m:e>
            <m:sup>
              <m:r>
                <m:t>β</m:t>
              </m:r>
              <m:r>
                <m:t>X</m:t>
              </m:r>
              <m:r>
                <m:rPr>
                  <m:sty m:val="p"/>
                </m:rPr>
                <m:t>−</m:t>
              </m:r>
              <m:r>
                <m:t>g</m:t>
              </m:r>
              <m:d>
                <m:dPr>
                  <m:begChr m:val="("/>
                  <m:sepChr m:val=""/>
                  <m:endChr m:val=")"/>
                  <m:grow/>
                </m:dPr>
                <m:e>
                  <m:r>
                    <m:t>β</m:t>
                  </m:r>
                </m:e>
              </m:d>
            </m:sup>
          </m:sSup>
          <m:r>
            <m:rPr>
              <m:sty m:val="p"/>
            </m:rPr>
            <m:t>,</m:t>
          </m:r>
          <m:r>
            <m:t>  </m:t>
          </m:r>
          <m:r>
            <m:t>β</m:t>
          </m:r>
          <m:r>
            <m:rPr>
              <m:sty m:val="p"/>
            </m:rPr>
            <m:t>&gt;</m:t>
          </m:r>
          <m:r>
            <m:t>0</m:t>
          </m:r>
          <m:r>
            <m:rPr>
              <m:sty m:val="p"/>
            </m:rPr>
            <m:t>.</m:t>
          </m:r>
        </m:oMath>
      </m:oMathPara>
    </w:p>
    <w:p>
      <w:pPr>
        <w:pStyle w:val="Caption"/>
        <w:spacing w:before="0" w:after="140"/>
      </w:pPr>
      <w:r>
        <w:t xml:space="preserve">Equation (L.1)</w:t>
      </w:r>
    </w:p>
    <w:p>
      <w:pPr>
        <w:pStyle w:val="BodyText"/>
        <w:keepLines/>
      </w:pPr>
      <w:r>
        <w:t xml:space="preserve">The normalized density</w:t>
      </w:r>
      <w:r>
        <w:t xml:space="preserve"> </w:t>
      </w:r>
      <m:oMath>
        <m:sSub>
          <m:e>
            <m:r>
              <m:t>ρ</m:t>
            </m:r>
          </m:e>
          <m:sub>
            <m:r>
              <m:t>β</m:t>
            </m:r>
          </m:sub>
        </m:sSub>
      </m:oMath>
      <w:r>
        <w:t xml:space="preserve"> </w:t>
      </w:r>
      <w:r>
        <w:t xml:space="preserve">has expectation one. Differentiation under the integral is justified because</w:t>
      </w:r>
      <w:r>
        <w:t xml:space="preserve"> </w:t>
      </w:r>
      <m:oMath>
        <m:r>
          <m:t>X</m:t>
        </m:r>
      </m:oMath>
      <w:r>
        <w:t xml:space="preserve"> </w:t>
      </w:r>
      <w:r>
        <w:t xml:space="preserve">is bounded, and gives</w:t>
      </w:r>
    </w:p>
    <w:p>
      <w:pPr>
        <w:pStyle w:val="BodyText"/>
        <w:keepNext/>
        <w:keepLines/>
      </w:pPr>
      <m:oMathPara>
        <m:oMathParaPr>
          <m:jc m:val="center"/>
        </m:oMathParaPr>
        <m:oMath>
          <m:r>
            <m:t>g</m:t>
          </m:r>
          <m:r>
            <m:rPr>
              <m:sty m:val="p"/>
            </m:rPr>
            <m:t>′</m:t>
          </m:r>
          <m:d>
            <m:dPr>
              <m:begChr m:val="("/>
              <m:sepChr m:val=""/>
              <m:endChr m:val=")"/>
              <m:grow/>
            </m:dPr>
            <m:e>
              <m:r>
                <m:t>β</m:t>
              </m:r>
            </m:e>
          </m:d>
          <m:r>
            <m:rPr>
              <m:sty m:val="p"/>
            </m:rPr>
            <m:t>=</m:t>
          </m:r>
          <m:r>
            <m:rPr>
              <m:sty m:val="p"/>
              <m:scr m:val="double-struck"/>
            </m:rPr>
            <m:t>E</m:t>
          </m:r>
          <m:d>
            <m:dPr>
              <m:begChr m:val="("/>
              <m:sepChr m:val=""/>
              <m:endChr m:val=")"/>
              <m:grow/>
            </m:dPr>
            <m:e>
              <m:sSub>
                <m:e>
                  <m:r>
                    <m:t>ρ</m:t>
                  </m:r>
                </m:e>
                <m:sub>
                  <m:r>
                    <m:t>β</m:t>
                  </m:r>
                </m:sub>
              </m:sSub>
              <m:r>
                <m:t>X</m:t>
              </m:r>
            </m:e>
          </m:d>
          <m:r>
            <m:rPr>
              <m:sty m:val="p"/>
            </m:rPr>
            <m:t>,</m:t>
          </m:r>
          <m:r>
            <m:t>  </m:t>
          </m:r>
          <m:r>
            <m:t>g</m:t>
          </m:r>
          <m:r>
            <m:rPr>
              <m:sty m:val="p"/>
            </m:rPr>
            <m:t>″</m:t>
          </m:r>
          <m:d>
            <m:dPr>
              <m:begChr m:val="("/>
              <m:sepChr m:val=""/>
              <m:endChr m:val=")"/>
              <m:grow/>
            </m:dPr>
            <m:e>
              <m:r>
                <m:t>β</m:t>
              </m:r>
            </m:e>
          </m:d>
          <m:r>
            <m:rPr>
              <m:sty m:val="p"/>
            </m:rPr>
            <m:t>=</m:t>
          </m:r>
          <m:sSub>
            <m:e>
              <m:r>
                <m:rPr>
                  <m:sty m:val="p"/>
                </m:rPr>
                <m:t>Var</m:t>
              </m:r>
            </m:e>
            <m:sub>
              <m:sSub>
                <m:e>
                  <m:r>
                    <m:t>ρ</m:t>
                  </m:r>
                </m:e>
                <m:sub>
                  <m:r>
                    <m:t>β</m:t>
                  </m:r>
                </m:sub>
              </m:sSub>
            </m:sub>
          </m:sSub>
          <m:d>
            <m:dPr>
              <m:begChr m:val="("/>
              <m:sepChr m:val=""/>
              <m:endChr m:val=")"/>
              <m:grow/>
            </m:dPr>
            <m:e>
              <m:r>
                <m:t>X</m:t>
              </m:r>
            </m:e>
          </m:d>
          <m:r>
            <m:rPr>
              <m:sty m:val="p"/>
            </m:rPr>
            <m:t>&gt;</m:t>
          </m:r>
          <m:r>
            <m:t>0</m:t>
          </m:r>
          <m:r>
            <m:rPr>
              <m:sty m:val="p"/>
            </m:rPr>
            <m:t>.</m:t>
          </m:r>
        </m:oMath>
      </m:oMathPara>
    </w:p>
    <w:p>
      <w:pPr>
        <w:pStyle w:val="Caption"/>
        <w:spacing w:before="0" w:after="140"/>
      </w:pPr>
      <w:r>
        <w:t xml:space="preserve">Equation (L.2)</w:t>
      </w:r>
    </w:p>
    <w:p>
      <w:pPr>
        <w:pStyle w:val="BodyText"/>
        <w:keepLines/>
      </w:pPr>
      <w:r>
        <w:t xml:space="preserve">Strict positivity holds because</w:t>
      </w:r>
      <w:r>
        <w:t xml:space="preserve"> </w:t>
      </w:r>
      <m:oMath>
        <m:r>
          <m:t>X</m:t>
        </m:r>
      </m:oMath>
      <w:r>
        <w:t xml:space="preserve"> </w:t>
      </w:r>
      <w:r>
        <w:t xml:space="preserve">is nonconstant and</w:t>
      </w:r>
      <w:r>
        <w:t xml:space="preserve"> </w:t>
      </w:r>
      <m:oMath>
        <m:sSub>
          <m:e>
            <m:r>
              <m:t>ρ</m:t>
            </m:r>
          </m:e>
          <m:sub>
            <m:r>
              <m:t>β</m:t>
            </m:r>
          </m:sub>
        </m:sSub>
      </m:oMath>
      <w:r>
        <w:t xml:space="preserve"> </w:t>
      </w:r>
      <w:r>
        <w:t xml:space="preserve">is everywhere positive. For finite</w:t>
      </w:r>
      <w:r>
        <w:t xml:space="preserve"> </w:t>
      </w:r>
      <m:oMath>
        <m:r>
          <m:t>β</m:t>
        </m:r>
        <m:r>
          <m:rPr>
            <m:sty m:val="p"/>
          </m:rPr>
          <m:t>&gt;</m:t>
        </m:r>
        <m:r>
          <m:t>0</m:t>
        </m:r>
      </m:oMath>
      <w:r>
        <w:t xml:space="preserve">, Jensen’s inequality and nonconstancy give</w:t>
      </w:r>
    </w:p>
    <w:p>
      <w:pPr>
        <w:pStyle w:val="BodyText"/>
        <w:keepLines/>
      </w:pPr>
      <m:oMathPara>
        <m:oMathParaPr>
          <m:jc m:val="center"/>
        </m:oMathParaPr>
        <m:oMath>
          <m:r>
            <m:t>0</m:t>
          </m:r>
          <m:r>
            <m:rPr>
              <m:sty m:val="p"/>
            </m:rPr>
            <m:t>&lt;</m:t>
          </m:r>
          <m:f>
            <m:fPr>
              <m:type m:val="bar"/>
            </m:fPr>
            <m:num>
              <m:r>
                <m:t>g</m:t>
              </m:r>
              <m:d>
                <m:dPr>
                  <m:begChr m:val="("/>
                  <m:sepChr m:val=""/>
                  <m:endChr m:val=")"/>
                  <m:grow/>
                </m:dPr>
                <m:e>
                  <m:r>
                    <m:t>β</m:t>
                  </m:r>
                </m:e>
              </m:d>
            </m:num>
            <m:den>
              <m:r>
                <m:t>β</m:t>
              </m:r>
            </m:den>
          </m:f>
          <m:r>
            <m:rPr>
              <m:sty m:val="p"/>
            </m:rPr>
            <m:t>&lt;</m:t>
          </m:r>
          <m:r>
            <m:t>K</m:t>
          </m:r>
          <m:d>
            <m:dPr>
              <m:begChr m:val="("/>
              <m:sepChr m:val=""/>
              <m:endChr m:val=")"/>
              <m:grow/>
            </m:dPr>
            <m:e>
              <m:r>
                <m:t>A</m:t>
              </m:r>
            </m:e>
          </m:d>
          <m:r>
            <m:rPr>
              <m:sty m:val="p"/>
            </m:rPr>
            <m:t>.</m:t>
          </m:r>
        </m:oMath>
      </m:oMathPara>
    </w:p>
    <w:p>
      <w:pPr>
        <w:pStyle w:val="FirstParagraph"/>
        <w:keepLines/>
      </w:pPr>
      <w:r>
        <w:t xml:space="preserve">This bound increases with</w:t>
      </w:r>
      <w:r>
        <w:t xml:space="preserve"> </w:t>
      </w:r>
      <m:oMath>
        <m:r>
          <m:t>β</m:t>
        </m:r>
      </m:oMath>
      <w:r>
        <w:t xml:space="preserve">, since</w:t>
      </w:r>
    </w:p>
    <w:p>
      <w:pPr>
        <w:pStyle w:val="BodyText"/>
        <w:keepLines/>
      </w:pPr>
      <m:oMathPara>
        <m:oMathParaPr>
          <m:jc m:val="center"/>
        </m:oMathParaPr>
        <m:oMath>
          <m:f>
            <m:fPr>
              <m:type m:val="bar"/>
            </m:fPr>
            <m:num>
              <m:r>
                <m:t>d</m:t>
              </m:r>
            </m:num>
            <m:den>
              <m:r>
                <m:t>d</m:t>
              </m:r>
              <m:r>
                <m:t>β</m:t>
              </m:r>
            </m:den>
          </m:f>
          <m:f>
            <m:fPr>
              <m:type m:val="bar"/>
            </m:fPr>
            <m:num>
              <m:r>
                <m:t>g</m:t>
              </m:r>
              <m:d>
                <m:dPr>
                  <m:begChr m:val="("/>
                  <m:sepChr m:val=""/>
                  <m:endChr m:val=")"/>
                  <m:grow/>
                </m:dPr>
                <m:e>
                  <m:r>
                    <m:t>β</m:t>
                  </m:r>
                </m:e>
              </m:d>
            </m:num>
            <m:den>
              <m:r>
                <m:t>β</m:t>
              </m:r>
            </m:den>
          </m:f>
          <m:r>
            <m:rPr>
              <m:sty m:val="p"/>
            </m:rPr>
            <m:t>=</m:t>
          </m:r>
          <m:f>
            <m:fPr>
              <m:type m:val="bar"/>
            </m:fPr>
            <m:num>
              <m:r>
                <m:rPr>
                  <m:sty m:val="p"/>
                  <m:scr m:val="double-struck"/>
                </m:rPr>
                <m:t>E</m:t>
              </m:r>
              <m:sSub>
                <m:e>
                  <m:r>
                    <m:t>ρ</m:t>
                  </m:r>
                </m:e>
                <m:sub>
                  <m:r>
                    <m:t>β</m:t>
                  </m:r>
                </m:sub>
              </m:sSub>
              <m:r>
                <m:rPr>
                  <m:sty m:val="p"/>
                </m:rPr>
                <m:t>log</m:t>
              </m:r>
              <m:sSub>
                <m:e>
                  <m:r>
                    <m:t>ρ</m:t>
                  </m:r>
                </m:e>
                <m:sub>
                  <m:r>
                    <m:t>β</m:t>
                  </m:r>
                </m:sub>
              </m:sSub>
            </m:num>
            <m:den>
              <m:sSup>
                <m:e>
                  <m:r>
                    <m:t>β</m:t>
                  </m:r>
                </m:e>
                <m:sup>
                  <m:r>
                    <m:t>2</m:t>
                  </m:r>
                </m:sup>
              </m:sSup>
            </m:den>
          </m:f>
          <m:r>
            <m:rPr>
              <m:sty m:val="p"/>
            </m:rPr>
            <m:t>&gt;</m:t>
          </m:r>
          <m:r>
            <m:t>0</m:t>
          </m:r>
          <m:r>
            <m:rPr>
              <m:sty m:val="p"/>
            </m:rPr>
            <m:t>.</m:t>
          </m:r>
        </m:oMath>
      </m:oMathPara>
    </w:p>
    <w:p>
      <w:pPr>
        <w:pStyle w:val="FirstParagraph"/>
        <w:keepLines/>
      </w:pPr>
      <w:r>
        <w:t xml:space="preserve">Moreover, it tends to</w:t>
      </w:r>
      <w:r>
        <w:t xml:space="preserve"> </w:t>
      </w:r>
      <m:oMath>
        <m:r>
          <m:t>K</m:t>
        </m:r>
        <m:d>
          <m:dPr>
            <m:begChr m:val="("/>
            <m:sepChr m:val=""/>
            <m:endChr m:val=")"/>
            <m:grow/>
          </m:dPr>
          <m:e>
            <m:r>
              <m:t>A</m:t>
            </m:r>
          </m:e>
        </m:d>
      </m:oMath>
      <w:r>
        <w:t xml:space="preserve">. For each</w:t>
      </w:r>
      <w:r>
        <w:t xml:space="preserve"> </w:t>
      </w:r>
      <m:oMath>
        <m:r>
          <m:t>η</m:t>
        </m:r>
        <m:r>
          <m:rPr>
            <m:sty m:val="p"/>
          </m:rPr>
          <m:t>&gt;</m:t>
        </m:r>
        <m:r>
          <m:t>0</m:t>
        </m:r>
      </m:oMath>
      <w:r>
        <w:t xml:space="preserve">, the set</w:t>
      </w:r>
      <w:r>
        <w:t xml:space="preserve"> </w:t>
      </w:r>
      <m:oMath>
        <m:sSub>
          <m:e>
            <m:r>
              <m:t>E</m:t>
            </m:r>
          </m:e>
          <m:sub>
            <m:r>
              <m:t>η</m:t>
            </m:r>
          </m:sub>
        </m:sSub>
        <m:r>
          <m:rPr>
            <m:sty m:val="p"/>
          </m:rPr>
          <m:t>=</m:t>
        </m:r>
        <m:r>
          <m:rPr>
            <m:sty m:val="p"/>
          </m:rPr>
          <m:t>{</m:t>
        </m:r>
        <m:r>
          <m:t>X</m:t>
        </m:r>
        <m:r>
          <m:rPr>
            <m:sty m:val="p"/>
          </m:rPr>
          <m:t>≥</m:t>
        </m:r>
        <m:r>
          <m:t>K</m:t>
        </m:r>
        <m:r>
          <m:rPr>
            <m:sty m:val="p"/>
          </m:rPr>
          <m:t>−</m:t>
        </m:r>
        <m:r>
          <m:t>η</m:t>
        </m:r>
        <m:r>
          <m:rPr>
            <m:sty m:val="p"/>
          </m:rPr>
          <m:t>}</m:t>
        </m:r>
      </m:oMath>
      <w:r>
        <w:t xml:space="preserve"> </w:t>
      </w:r>
      <w:r>
        <w:t xml:space="preserve">has positive measure, and</w:t>
      </w:r>
    </w:p>
    <w:p>
      <w:pPr>
        <w:pStyle w:val="BodyText"/>
        <w:keepLines/>
      </w:pPr>
      <m:oMathPara>
        <m:oMathParaPr>
          <m:jc m:val="center"/>
        </m:oMathParaPr>
        <m:oMath>
          <m:f>
            <m:fPr>
              <m:type m:val="bar"/>
            </m:fPr>
            <m:num>
              <m:r>
                <m:t>g</m:t>
              </m:r>
              <m:d>
                <m:dPr>
                  <m:begChr m:val="("/>
                  <m:sepChr m:val=""/>
                  <m:endChr m:val=")"/>
                  <m:grow/>
                </m:dPr>
                <m:e>
                  <m:r>
                    <m:t>β</m:t>
                  </m:r>
                </m:e>
              </m:d>
            </m:num>
            <m:den>
              <m:r>
                <m:t>β</m:t>
              </m:r>
            </m:den>
          </m:f>
          <m:r>
            <m:rPr>
              <m:sty m:val="p"/>
            </m:rPr>
            <m:t>≥</m:t>
          </m:r>
          <m:r>
            <m:t>K</m:t>
          </m:r>
          <m:r>
            <m:rPr>
              <m:sty m:val="p"/>
            </m:rPr>
            <m:t>−</m:t>
          </m:r>
          <m:r>
            <m:t>η</m:t>
          </m:r>
          <m:r>
            <m:rPr>
              <m:sty m:val="p"/>
            </m:rPr>
            <m:t>+</m:t>
          </m:r>
          <m:f>
            <m:fPr>
              <m:type m:val="bar"/>
            </m:fPr>
            <m:num>
              <m:r>
                <m:rPr>
                  <m:sty m:val="p"/>
                </m:rPr>
                <m:t>log</m:t>
              </m:r>
              <m:r>
                <m:t>μ</m:t>
              </m:r>
              <m:d>
                <m:dPr>
                  <m:begChr m:val="("/>
                  <m:sepChr m:val=""/>
                  <m:endChr m:val=")"/>
                  <m:grow/>
                </m:dPr>
                <m:e>
                  <m:sSub>
                    <m:e>
                      <m:r>
                        <m:t>E</m:t>
                      </m:r>
                    </m:e>
                    <m:sub>
                      <m:r>
                        <m:t>η</m:t>
                      </m:r>
                    </m:sub>
                  </m:sSub>
                </m:e>
              </m:d>
            </m:num>
            <m:den>
              <m:r>
                <m:t>β</m:t>
              </m:r>
            </m:den>
          </m:f>
          <m:r>
            <m:rPr>
              <m:sty m:val="p"/>
            </m:rPr>
            <m:t>.</m:t>
          </m:r>
        </m:oMath>
      </m:oMathPara>
    </w:p>
    <w:p>
      <w:pPr>
        <w:pStyle w:val="FirstParagraph"/>
        <w:keepLines/>
      </w:pPr>
      <w:r>
        <w:t xml:space="preserve">Take</w:t>
      </w:r>
      <w:r>
        <w:t xml:space="preserve"> </w:t>
      </w:r>
      <m:oMath>
        <m:r>
          <m:t>β</m:t>
        </m:r>
        <m:r>
          <m:rPr>
            <m:sty m:val="p"/>
          </m:rPr>
          <m:t>→</m:t>
        </m:r>
        <m:r>
          <m:rPr>
            <m:sty m:val="p"/>
          </m:rPr>
          <m:t>∞</m:t>
        </m:r>
      </m:oMath>
      <w:r>
        <w:t xml:space="preserve">, then</w:t>
      </w:r>
      <w:r>
        <w:t xml:space="preserve"> </w:t>
      </w:r>
      <m:oMath>
        <m:r>
          <m:t>η</m:t>
        </m:r>
        <m:r>
          <m:rPr>
            <m:sty m:val="p"/>
          </m:rPr>
          <m:t>↓</m:t>
        </m:r>
        <m:r>
          <m:t>0</m:t>
        </m:r>
      </m:oMath>
      <w:r>
        <w:t xml:space="preserve">. Again, a convergent description of the extremum is not a lower bound for its size.</w:t>
      </w:r>
    </w:p>
    <w:bookmarkStart w:id="119" w:name="l.1.-entropy-constrained-optimization"/>
    <w:p>
      <w:pPr>
        <w:pStyle w:val="Heading3"/>
      </w:pPr>
      <w:r>
        <w:t xml:space="preserve">L.1. Entropy-constrained optimization</w:t>
      </w:r>
    </w:p>
    <w:p>
      <w:pPr>
        <w:pStyle w:val="FirstParagraph"/>
        <w:keepLines/>
      </w:pPr>
      <w:r>
        <w:t xml:space="preserve">For a density</w:t>
      </w:r>
      <w:r>
        <w:t xml:space="preserve"> </w:t>
      </w:r>
      <m:oMath>
        <m:r>
          <m:t>ρ</m:t>
        </m:r>
        <m:r>
          <m:rPr>
            <m:sty m:val="p"/>
          </m:rPr>
          <m:t>≥</m:t>
        </m:r>
        <m:r>
          <m:t>0</m:t>
        </m:r>
      </m:oMath>
      <w:r>
        <w:t xml:space="preserve"> </w:t>
      </w:r>
      <w:r>
        <w:t xml:space="preserve">with</w:t>
      </w:r>
      <w:r>
        <w:t xml:space="preserve"> </w:t>
      </w:r>
      <m:oMath>
        <m:r>
          <m:rPr>
            <m:sty m:val="p"/>
            <m:scr m:val="double-struck"/>
          </m:rPr>
          <m:t>E</m:t>
        </m:r>
        <m:r>
          <m:t>ρ</m:t>
        </m:r>
        <m:r>
          <m:rPr>
            <m:sty m:val="p"/>
          </m:rPr>
          <m:t>=</m:t>
        </m:r>
        <m:r>
          <m:t>1</m:t>
        </m:r>
      </m:oMath>
      <w:r>
        <w:t xml:space="preserve">, let</w:t>
      </w:r>
    </w:p>
    <w:p>
      <w:pPr>
        <w:pStyle w:val="BodyText"/>
        <w:keepLines/>
      </w:pPr>
      <m:oMathPara>
        <m:oMathParaPr>
          <m:jc m:val="center"/>
        </m:oMathParaPr>
        <m:oMath>
          <m:r>
            <m:t>D</m:t>
          </m:r>
          <m:d>
            <m:dPr>
              <m:begChr m:val="("/>
              <m:sepChr m:val=""/>
              <m:endChr m:val=")"/>
              <m:grow/>
            </m:dPr>
            <m:e>
              <m:r>
                <m:t>ρ</m:t>
              </m:r>
            </m:e>
          </m:d>
          <m:r>
            <m:rPr>
              <m:sty m:val="p"/>
            </m:rPr>
            <m:t>=</m:t>
          </m:r>
          <m:r>
            <m:rPr>
              <m:sty m:val="p"/>
              <m:scr m:val="double-struck"/>
            </m:rPr>
            <m:t>E</m:t>
          </m:r>
          <m:d>
            <m:dPr>
              <m:begChr m:val="("/>
              <m:sepChr m:val=""/>
              <m:endChr m:val=")"/>
              <m:grow/>
            </m:dPr>
            <m:e>
              <m:r>
                <m:t>ρ</m:t>
              </m:r>
              <m:r>
                <m:rPr>
                  <m:sty m:val="p"/>
                </m:rPr>
                <m:t>log</m:t>
              </m:r>
              <m:r>
                <m:t>ρ</m:t>
              </m:r>
            </m:e>
          </m:d>
          <m:r>
            <m:rPr>
              <m:sty m:val="p"/>
            </m:rPr>
            <m:t>,</m:t>
          </m:r>
          <m:r>
            <m:t>  </m:t>
          </m:r>
          <m:r>
            <m:t>0</m:t>
          </m:r>
          <m:r>
            <m:rPr>
              <m:sty m:val="p"/>
            </m:rPr>
            <m:t>log</m:t>
          </m:r>
          <m:r>
            <m:t>0</m:t>
          </m:r>
          <m:r>
            <m:rPr>
              <m:sty m:val="p"/>
            </m:rPr>
            <m:t>=</m:t>
          </m:r>
          <m:r>
            <m:t>0</m:t>
          </m:r>
          <m:r>
            <m:rPr>
              <m:sty m:val="p"/>
            </m:rPr>
            <m:t>.</m:t>
          </m:r>
        </m:oMath>
      </m:oMathPara>
    </w:p>
    <w:p>
      <w:pPr>
        <w:pStyle w:val="FirstParagraph"/>
        <w:keepLines/>
      </w:pPr>
      <w:r>
        <w:t xml:space="preserve">For</w:t>
      </w:r>
      <w:r>
        <w:t xml:space="preserve"> </w:t>
      </w:r>
      <m:oMath>
        <m:r>
          <m:t>h</m:t>
        </m:r>
        <m:r>
          <m:rPr>
            <m:sty m:val="p"/>
          </m:rPr>
          <m:t>≥</m:t>
        </m:r>
        <m:r>
          <m:t>0</m:t>
        </m:r>
      </m:oMath>
      <w:r>
        <w:t xml:space="preserve">, put</w:t>
      </w:r>
    </w:p>
    <w:p>
      <w:pPr>
        <w:pStyle w:val="BodyText"/>
        <w:keepNext/>
        <w:keepLines/>
      </w:pPr>
      <m:oMathPara>
        <m:oMathParaPr>
          <m:jc m:val="center"/>
        </m:oMathParaPr>
        <m:oMath>
          <m:sSub>
            <m:e>
              <m:r>
                <m:t>b</m:t>
              </m:r>
            </m:e>
            <m:sub>
              <m:r>
                <m:t>A</m:t>
              </m:r>
            </m:sub>
          </m:sSub>
          <m:d>
            <m:dPr>
              <m:begChr m:val="("/>
              <m:sepChr m:val=""/>
              <m:endChr m:val=")"/>
              <m:grow/>
            </m:dPr>
            <m:e>
              <m:r>
                <m:t>h</m:t>
              </m:r>
            </m:e>
          </m:d>
          <m:r>
            <m:rPr>
              <m:sty m:val="p"/>
            </m:rPr>
            <m:t>=</m:t>
          </m:r>
          <m:r>
            <m:rPr>
              <m:sty m:val="p"/>
            </m:rPr>
            <m:t>sup</m:t>
          </m:r>
          <m:r>
            <m:rPr>
              <m:sty m:val="p"/>
            </m:rPr>
            <m:t>{</m:t>
          </m:r>
          <m:r>
            <m:rPr>
              <m:sty m:val="p"/>
              <m:scr m:val="double-struck"/>
            </m:rPr>
            <m:t>E</m:t>
          </m:r>
          <m:d>
            <m:dPr>
              <m:begChr m:val="("/>
              <m:sepChr m:val=""/>
              <m:endChr m:val=")"/>
              <m:grow/>
            </m:dPr>
            <m:e>
              <m:r>
                <m:t>ρ</m:t>
              </m:r>
              <m:r>
                <m:t>X</m:t>
              </m:r>
            </m:e>
          </m:d>
          <m:r>
            <m:rPr>
              <m:sty m:val="p"/>
            </m:rPr>
            <m:t>:</m:t>
          </m:r>
          <m:r>
            <m:t>D</m:t>
          </m:r>
          <m:d>
            <m:dPr>
              <m:begChr m:val="("/>
              <m:sepChr m:val=""/>
              <m:endChr m:val=")"/>
              <m:grow/>
            </m:dPr>
            <m:e>
              <m:r>
                <m:t>ρ</m:t>
              </m:r>
            </m:e>
          </m:d>
          <m:r>
            <m:rPr>
              <m:sty m:val="p"/>
            </m:rPr>
            <m:t>≤</m:t>
          </m:r>
          <m:r>
            <m:t>h</m:t>
          </m:r>
          <m:r>
            <m:rPr>
              <m:sty m:val="p"/>
            </m:rPr>
            <m:t>,</m:t>
          </m:r>
          <m:r>
            <m:t> </m:t>
          </m:r>
          <m:r>
            <m:t>ρ</m:t>
          </m:r>
          <m:r>
            <m:rPr>
              <m:sty m:val="p"/>
            </m:rPr>
            <m:t>≥</m:t>
          </m:r>
          <m:r>
            <m:t>0</m:t>
          </m:r>
          <m:r>
            <m:rPr>
              <m:sty m:val="p"/>
            </m:rPr>
            <m:t>,</m:t>
          </m:r>
          <m:r>
            <m:t> </m:t>
          </m:r>
          <m:r>
            <m:rPr>
              <m:sty m:val="p"/>
              <m:scr m:val="double-struck"/>
            </m:rPr>
            <m:t>E</m:t>
          </m:r>
          <m:r>
            <m:t>ρ</m:t>
          </m:r>
          <m:r>
            <m:rPr>
              <m:sty m:val="p"/>
            </m:rPr>
            <m:t>=</m:t>
          </m:r>
          <m:r>
            <m:t>1</m:t>
          </m:r>
          <m:r>
            <m:rPr>
              <m:sty m:val="p"/>
            </m:rPr>
            <m:t>}</m:t>
          </m:r>
          <m:r>
            <m:rPr>
              <m:sty m:val="p"/>
            </m:rPr>
            <m:t>.</m:t>
          </m:r>
        </m:oMath>
      </m:oMathPara>
    </w:p>
    <w:p>
      <w:pPr>
        <w:pStyle w:val="Caption"/>
        <w:spacing w:before="0" w:after="140"/>
      </w:pPr>
      <w:r>
        <w:t xml:space="preserve">Equation (L.3)</w:t>
      </w:r>
    </w:p>
    <w:p>
      <w:pPr>
        <w:pStyle w:val="BodyText"/>
      </w:pPr>
      <w:r>
        <w:t xml:space="preserve">This is an optimization over a redistribution of the original time measure. Entropy measures the cost of concentrating that measure; it is not extra physical energy in the waveform.</w:t>
      </w:r>
    </w:p>
    <w:p>
      <w:pPr>
        <w:pStyle w:val="BodyText"/>
        <w:keepLines/>
      </w:pPr>
      <w:r>
        <w:rPr>
          <w:bCs/>
          <w:b/>
        </w:rPr>
        <w:t xml:space="preserve">Theorem L.1 — Exact dual formula and attainment.</w:t>
      </w:r>
      <w:r>
        <w:t xml:space="preserve"> </w:t>
      </w:r>
      <w:r>
        <w:t xml:space="preserve">For</w:t>
      </w:r>
      <w:r>
        <w:t xml:space="preserve"> </w:t>
      </w:r>
      <m:oMath>
        <m:r>
          <m:t>h</m:t>
        </m:r>
        <m:r>
          <m:rPr>
            <m:sty m:val="p"/>
          </m:rPr>
          <m:t>&gt;</m:t>
        </m:r>
        <m:r>
          <m:t>0</m:t>
        </m:r>
      </m:oMath>
      <w:r>
        <w:t xml:space="preserve">, there is a unique</w:t>
      </w:r>
      <w:r>
        <w:t xml:space="preserve"> </w:t>
      </w:r>
      <m:oMath>
        <m:sSub>
          <m:e>
            <m:r>
              <m:t>β</m:t>
            </m:r>
          </m:e>
          <m:sub>
            <m:r>
              <m:t>h</m:t>
            </m:r>
          </m:sub>
        </m:sSub>
        <m:r>
          <m:rPr>
            <m:sty m:val="p"/>
          </m:rPr>
          <m:t>&gt;</m:t>
        </m:r>
        <m:r>
          <m:t>0</m:t>
        </m:r>
      </m:oMath>
      <w:r>
        <w:t xml:space="preserve"> </w:t>
      </w:r>
      <w:r>
        <w:t xml:space="preserve">such that</w:t>
      </w:r>
    </w:p>
    <w:p>
      <w:pPr>
        <w:pStyle w:val="BodyText"/>
        <w:keepNext/>
        <w:keepLines/>
      </w:pPr>
      <m:oMathPara>
        <m:oMathParaPr>
          <m:jc m:val="center"/>
        </m:oMathParaPr>
        <m:oMath>
          <m:sSub>
            <m:e>
              <m:r>
                <m:t>β</m:t>
              </m:r>
            </m:e>
            <m:sub>
              <m:r>
                <m:t>h</m:t>
              </m:r>
            </m:sub>
          </m:sSub>
          <m:r>
            <m:t>g</m:t>
          </m:r>
          <m:r>
            <m:rPr>
              <m:sty m:val="p"/>
            </m:rPr>
            <m:t>′</m:t>
          </m:r>
          <m:d>
            <m:dPr>
              <m:begChr m:val="("/>
              <m:sepChr m:val=""/>
              <m:endChr m:val=")"/>
              <m:grow/>
            </m:dPr>
            <m:e>
              <m:sSub>
                <m:e>
                  <m:r>
                    <m:t>β</m:t>
                  </m:r>
                </m:e>
                <m:sub>
                  <m:r>
                    <m:t>h</m:t>
                  </m:r>
                </m:sub>
              </m:sSub>
            </m:e>
          </m:d>
          <m:r>
            <m:rPr>
              <m:sty m:val="p"/>
            </m:rPr>
            <m:t>−</m:t>
          </m:r>
          <m:r>
            <m:t>g</m:t>
          </m:r>
          <m:d>
            <m:dPr>
              <m:begChr m:val="("/>
              <m:sepChr m:val=""/>
              <m:endChr m:val=")"/>
              <m:grow/>
            </m:dPr>
            <m:e>
              <m:sSub>
                <m:e>
                  <m:r>
                    <m:t>β</m:t>
                  </m:r>
                </m:e>
                <m:sub>
                  <m:r>
                    <m:t>h</m:t>
                  </m:r>
                </m:sub>
              </m:sSub>
            </m:e>
          </m:d>
          <m:r>
            <m:rPr>
              <m:sty m:val="p"/>
            </m:rPr>
            <m:t>=</m:t>
          </m:r>
          <m:r>
            <m:t>h</m:t>
          </m:r>
          <m:r>
            <m:rPr>
              <m:sty m:val="p"/>
            </m:rPr>
            <m:t>.</m:t>
          </m:r>
        </m:oMath>
      </m:oMathPara>
    </w:p>
    <w:p>
      <w:pPr>
        <w:pStyle w:val="Caption"/>
        <w:spacing w:before="0" w:after="140"/>
      </w:pPr>
      <w:r>
        <w:t xml:space="preserve">Equation (L.4)</w:t>
      </w:r>
    </w:p>
    <w:p>
      <w:pPr>
        <w:pStyle w:val="BodyText"/>
        <w:keepLines/>
      </w:pPr>
      <w:r>
        <w:t xml:space="preserve">The optimizer in (L.3) is</w:t>
      </w:r>
      <w:r>
        <w:t xml:space="preserve"> </w:t>
      </w:r>
      <m:oMath>
        <m:sSub>
          <m:e>
            <m:r>
              <m:t>ρ</m:t>
            </m:r>
          </m:e>
          <m:sub>
            <m:sSub>
              <m:e>
                <m:r>
                  <m:t>β</m:t>
                </m:r>
              </m:e>
              <m:sub>
                <m:r>
                  <m:t>h</m:t>
                </m:r>
              </m:sub>
            </m:sSub>
          </m:sub>
        </m:sSub>
      </m:oMath>
      <w:r>
        <w:t xml:space="preserve">, and</w:t>
      </w:r>
    </w:p>
    <w:p>
      <w:pPr>
        <w:pStyle w:val="BodyText"/>
        <w:keepNext/>
        <w:keepLines/>
      </w:pPr>
      <m:oMathPara>
        <m:oMathParaPr>
          <m:jc m:val="center"/>
        </m:oMathParaPr>
        <m:oMath>
          <m:sSub>
            <m:e>
              <m:r>
                <m:t>b</m:t>
              </m:r>
            </m:e>
            <m:sub>
              <m:r>
                <m:t>A</m:t>
              </m:r>
            </m:sub>
          </m:sSub>
          <m:d>
            <m:dPr>
              <m:begChr m:val="("/>
              <m:sepChr m:val=""/>
              <m:endChr m:val=")"/>
              <m:grow/>
            </m:dPr>
            <m:e>
              <m:r>
                <m:t>h</m:t>
              </m:r>
            </m:e>
          </m:d>
          <m:r>
            <m:rPr>
              <m:sty m:val="p"/>
            </m:rPr>
            <m:t>=</m:t>
          </m:r>
          <m:r>
            <m:t>g</m:t>
          </m:r>
          <m:r>
            <m:rPr>
              <m:sty m:val="p"/>
            </m:rPr>
            <m:t>′</m:t>
          </m:r>
          <m:d>
            <m:dPr>
              <m:begChr m:val="("/>
              <m:sepChr m:val=""/>
              <m:endChr m:val=")"/>
              <m:grow/>
            </m:dPr>
            <m:e>
              <m:sSub>
                <m:e>
                  <m:r>
                    <m:t>β</m:t>
                  </m:r>
                </m:e>
                <m:sub>
                  <m:r>
                    <m:t>h</m:t>
                  </m:r>
                </m:sub>
              </m:sSub>
            </m:e>
          </m:d>
          <m:r>
            <m:rPr>
              <m:sty m:val="p"/>
            </m:rPr>
            <m:t>=</m:t>
          </m:r>
          <m:limLow>
            <m:e>
              <m:r>
                <m:rPr>
                  <m:sty m:val="p"/>
                </m:rPr>
                <m:t>inf</m:t>
              </m:r>
            </m:e>
            <m:lim>
              <m:r>
                <m:t>β</m:t>
              </m:r>
              <m:r>
                <m:rPr>
                  <m:sty m:val="p"/>
                </m:rPr>
                <m:t>&gt;</m:t>
              </m:r>
              <m:r>
                <m:t>0</m:t>
              </m:r>
            </m:lim>
          </m:limLow>
          <m:f>
            <m:fPr>
              <m:type m:val="bar"/>
            </m:fPr>
            <m:num>
              <m:r>
                <m:t>h</m:t>
              </m:r>
              <m:r>
                <m:rPr>
                  <m:sty m:val="p"/>
                </m:rPr>
                <m:t>+</m:t>
              </m:r>
              <m:r>
                <m:t>g</m:t>
              </m:r>
              <m:d>
                <m:dPr>
                  <m:begChr m:val="("/>
                  <m:sepChr m:val=""/>
                  <m:endChr m:val=")"/>
                  <m:grow/>
                </m:dPr>
                <m:e>
                  <m:r>
                    <m:t>β</m:t>
                  </m:r>
                </m:e>
              </m:d>
            </m:num>
            <m:den>
              <m:r>
                <m:t>β</m:t>
              </m:r>
            </m:den>
          </m:f>
          <m:r>
            <m:rPr>
              <m:sty m:val="p"/>
            </m:rPr>
            <m:t>.</m:t>
          </m:r>
        </m:oMath>
      </m:oMathPara>
    </w:p>
    <w:p>
      <w:pPr>
        <w:pStyle w:val="Caption"/>
        <w:spacing w:before="0" w:after="140"/>
      </w:pPr>
      <w:r>
        <w:t xml:space="preserve">Equation (L.5)</w:t>
      </w:r>
    </w:p>
    <w:p>
      <w:pPr>
        <w:pStyle w:val="BodyText"/>
        <w:keepLines/>
      </w:pPr>
      <w:r>
        <w:t xml:space="preserve">Also</w:t>
      </w:r>
      <w:r>
        <w:t xml:space="preserve"> </w:t>
      </w:r>
      <m:oMath>
        <m:sSub>
          <m:e>
            <m:r>
              <m:t>b</m:t>
            </m:r>
          </m:e>
          <m:sub>
            <m:r>
              <m:t>A</m:t>
            </m:r>
          </m:sub>
        </m:sSub>
        <m:d>
          <m:dPr>
            <m:begChr m:val="("/>
            <m:sepChr m:val=""/>
            <m:endChr m:val=")"/>
            <m:grow/>
          </m:dPr>
          <m:e>
            <m:r>
              <m:t>0</m:t>
            </m:r>
          </m:e>
        </m:d>
        <m:r>
          <m:rPr>
            <m:sty m:val="p"/>
          </m:rPr>
          <m:t>=</m:t>
        </m:r>
        <m:r>
          <m:t>0</m:t>
        </m:r>
      </m:oMath>
      <w:r>
        <w:t xml:space="preserve">,</w:t>
      </w:r>
      <w:r>
        <w:t xml:space="preserve"> </w:t>
      </w:r>
      <m:oMath>
        <m:sSub>
          <m:e>
            <m:r>
              <m:t>b</m:t>
            </m:r>
          </m:e>
          <m:sub>
            <m:r>
              <m:t>A</m:t>
            </m:r>
          </m:sub>
        </m:sSub>
      </m:oMath>
      <w:r>
        <w:t xml:space="preserve"> </w:t>
      </w:r>
      <w:r>
        <w:t xml:space="preserve">is nondecreasing and concave, and</w:t>
      </w:r>
      <w:r>
        <w:t xml:space="preserve"> </w:t>
      </w:r>
      <m:oMath>
        <m:sSub>
          <m:e>
            <m:r>
              <m:t>b</m:t>
            </m:r>
          </m:e>
          <m:sub>
            <m:r>
              <m:t>A</m:t>
            </m:r>
          </m:sub>
        </m:sSub>
        <m:d>
          <m:dPr>
            <m:begChr m:val="("/>
            <m:sepChr m:val=""/>
            <m:endChr m:val=")"/>
            <m:grow/>
          </m:dPr>
          <m:e>
            <m:r>
              <m:t>h</m:t>
            </m:r>
          </m:e>
        </m:d>
        <m:r>
          <m:rPr>
            <m:sty m:val="p"/>
          </m:rPr>
          <m:t>→</m:t>
        </m:r>
        <m:r>
          <m:t>K</m:t>
        </m:r>
        <m:d>
          <m:dPr>
            <m:begChr m:val="("/>
            <m:sepChr m:val=""/>
            <m:endChr m:val=")"/>
            <m:grow/>
          </m:dPr>
          <m:e>
            <m:r>
              <m:t>A</m:t>
            </m:r>
          </m:e>
        </m:d>
      </m:oMath>
      <w:r>
        <w:t xml:space="preserve"> </w:t>
      </w:r>
      <w:r>
        <w:t xml:space="preserve">as</w:t>
      </w:r>
      <w:r>
        <w:t xml:space="preserve"> </w:t>
      </w:r>
      <m:oMath>
        <m:r>
          <m:t>h</m:t>
        </m:r>
        <m:r>
          <m:rPr>
            <m:sty m:val="p"/>
          </m:rPr>
          <m:t>→</m:t>
        </m:r>
        <m:r>
          <m:rPr>
            <m:sty m:val="p"/>
          </m:rPr>
          <m:t>∞</m:t>
        </m:r>
      </m:oMath>
      <w:r>
        <w:t xml:space="preserve">.</w:t>
      </w:r>
    </w:p>
    <w:p>
      <w:pPr>
        <w:pStyle w:val="BodyText"/>
        <w:keepLines/>
      </w:pPr>
      <w:r>
        <w:rPr>
          <w:bCs/>
          <w:b/>
        </w:rPr>
        <w:t xml:space="preserve">Proof.</w:t>
      </w:r>
      <w:r>
        <w:t xml:space="preserve"> </w:t>
      </w:r>
      <w:r>
        <w:t xml:space="preserve">Relative entropy is nonnegative by convexity of</w:t>
      </w:r>
      <w:r>
        <w:t xml:space="preserve"> </w:t>
      </w:r>
      <m:oMath>
        <m:r>
          <m:t>u</m:t>
        </m:r>
        <m:r>
          <m:rPr>
            <m:sty m:val="p"/>
          </m:rPr>
          <m:t>log</m:t>
        </m:r>
        <m:r>
          <m:t>u</m:t>
        </m:r>
      </m:oMath>
      <w:r>
        <w:t xml:space="preserve">. Applied relative to the positive density</w:t>
      </w:r>
      <w:r>
        <w:t xml:space="preserve"> </w:t>
      </w:r>
      <m:oMath>
        <m:sSub>
          <m:e>
            <m:r>
              <m:t>ρ</m:t>
            </m:r>
          </m:e>
          <m:sub>
            <m:r>
              <m:t>β</m:t>
            </m:r>
          </m:sub>
        </m:sSub>
      </m:oMath>
      <w:r>
        <w:t xml:space="preserve">, this says</w:t>
      </w:r>
    </w:p>
    <w:p>
      <w:pPr>
        <w:pStyle w:val="BodyText"/>
        <w:keepLines/>
      </w:pPr>
      <m:oMathPara>
        <m:oMathParaPr>
          <m:jc m:val="center"/>
        </m:oMathParaPr>
        <m:oMath>
          <m:r>
            <m:t>0</m:t>
          </m:r>
          <m:r>
            <m:rPr>
              <m:sty m:val="p"/>
            </m:rPr>
            <m:t>≤</m:t>
          </m:r>
          <m:r>
            <m:t>D</m:t>
          </m:r>
          <m:d>
            <m:dPr>
              <m:begChr m:val="("/>
              <m:sepChr m:val=""/>
              <m:endChr m:val=")"/>
              <m:grow/>
            </m:dPr>
            <m:e>
              <m:r>
                <m:t>ρ</m:t>
              </m:r>
              <m:r>
                <m:rPr>
                  <m:sty m:val="p"/>
                </m:rPr>
                <m:t>∥</m:t>
              </m:r>
              <m:sSub>
                <m:e>
                  <m:r>
                    <m:t>ρ</m:t>
                  </m:r>
                </m:e>
                <m:sub>
                  <m:r>
                    <m:t>β</m:t>
                  </m:r>
                </m:sub>
              </m:sSub>
            </m:e>
          </m:d>
          <m:r>
            <m:rPr>
              <m:sty m:val="p"/>
            </m:rPr>
            <m:t>=</m:t>
          </m:r>
          <m:r>
            <m:t>D</m:t>
          </m:r>
          <m:d>
            <m:dPr>
              <m:begChr m:val="("/>
              <m:sepChr m:val=""/>
              <m:endChr m:val=")"/>
              <m:grow/>
            </m:dPr>
            <m:e>
              <m:r>
                <m:t>ρ</m:t>
              </m:r>
            </m:e>
          </m:d>
          <m:r>
            <m:rPr>
              <m:sty m:val="p"/>
            </m:rPr>
            <m:t>−</m:t>
          </m:r>
          <m:r>
            <m:t>β</m:t>
          </m:r>
          <m:r>
            <m:rPr>
              <m:sty m:val="p"/>
              <m:scr m:val="double-struck"/>
            </m:rPr>
            <m:t>E</m:t>
          </m:r>
          <m:d>
            <m:dPr>
              <m:begChr m:val="("/>
              <m:sepChr m:val=""/>
              <m:endChr m:val=")"/>
              <m:grow/>
            </m:dPr>
            <m:e>
              <m:r>
                <m:t>ρ</m:t>
              </m:r>
              <m:r>
                <m:t>X</m:t>
              </m:r>
            </m:e>
          </m:d>
          <m:r>
            <m:rPr>
              <m:sty m:val="p"/>
            </m:rPr>
            <m:t>+</m:t>
          </m:r>
          <m:r>
            <m:t>g</m:t>
          </m:r>
          <m:d>
            <m:dPr>
              <m:begChr m:val="("/>
              <m:sepChr m:val=""/>
              <m:endChr m:val=")"/>
              <m:grow/>
            </m:dPr>
            <m:e>
              <m:r>
                <m:t>β</m:t>
              </m:r>
            </m:e>
          </m:d>
          <m:r>
            <m:rPr>
              <m:sty m:val="p"/>
            </m:rPr>
            <m:t>.</m:t>
          </m:r>
        </m:oMath>
      </m:oMathPara>
    </w:p>
    <w:p>
      <w:pPr>
        <w:pStyle w:val="FirstParagraph"/>
        <w:keepLines/>
      </w:pPr>
      <w:r>
        <w:t xml:space="preserve">It proves the upper bound in (L.5) for every admissible</w:t>
      </w:r>
      <w:r>
        <w:t xml:space="preserve"> </w:t>
      </w:r>
      <m:oMath>
        <m:r>
          <m:t>ρ</m:t>
        </m:r>
      </m:oMath>
      <w:r>
        <w:t xml:space="preserve">. The entropy of</w:t>
      </w:r>
      <w:r>
        <w:t xml:space="preserve"> </w:t>
      </w:r>
      <m:oMath>
        <m:sSub>
          <m:e>
            <m:r>
              <m:t>ρ</m:t>
            </m:r>
          </m:e>
          <m:sub>
            <m:r>
              <m:t>β</m:t>
            </m:r>
          </m:sub>
        </m:sSub>
      </m:oMath>
      <w:r>
        <w:t xml:space="preserve"> </w:t>
      </w:r>
      <w:r>
        <w:t xml:space="preserve">is</w:t>
      </w:r>
    </w:p>
    <w:p>
      <w:pPr>
        <w:pStyle w:val="BodyText"/>
        <w:keepLines/>
      </w:pPr>
      <m:oMathPara>
        <m:oMathParaPr>
          <m:jc m:val="center"/>
        </m:oMathParaPr>
        <m:oMath>
          <m:sSub>
            <m:e>
              <m:r>
                <m:t>D</m:t>
              </m:r>
            </m:e>
            <m:sub>
              <m:r>
                <m:t>β</m:t>
              </m:r>
            </m:sub>
          </m:sSub>
          <m:r>
            <m:rPr>
              <m:sty m:val="p"/>
            </m:rPr>
            <m:t>=</m:t>
          </m:r>
          <m:r>
            <m:t>β</m:t>
          </m:r>
          <m:r>
            <m:t>g</m:t>
          </m:r>
          <m:r>
            <m:rPr>
              <m:sty m:val="p"/>
            </m:rPr>
            <m:t>′</m:t>
          </m:r>
          <m:d>
            <m:dPr>
              <m:begChr m:val="("/>
              <m:sepChr m:val=""/>
              <m:endChr m:val=")"/>
              <m:grow/>
            </m:dPr>
            <m:e>
              <m:r>
                <m:t>β</m:t>
              </m:r>
            </m:e>
          </m:d>
          <m:r>
            <m:rPr>
              <m:sty m:val="p"/>
            </m:rPr>
            <m:t>−</m:t>
          </m:r>
          <m:r>
            <m:t>g</m:t>
          </m:r>
          <m:d>
            <m:dPr>
              <m:begChr m:val="("/>
              <m:sepChr m:val=""/>
              <m:endChr m:val=")"/>
              <m:grow/>
            </m:dPr>
            <m:e>
              <m:r>
                <m:t>β</m:t>
              </m:r>
            </m:e>
          </m:d>
          <m:r>
            <m:rPr>
              <m:sty m:val="p"/>
            </m:rPr>
            <m:t>,</m:t>
          </m:r>
          <m:r>
            <m:t>  </m:t>
          </m:r>
          <m:sSub>
            <m:e>
              <m:r>
                <m:t>D</m:t>
              </m:r>
            </m:e>
            <m:sub>
              <m:r>
                <m:t>β</m:t>
              </m:r>
            </m:sub>
          </m:sSub>
          <m:r>
            <m:rPr>
              <m:sty m:val="p"/>
            </m:rPr>
            <m:t>′</m:t>
          </m:r>
          <m:r>
            <m:rPr>
              <m:sty m:val="p"/>
            </m:rPr>
            <m:t>=</m:t>
          </m:r>
          <m:r>
            <m:t>β</m:t>
          </m:r>
          <m:r>
            <m:t>g</m:t>
          </m:r>
          <m:r>
            <m:rPr>
              <m:sty m:val="p"/>
            </m:rPr>
            <m:t>″</m:t>
          </m:r>
          <m:d>
            <m:dPr>
              <m:begChr m:val="("/>
              <m:sepChr m:val=""/>
              <m:endChr m:val=")"/>
              <m:grow/>
            </m:dPr>
            <m:e>
              <m:r>
                <m:t>β</m:t>
              </m:r>
            </m:e>
          </m:d>
          <m:r>
            <m:rPr>
              <m:sty m:val="p"/>
            </m:rPr>
            <m:t>&gt;</m:t>
          </m:r>
          <m:r>
            <m:t>0</m:t>
          </m:r>
          <m:r>
            <m:rPr>
              <m:sty m:val="p"/>
            </m:rPr>
            <m:t>,</m:t>
          </m:r>
        </m:oMath>
      </m:oMathPara>
    </w:p>
    <w:p>
      <w:pPr>
        <w:pStyle w:val="FirstParagraph"/>
        <w:keepLines/>
      </w:pPr>
      <w:r>
        <w:t xml:space="preserve">and tends to zero with</w:t>
      </w:r>
      <w:r>
        <w:t xml:space="preserve"> </w:t>
      </w:r>
      <m:oMath>
        <m:r>
          <m:t>β</m:t>
        </m:r>
        <m:r>
          <m:rPr>
            <m:sty m:val="p"/>
          </m:rPr>
          <m:t>↓</m:t>
        </m:r>
        <m:r>
          <m:t>0</m:t>
        </m:r>
      </m:oMath>
      <w:r>
        <w:t xml:space="preserve">.</w:t>
      </w:r>
    </w:p>
    <w:p>
      <w:pPr>
        <w:pStyle w:val="BodyText"/>
        <w:keepLines/>
      </w:pPr>
      <w:r>
        <w:t xml:space="preserve">We verify that</w:t>
      </w:r>
      <w:r>
        <w:t xml:space="preserve"> </w:t>
      </w:r>
      <m:oMath>
        <m:sSub>
          <m:e>
            <m:r>
              <m:t>D</m:t>
            </m:r>
          </m:e>
          <m:sub>
            <m:r>
              <m:t>β</m:t>
            </m:r>
          </m:sub>
        </m:sSub>
        <m:r>
          <m:rPr>
            <m:sty m:val="p"/>
          </m:rPr>
          <m:t>→</m:t>
        </m:r>
        <m:r>
          <m:rPr>
            <m:sty m:val="p"/>
          </m:rPr>
          <m:t>∞</m:t>
        </m:r>
      </m:oMath>
      <w:r>
        <w:t xml:space="preserve">. The nonconstant trigonometric polynomial</w:t>
      </w:r>
      <w:r>
        <w:t xml:space="preserve"> </w:t>
      </w:r>
      <m:oMath>
        <m:r>
          <m:t>X</m:t>
        </m:r>
      </m:oMath>
      <w:r>
        <w:t xml:space="preserve"> </w:t>
      </w:r>
      <w:r>
        <w:t xml:space="preserve">attains its maximum at finitely many points: otherwise the polynomial equation obtained after multiplication by a suitable power of</w:t>
      </w:r>
      <w:r>
        <w:t xml:space="preserve"> </w:t>
      </w:r>
      <m:oMath>
        <m:sSup>
          <m:e>
            <m:r>
              <m:t>e</m:t>
            </m:r>
          </m:e>
          <m:sup>
            <m:r>
              <m:t>i</m:t>
            </m:r>
            <m:r>
              <m:t>x</m:t>
            </m:r>
          </m:sup>
        </m:sSup>
      </m:oMath>
      <w:r>
        <w:t xml:space="preserve"> </w:t>
      </w:r>
      <w:r>
        <w:t xml:space="preserve">would have infinitely many roots. Therefore</w:t>
      </w:r>
      <w:r>
        <w:t xml:space="preserve"> </w:t>
      </w:r>
      <m:oMath>
        <m:sSub>
          <m:e>
            <m:r>
              <m:t>p</m:t>
            </m:r>
          </m:e>
          <m:sub>
            <m:r>
              <m:t>η</m:t>
            </m:r>
          </m:sub>
        </m:sSub>
        <m:r>
          <m:rPr>
            <m:sty m:val="p"/>
          </m:rPr>
          <m:t>=</m:t>
        </m:r>
        <m:r>
          <m:t>μ</m:t>
        </m:r>
        <m:d>
          <m:dPr>
            <m:begChr m:val="("/>
            <m:sepChr m:val=""/>
            <m:endChr m:val=")"/>
            <m:grow/>
          </m:dPr>
          <m:e>
            <m:sSub>
              <m:e>
                <m:r>
                  <m:t>E</m:t>
                </m:r>
              </m:e>
              <m:sub>
                <m:r>
                  <m:t>η</m:t>
                </m:r>
              </m:sub>
            </m:sSub>
          </m:e>
        </m:d>
        <m:r>
          <m:rPr>
            <m:sty m:val="p"/>
          </m:rPr>
          <m:t>→</m:t>
        </m:r>
        <m:r>
          <m:t>0</m:t>
        </m:r>
      </m:oMath>
      <w:r>
        <w:t xml:space="preserve"> </w:t>
      </w:r>
      <w:r>
        <w:t xml:space="preserve">as</w:t>
      </w:r>
      <w:r>
        <w:t xml:space="preserve"> </w:t>
      </w:r>
      <m:oMath>
        <m:r>
          <m:t>η</m:t>
        </m:r>
        <m:r>
          <m:rPr>
            <m:sty m:val="p"/>
          </m:rPr>
          <m:t>↓</m:t>
        </m:r>
        <m:r>
          <m:t>0</m:t>
        </m:r>
      </m:oMath>
      <w:r>
        <w:t xml:space="preserve">. For a fixed</w:t>
      </w:r>
      <w:r>
        <w:t xml:space="preserve"> </w:t>
      </w:r>
      <m:oMath>
        <m:r>
          <m:t>η</m:t>
        </m:r>
        <m:r>
          <m:rPr>
            <m:sty m:val="p"/>
          </m:rPr>
          <m:t>&gt;</m:t>
        </m:r>
        <m:r>
          <m:t>0</m:t>
        </m:r>
      </m:oMath>
      <w:r>
        <w:t xml:space="preserve">, the Gibbs mass outside</w:t>
      </w:r>
      <w:r>
        <w:t xml:space="preserve"> </w:t>
      </w:r>
      <m:oMath>
        <m:sSub>
          <m:e>
            <m:r>
              <m:t>E</m:t>
            </m:r>
          </m:e>
          <m:sub>
            <m:r>
              <m:t>η</m:t>
            </m:r>
          </m:sub>
        </m:sSub>
      </m:oMath>
      <w:r>
        <w:t xml:space="preserve"> </w:t>
      </w:r>
      <w:r>
        <w:t xml:space="preserve">is at most</w:t>
      </w:r>
      <w:r>
        <w:t xml:space="preserve"> </w:t>
      </w:r>
      <m:oMath>
        <m:sSubSup>
          <m:e>
            <m:r>
              <m:t>p</m:t>
            </m:r>
          </m:e>
          <m:sub>
            <m:r>
              <m:t>η</m:t>
            </m:r>
            <m:r>
              <m:rPr>
                <m:sty m:val="p"/>
              </m:rPr>
              <m:t>/</m:t>
            </m:r>
            <m:r>
              <m:t>2</m:t>
            </m:r>
          </m:sub>
          <m:sup>
            <m:r>
              <m:rPr>
                <m:sty m:val="p"/>
              </m:rPr>
              <m:t>−</m:t>
            </m:r>
            <m:r>
              <m:t>1</m:t>
            </m:r>
          </m:sup>
        </m:sSubSup>
        <m:sSup>
          <m:e>
            <m:r>
              <m:t>e</m:t>
            </m:r>
          </m:e>
          <m:sup>
            <m:r>
              <m:rPr>
                <m:sty m:val="p"/>
              </m:rPr>
              <m:t>−</m:t>
            </m:r>
            <m:r>
              <m:t>β</m:t>
            </m:r>
            <m:r>
              <m:t>η</m:t>
            </m:r>
            <m:r>
              <m:rPr>
                <m:sty m:val="p"/>
              </m:rPr>
              <m:t>/</m:t>
            </m:r>
            <m:r>
              <m:t>2</m:t>
            </m:r>
          </m:sup>
        </m:sSup>
      </m:oMath>
      <w:r>
        <w:t xml:space="preserve">, hence tends to zero. If the Gibbs mass of</w:t>
      </w:r>
      <w:r>
        <w:t xml:space="preserve"> </w:t>
      </w:r>
      <m:oMath>
        <m:sSub>
          <m:e>
            <m:r>
              <m:t>E</m:t>
            </m:r>
          </m:e>
          <m:sub>
            <m:r>
              <m:t>η</m:t>
            </m:r>
          </m:sub>
        </m:sSub>
      </m:oMath>
      <w:r>
        <w:t xml:space="preserve"> </w:t>
      </w:r>
      <w:r>
        <w:t xml:space="preserve">is</w:t>
      </w:r>
      <w:r>
        <w:t xml:space="preserve"> </w:t>
      </w:r>
      <m:oMath>
        <m:r>
          <m:t>a</m:t>
        </m:r>
      </m:oMath>
      <w:r>
        <w:t xml:space="preserve">, Jensen’s inequality on this set and its complement gives</w:t>
      </w:r>
    </w:p>
    <w:p>
      <w:pPr>
        <w:pStyle w:val="BodyText"/>
        <w:keepLines/>
      </w:pPr>
      <m:oMathPara>
        <m:oMathParaPr>
          <m:jc m:val="center"/>
        </m:oMathParaPr>
        <m:oMath>
          <m:sSub>
            <m:e>
              <m:r>
                <m:t>D</m:t>
              </m:r>
            </m:e>
            <m:sub>
              <m:r>
                <m:t>β</m:t>
              </m:r>
            </m:sub>
          </m:sSub>
          <m:r>
            <m:rPr>
              <m:sty m:val="p"/>
            </m:rPr>
            <m:t>≥</m:t>
          </m:r>
          <m:r>
            <m:t>a</m:t>
          </m:r>
          <m:r>
            <m:rPr>
              <m:sty m:val="p"/>
            </m:rPr>
            <m:t>log</m:t>
          </m:r>
          <m:d>
            <m:dPr>
              <m:begChr m:val="("/>
              <m:sepChr m:val=""/>
              <m:endChr m:val=")"/>
              <m:grow/>
            </m:dPr>
            <m:e>
              <m:r>
                <m:t>a</m:t>
              </m:r>
              <m:r>
                <m:rPr>
                  <m:sty m:val="p"/>
                </m:rPr>
                <m:t>/</m:t>
              </m:r>
              <m:sSub>
                <m:e>
                  <m:r>
                    <m:t>p</m:t>
                  </m:r>
                </m:e>
                <m:sub>
                  <m:r>
                    <m:t>η</m:t>
                  </m:r>
                </m:sub>
              </m:sSub>
            </m:e>
          </m:d>
          <m:r>
            <m:rPr>
              <m:sty m:val="p"/>
            </m:rPr>
            <m:t>+</m:t>
          </m:r>
          <m:d>
            <m:dPr>
              <m:begChr m:val="("/>
              <m:sepChr m:val=""/>
              <m:endChr m:val=")"/>
              <m:grow/>
            </m:dPr>
            <m:e>
              <m:r>
                <m:t>1</m:t>
              </m:r>
              <m:r>
                <m:rPr>
                  <m:sty m:val="p"/>
                </m:rPr>
                <m:t>−</m:t>
              </m:r>
              <m:r>
                <m:t>a</m:t>
              </m:r>
            </m:e>
          </m:d>
          <m:r>
            <m:rPr>
              <m:sty m:val="p"/>
            </m:rPr>
            <m:t>log</m:t>
          </m:r>
          <m:d>
            <m:dPr>
              <m:begChr m:val="("/>
              <m:sepChr m:val=""/>
              <m:endChr m:val=")"/>
              <m:grow/>
            </m:dPr>
            <m:e>
              <m:d>
                <m:dPr>
                  <m:begChr m:val="("/>
                  <m:sepChr m:val=""/>
                  <m:endChr m:val=")"/>
                  <m:grow/>
                </m:dPr>
                <m:e>
                  <m:r>
                    <m:t>1</m:t>
                  </m:r>
                  <m:r>
                    <m:rPr>
                      <m:sty m:val="p"/>
                    </m:rPr>
                    <m:t>−</m:t>
                  </m:r>
                  <m:r>
                    <m:t>a</m:t>
                  </m:r>
                </m:e>
              </m:d>
              <m:r>
                <m:rPr>
                  <m:sty m:val="p"/>
                </m:rPr>
                <m:t>/</m:t>
              </m:r>
              <m:d>
                <m:dPr>
                  <m:begChr m:val="("/>
                  <m:sepChr m:val=""/>
                  <m:endChr m:val=")"/>
                  <m:grow/>
                </m:dPr>
                <m:e>
                  <m:r>
                    <m:t>1</m:t>
                  </m:r>
                  <m:r>
                    <m:rPr>
                      <m:sty m:val="p"/>
                    </m:rPr>
                    <m:t>−</m:t>
                  </m:r>
                  <m:sSub>
                    <m:e>
                      <m:r>
                        <m:t>p</m:t>
                      </m:r>
                    </m:e>
                    <m:sub>
                      <m:r>
                        <m:t>η</m:t>
                      </m:r>
                    </m:sub>
                  </m:sSub>
                </m:e>
              </m:d>
            </m:e>
          </m:d>
          <m:r>
            <m:rPr>
              <m:sty m:val="p"/>
            </m:rPr>
            <m:t>≥</m:t>
          </m:r>
          <m:r>
            <m:t>a</m:t>
          </m:r>
          <m:r>
            <m:rPr>
              <m:sty m:val="p"/>
            </m:rPr>
            <m:t>log</m:t>
          </m:r>
          <m:d>
            <m:dPr>
              <m:begChr m:val="("/>
              <m:sepChr m:val=""/>
              <m:endChr m:val=")"/>
              <m:grow/>
            </m:dPr>
            <m:e>
              <m:r>
                <m:t>1</m:t>
              </m:r>
              <m:r>
                <m:rPr>
                  <m:sty m:val="p"/>
                </m:rPr>
                <m:t>/</m:t>
              </m:r>
              <m:sSub>
                <m:e>
                  <m:r>
                    <m:t>p</m:t>
                  </m:r>
                </m:e>
                <m:sub>
                  <m:r>
                    <m:t>η</m:t>
                  </m:r>
                </m:sub>
              </m:sSub>
            </m:e>
          </m:d>
          <m:r>
            <m:rPr>
              <m:sty m:val="p"/>
            </m:rPr>
            <m:t>−</m:t>
          </m:r>
          <m:r>
            <m:rPr>
              <m:sty m:val="p"/>
            </m:rPr>
            <m:t>log</m:t>
          </m:r>
          <m:r>
            <m:t>2</m:t>
          </m:r>
          <m:r>
            <m:rPr>
              <m:sty m:val="p"/>
            </m:rPr>
            <m:t>.</m:t>
          </m:r>
        </m:oMath>
      </m:oMathPara>
    </w:p>
    <w:p>
      <w:pPr>
        <w:pStyle w:val="FirstParagraph"/>
        <w:keepLines/>
      </w:pPr>
      <w:r>
        <w:t xml:space="preserve">First let</w:t>
      </w:r>
      <w:r>
        <w:t xml:space="preserve"> </w:t>
      </w:r>
      <m:oMath>
        <m:r>
          <m:t>β</m:t>
        </m:r>
        <m:r>
          <m:rPr>
            <m:sty m:val="p"/>
          </m:rPr>
          <m:t>→</m:t>
        </m:r>
        <m:r>
          <m:rPr>
            <m:sty m:val="p"/>
          </m:rPr>
          <m:t>∞</m:t>
        </m:r>
      </m:oMath>
      <w:r>
        <w:t xml:space="preserve"> </w:t>
      </w:r>
      <w:r>
        <w:t xml:space="preserve">for fixed</w:t>
      </w:r>
      <w:r>
        <w:t xml:space="preserve"> </w:t>
      </w:r>
      <m:oMath>
        <m:r>
          <m:t>η</m:t>
        </m:r>
      </m:oMath>
      <w:r>
        <w:t xml:space="preserve">, then let</w:t>
      </w:r>
      <w:r>
        <w:t xml:space="preserve"> </w:t>
      </w:r>
      <m:oMath>
        <m:r>
          <m:t>η</m:t>
        </m:r>
        <m:r>
          <m:rPr>
            <m:sty m:val="p"/>
          </m:rPr>
          <m:t>↓</m:t>
        </m:r>
        <m:r>
          <m:t>0</m:t>
        </m:r>
      </m:oMath>
      <w:r>
        <w:t xml:space="preserve">. This proves divergence. Continuity and strict increase now imply a unique solution of (L.4). Substitution of</w:t>
      </w:r>
      <w:r>
        <w:t xml:space="preserve"> </w:t>
      </w:r>
      <m:oMath>
        <m:sSub>
          <m:e>
            <m:r>
              <m:t>ρ</m:t>
            </m:r>
          </m:e>
          <m:sub>
            <m:sSub>
              <m:e>
                <m:r>
                  <m:t>β</m:t>
                </m:r>
              </m:e>
              <m:sub>
                <m:r>
                  <m:t>h</m:t>
                </m:r>
              </m:sub>
            </m:sSub>
          </m:sub>
        </m:sSub>
      </m:oMath>
      <w:r>
        <w:t xml:space="preserve"> </w:t>
      </w:r>
      <w:r>
        <w:t xml:space="preserve">into the relative-entropy inequality makes it an equality, establishing attainment and (L.5).</w:t>
      </w:r>
    </w:p>
    <w:p>
      <w:pPr>
        <w:pStyle w:val="BodyText"/>
        <w:keepLines/>
      </w:pPr>
      <w:r>
        <w:t xml:space="preserve">At zero entropy only the uniform density is possible, so</w:t>
      </w:r>
      <w:r>
        <w:t xml:space="preserve"> </w:t>
      </w:r>
      <m:oMath>
        <m:sSub>
          <m:e>
            <m:r>
              <m:t>b</m:t>
            </m:r>
          </m:e>
          <m:sub>
            <m:r>
              <m:t>A</m:t>
            </m:r>
          </m:sub>
        </m:sSub>
        <m:d>
          <m:dPr>
            <m:begChr m:val="("/>
            <m:sepChr m:val=""/>
            <m:endChr m:val=")"/>
            <m:grow/>
          </m:dPr>
          <m:e>
            <m:r>
              <m:t>0</m:t>
            </m:r>
          </m:e>
        </m:d>
        <m:r>
          <m:rPr>
            <m:sty m:val="p"/>
          </m:rPr>
          <m:t>=</m:t>
        </m:r>
        <m:r>
          <m:t>0</m:t>
        </m:r>
      </m:oMath>
      <w:r>
        <w:t xml:space="preserve">. Increasing the budget enlarges the feasible set. A mixture of densities feasible at two budgets is feasible at the same mixture of budgets, by convexity of entropy; its objective is the corresponding mixture. This proves concavity. Finally, the density</w:t>
      </w:r>
      <w:r>
        <w:t xml:space="preserve"> </w:t>
      </w:r>
      <m:oMath>
        <m:sSub>
          <m:e>
            <m:r>
              <m:rPr>
                <m:sty m:val="b"/>
              </m:rPr>
              <m:t>1</m:t>
            </m:r>
          </m:e>
          <m:sub>
            <m:sSub>
              <m:e>
                <m:r>
                  <m:t>E</m:t>
                </m:r>
              </m:e>
              <m:sub>
                <m:r>
                  <m:t>η</m:t>
                </m:r>
              </m:sub>
            </m:sSub>
          </m:sub>
        </m:sSub>
        <m:r>
          <m:rPr>
            <m:sty m:val="p"/>
          </m:rPr>
          <m:t>/</m:t>
        </m:r>
        <m:sSub>
          <m:e>
            <m:r>
              <m:t>p</m:t>
            </m:r>
          </m:e>
          <m:sub>
            <m:r>
              <m:t>η</m:t>
            </m:r>
          </m:sub>
        </m:sSub>
      </m:oMath>
      <w:r>
        <w:t xml:space="preserve"> </w:t>
      </w:r>
      <w:r>
        <w:t xml:space="preserve">has entropy</w:t>
      </w:r>
      <w:r>
        <w:t xml:space="preserve"> </w:t>
      </w:r>
      <m:oMath>
        <m:r>
          <m:rPr>
            <m:sty m:val="p"/>
          </m:rPr>
          <m:t>log</m:t>
        </m:r>
        <m:d>
          <m:dPr>
            <m:begChr m:val="("/>
            <m:sepChr m:val=""/>
            <m:endChr m:val=")"/>
            <m:grow/>
          </m:dPr>
          <m:e>
            <m:r>
              <m:t>1</m:t>
            </m:r>
            <m:r>
              <m:rPr>
                <m:sty m:val="p"/>
              </m:rPr>
              <m:t>/</m:t>
            </m:r>
            <m:sSub>
              <m:e>
                <m:r>
                  <m:t>p</m:t>
                </m:r>
              </m:e>
              <m:sub>
                <m:r>
                  <m:t>η</m:t>
                </m:r>
              </m:sub>
            </m:sSub>
          </m:e>
        </m:d>
      </m:oMath>
      <w:r>
        <w:t xml:space="preserve"> </w:t>
      </w:r>
      <w:r>
        <w:t xml:space="preserve">and objective at least</w:t>
      </w:r>
      <w:r>
        <w:t xml:space="preserve"> </w:t>
      </w:r>
      <m:oMath>
        <m:r>
          <m:t>K</m:t>
        </m:r>
        <m:r>
          <m:rPr>
            <m:sty m:val="p"/>
          </m:rPr>
          <m:t>−</m:t>
        </m:r>
        <m:r>
          <m:t>η</m:t>
        </m:r>
      </m:oMath>
      <w:r>
        <w:t xml:space="preserve">, proving the limit as the budget grows.</w:t>
      </w:r>
      <w:r>
        <w:t xml:space="preserve"> </w:t>
      </w:r>
      <m:oMath>
        <m:r>
          <m:rPr>
            <m:sty m:val="p"/>
          </m:rPr>
          <m:t>▫</m:t>
        </m:r>
      </m:oMath>
    </w:p>
    <w:p>
      <w:pPr>
        <w:pStyle w:val="BodyText"/>
      </w:pPr>
      <w:r>
        <w:t xml:space="preserve">These variational identities belong to the established Gibbs/relative-entropy framework. Perlaza and Bisson study changes of expectation under changes of probability measure and their connections to Gibbs measures, information projections, and relative-entropy identities</w:t>
      </w:r>
      <w:r>
        <w:t xml:space="preserve"> </w:t>
      </w:r>
      <w:hyperlink w:anchor="perlazabisson2025">
        <w:r>
          <w:rPr>
            <w:rStyle w:val="Hyperlink"/>
          </w:rPr>
          <w:t xml:space="preserve">[PerlazaBisson2025]</w:t>
        </w:r>
      </w:hyperlink>
      <w:r>
        <w:t xml:space="preserve">. This is prior context for the reweighting interpretation. The cosine-specific estimates and attainment argument needed here are proved explicitly above and below; this presentation does not claim to originate the Gibbs variational principle.</w:t>
      </w:r>
    </w:p>
    <w:bookmarkEnd w:id="119"/>
    <w:bookmarkStart w:id="120" w:name="l.2.-a-rare-event-construction"/>
    <w:p>
      <w:pPr>
        <w:pStyle w:val="Heading3"/>
      </w:pPr>
      <w:r>
        <w:t xml:space="preserve">L.2. A rare-event construction</w:t>
      </w:r>
    </w:p>
    <w:p>
      <w:pPr>
        <w:pStyle w:val="FirstParagraph"/>
        <w:keepLines/>
      </w:pPr>
      <w:r>
        <w:t xml:space="preserve">Suppose</w:t>
      </w:r>
      <w:r>
        <w:t xml:space="preserve"> </w:t>
      </w:r>
      <m:oMath>
        <m:r>
          <m:t>E</m:t>
        </m:r>
      </m:oMath>
      <w:r>
        <w:t xml:space="preserve"> </w:t>
      </w:r>
      <w:r>
        <w:t xml:space="preserve">has measure</w:t>
      </w:r>
      <w:r>
        <w:t xml:space="preserve"> </w:t>
      </w:r>
      <m:oMath>
        <m:r>
          <m:t>p</m:t>
        </m:r>
        <m:r>
          <m:rPr>
            <m:sty m:val="p"/>
          </m:rPr>
          <m:t>∈</m:t>
        </m:r>
        <m:d>
          <m:dPr>
            <m:begChr m:val="("/>
            <m:sepChr m:val=""/>
            <m:endChr m:val=")"/>
            <m:grow/>
          </m:dPr>
          <m:e>
            <m:r>
              <m:t>0</m:t>
            </m:r>
            <m:r>
              <m:rPr>
                <m:sty m:val="p"/>
              </m:rPr>
              <m:t>,</m:t>
            </m:r>
            <m:r>
              <m:t>1</m:t>
            </m:r>
          </m:e>
        </m:d>
      </m:oMath>
      <w:r>
        <w:t xml:space="preserve">, with</w:t>
      </w:r>
      <w:r>
        <w:t xml:space="preserve"> </w:t>
      </w:r>
      <m:oMath>
        <m:r>
          <m:t>X</m:t>
        </m:r>
        <m:r>
          <m:rPr>
            <m:sty m:val="p"/>
          </m:rPr>
          <m:t>≥</m:t>
        </m:r>
        <m:r>
          <m:t>d</m:t>
        </m:r>
        <m:r>
          <m:rPr>
            <m:sty m:val="p"/>
          </m:rPr>
          <m:t>&gt;</m:t>
        </m:r>
        <m:r>
          <m:t>0</m:t>
        </m:r>
      </m:oMath>
      <w:r>
        <w:t xml:space="preserve"> </w:t>
      </w:r>
      <w:r>
        <w:t xml:space="preserve">on</w:t>
      </w:r>
      <w:r>
        <w:t xml:space="preserve"> </w:t>
      </w:r>
      <m:oMath>
        <m:r>
          <m:t>E</m:t>
        </m:r>
      </m:oMath>
      <w:r>
        <w:t xml:space="preserve">. For any</w:t>
      </w:r>
      <w:r>
        <w:t xml:space="preserve"> </w:t>
      </w:r>
      <m:oMath>
        <m:r>
          <m:t>h</m:t>
        </m:r>
        <m:r>
          <m:rPr>
            <m:sty m:val="p"/>
          </m:rPr>
          <m:t>≥</m:t>
        </m:r>
        <m:r>
          <m:t>0</m:t>
        </m:r>
      </m:oMath>
      <w:r>
        <w:t xml:space="preserve">, let</w:t>
      </w:r>
    </w:p>
    <w:p>
      <w:pPr>
        <w:pStyle w:val="BodyText"/>
        <w:keepLines/>
      </w:pPr>
      <m:oMathPara>
        <m:oMathParaPr>
          <m:jc m:val="center"/>
        </m:oMathParaPr>
        <m:oMath>
          <m:r>
            <m:t>λ</m:t>
          </m:r>
          <m:r>
            <m:rPr>
              <m:sty m:val="p"/>
            </m:rPr>
            <m:t>=</m:t>
          </m:r>
          <m:r>
            <m:rPr>
              <m:sty m:val="p"/>
            </m:rPr>
            <m:t>min</m:t>
          </m:r>
          <m:d>
            <m:dPr>
              <m:begChr m:val="("/>
              <m:sepChr m:val=""/>
              <m:endChr m:val=")"/>
              <m:grow/>
            </m:dPr>
            <m:e>
              <m:r>
                <m:t>1</m:t>
              </m:r>
              <m:r>
                <m:rPr>
                  <m:sty m:val="p"/>
                </m:rPr>
                <m:t>,</m:t>
              </m:r>
              <m:f>
                <m:fPr>
                  <m:type m:val="bar"/>
                </m:fPr>
                <m:num>
                  <m:r>
                    <m:t>h</m:t>
                  </m:r>
                </m:num>
                <m:den>
                  <m:r>
                    <m:rPr>
                      <m:sty m:val="p"/>
                    </m:rPr>
                    <m:t>log</m:t>
                  </m:r>
                  <m:d>
                    <m:dPr>
                      <m:begChr m:val="("/>
                      <m:sepChr m:val=""/>
                      <m:endChr m:val=")"/>
                      <m:grow/>
                    </m:dPr>
                    <m:e>
                      <m:r>
                        <m:t>1</m:t>
                      </m:r>
                      <m:r>
                        <m:rPr>
                          <m:sty m:val="p"/>
                        </m:rPr>
                        <m:t>/</m:t>
                      </m:r>
                      <m:r>
                        <m:t>p</m:t>
                      </m:r>
                    </m:e>
                  </m:d>
                </m:den>
              </m:f>
            </m:e>
          </m:d>
          <m:r>
            <m:rPr>
              <m:sty m:val="p"/>
            </m:rPr>
            <m:t>,</m:t>
          </m:r>
          <m:r>
            <m:t>  </m:t>
          </m:r>
          <m:r>
            <m:t>ρ</m:t>
          </m:r>
          <m:r>
            <m:rPr>
              <m:sty m:val="p"/>
            </m:rPr>
            <m:t>=</m:t>
          </m:r>
          <m:d>
            <m:dPr>
              <m:begChr m:val="("/>
              <m:sepChr m:val=""/>
              <m:endChr m:val=")"/>
              <m:grow/>
            </m:dPr>
            <m:e>
              <m:r>
                <m:t>1</m:t>
              </m:r>
              <m:r>
                <m:rPr>
                  <m:sty m:val="p"/>
                </m:rPr>
                <m:t>−</m:t>
              </m:r>
              <m:r>
                <m:t>λ</m:t>
              </m:r>
            </m:e>
          </m:d>
          <m:r>
            <m:rPr>
              <m:sty m:val="p"/>
            </m:rPr>
            <m:t>+</m:t>
          </m:r>
          <m:r>
            <m:t>λ</m:t>
          </m:r>
          <m:f>
            <m:fPr>
              <m:type m:val="bar"/>
            </m:fPr>
            <m:num>
              <m:sSub>
                <m:e>
                  <m:r>
                    <m:rPr>
                      <m:sty m:val="b"/>
                    </m:rPr>
                    <m:t>1</m:t>
                  </m:r>
                </m:e>
                <m:sub>
                  <m:r>
                    <m:t>E</m:t>
                  </m:r>
                </m:sub>
              </m:sSub>
            </m:num>
            <m:den>
              <m:r>
                <m:t>p</m:t>
              </m:r>
            </m:den>
          </m:f>
          <m:r>
            <m:rPr>
              <m:sty m:val="p"/>
            </m:rPr>
            <m:t>.</m:t>
          </m:r>
        </m:oMath>
      </m:oMathPara>
    </w:p>
    <w:p>
      <w:pPr>
        <w:pStyle w:val="FirstParagraph"/>
        <w:keepLines/>
      </w:pPr>
      <w:r>
        <w:t xml:space="preserve">Convexity gives</w:t>
      </w:r>
      <w:r>
        <w:t xml:space="preserve"> </w:t>
      </w:r>
      <m:oMath>
        <m:r>
          <m:t>D</m:t>
        </m:r>
        <m:d>
          <m:dPr>
            <m:begChr m:val="("/>
            <m:sepChr m:val=""/>
            <m:endChr m:val=")"/>
            <m:grow/>
          </m:dPr>
          <m:e>
            <m:r>
              <m:t>ρ</m:t>
            </m:r>
          </m:e>
        </m:d>
        <m:r>
          <m:rPr>
            <m:sty m:val="p"/>
          </m:rPr>
          <m:t>≤</m:t>
        </m:r>
        <m:r>
          <m:t>λ</m:t>
        </m:r>
        <m:r>
          <m:rPr>
            <m:sty m:val="p"/>
          </m:rPr>
          <m:t>log</m:t>
        </m:r>
        <m:d>
          <m:dPr>
            <m:begChr m:val="("/>
            <m:sepChr m:val=""/>
            <m:endChr m:val=")"/>
            <m:grow/>
          </m:dPr>
          <m:e>
            <m:r>
              <m:t>1</m:t>
            </m:r>
            <m:r>
              <m:rPr>
                <m:sty m:val="p"/>
              </m:rPr>
              <m:t>/</m:t>
            </m:r>
            <m:r>
              <m:t>p</m:t>
            </m:r>
          </m:e>
        </m:d>
        <m:r>
          <m:rPr>
            <m:sty m:val="p"/>
          </m:rPr>
          <m:t>≤</m:t>
        </m:r>
        <m:r>
          <m:t>h</m:t>
        </m:r>
      </m:oMath>
      <w:r>
        <w:t xml:space="preserve">. Since</w:t>
      </w:r>
      <w:r>
        <w:t xml:space="preserve"> </w:t>
      </w:r>
      <m:oMath>
        <m:r>
          <m:rPr>
            <m:sty m:val="p"/>
            <m:scr m:val="double-struck"/>
          </m:rPr>
          <m:t>E</m:t>
        </m:r>
        <m:r>
          <m:t>X</m:t>
        </m:r>
        <m:r>
          <m:rPr>
            <m:sty m:val="p"/>
          </m:rPr>
          <m:t>=</m:t>
        </m:r>
        <m:r>
          <m:t>0</m:t>
        </m:r>
      </m:oMath>
      <w:r>
        <w:t xml:space="preserve">, the objective is at least</w:t>
      </w:r>
      <w:r>
        <w:t xml:space="preserve"> </w:t>
      </w:r>
      <m:oMath>
        <m:r>
          <m:t>λ</m:t>
        </m:r>
        <m:r>
          <m:t>d</m:t>
        </m:r>
      </m:oMath>
      <w:r>
        <w:t xml:space="preserve">. Hence</w:t>
      </w:r>
    </w:p>
    <w:p>
      <w:pPr>
        <w:pStyle w:val="BodyText"/>
        <w:keepNext/>
        <w:keepLines/>
      </w:pPr>
      <m:oMathPara>
        <m:oMathParaPr>
          <m:jc m:val="center"/>
        </m:oMathParaPr>
        <m:oMath>
          <m:sSub>
            <m:e>
              <m:r>
                <m:t>b</m:t>
              </m:r>
            </m:e>
            <m:sub>
              <m:r>
                <m:t>A</m:t>
              </m:r>
            </m:sub>
          </m:sSub>
          <m:d>
            <m:dPr>
              <m:begChr m:val="("/>
              <m:sepChr m:val=""/>
              <m:endChr m:val=")"/>
              <m:grow/>
            </m:dPr>
            <m:e>
              <m:r>
                <m:t>h</m:t>
              </m:r>
            </m:e>
          </m:d>
          <m:r>
            <m:rPr>
              <m:sty m:val="p"/>
            </m:rPr>
            <m:t>≥</m:t>
          </m:r>
          <m:r>
            <m:t>d</m:t>
          </m:r>
          <m:r>
            <m:rPr>
              <m:sty m:val="p"/>
            </m:rPr>
            <m:t>min</m:t>
          </m:r>
          <m:d>
            <m:dPr>
              <m:begChr m:val="("/>
              <m:sepChr m:val=""/>
              <m:endChr m:val=")"/>
              <m:grow/>
            </m:dPr>
            <m:e>
              <m:r>
                <m:t>1</m:t>
              </m:r>
              <m:r>
                <m:rPr>
                  <m:sty m:val="p"/>
                </m:rPr>
                <m:t>,</m:t>
              </m:r>
              <m:f>
                <m:fPr>
                  <m:type m:val="bar"/>
                </m:fPr>
                <m:num>
                  <m:r>
                    <m:t>h</m:t>
                  </m:r>
                </m:num>
                <m:den>
                  <m:r>
                    <m:rPr>
                      <m:sty m:val="p"/>
                    </m:rPr>
                    <m:t>log</m:t>
                  </m:r>
                  <m:d>
                    <m:dPr>
                      <m:begChr m:val="("/>
                      <m:sepChr m:val=""/>
                      <m:endChr m:val=")"/>
                      <m:grow/>
                    </m:dPr>
                    <m:e>
                      <m:r>
                        <m:t>1</m:t>
                      </m:r>
                      <m:r>
                        <m:rPr>
                          <m:sty m:val="p"/>
                        </m:rPr>
                        <m:t>/</m:t>
                      </m:r>
                      <m:r>
                        <m:t>p</m:t>
                      </m:r>
                    </m:e>
                  </m:d>
                </m:den>
              </m:f>
            </m:e>
          </m:d>
          <m:r>
            <m:rPr>
              <m:sty m:val="p"/>
            </m:rPr>
            <m:t>.</m:t>
          </m:r>
        </m:oMath>
      </m:oMathPara>
    </w:p>
    <w:p>
      <w:pPr>
        <w:pStyle w:val="Caption"/>
        <w:spacing w:before="0" w:after="140"/>
      </w:pPr>
      <w:r>
        <w:t xml:space="preserve">Equation (L.6)</w:t>
      </w:r>
    </w:p>
    <w:p>
      <w:pPr>
        <w:pStyle w:val="BodyText"/>
        <w:keepLines/>
      </w:pPr>
      <w:r>
        <w:t xml:space="preserve">Applying (K.9) to consecutive frequencies gives, for</w:t>
      </w:r>
      <w:r>
        <w:t xml:space="preserve"> </w:t>
      </w:r>
      <m:oMath>
        <m:r>
          <m:t>N</m:t>
        </m:r>
        <m:r>
          <m:rPr>
            <m:sty m:val="p"/>
          </m:rPr>
          <m:t>≥</m:t>
        </m:r>
        <m:r>
          <m:t>2</m:t>
        </m:r>
      </m:oMath>
      <w:r>
        <w:t xml:space="preserve">,</w:t>
      </w:r>
    </w:p>
    <w:p>
      <w:pPr>
        <w:pStyle w:val="BodyText"/>
        <w:keepNext/>
        <w:keepLines/>
      </w:pPr>
      <m:oMathPara>
        <m:oMathParaPr>
          <m:jc m:val="center"/>
        </m:oMathParaPr>
        <m:oMath>
          <m:sSub>
            <m:e>
              <m:r>
                <m:t>b</m:t>
              </m:r>
            </m:e>
            <m:sub>
              <m:sSub>
                <m:e>
                  <m:r>
                    <m:t>A</m:t>
                  </m:r>
                </m:e>
                <m:sub>
                  <m:r>
                    <m:t>N</m:t>
                  </m:r>
                </m:sub>
              </m:sSub>
            </m:sub>
          </m:sSub>
          <m:d>
            <m:dPr>
              <m:begChr m:val="("/>
              <m:sepChr m:val=""/>
              <m:endChr m:val=")"/>
              <m:grow/>
            </m:dPr>
            <m:e>
              <m:r>
                <m:t>h</m:t>
              </m:r>
            </m:e>
          </m:d>
          <m:r>
            <m:rPr>
              <m:sty m:val="p"/>
            </m:rPr>
            <m:t>≥</m:t>
          </m:r>
          <m:f>
            <m:fPr>
              <m:type m:val="bar"/>
            </m:fPr>
            <m:num>
              <m:r>
                <m:t>3</m:t>
              </m:r>
              <m:d>
                <m:dPr>
                  <m:begChr m:val="("/>
                  <m:sepChr m:val=""/>
                  <m:endChr m:val=")"/>
                  <m:grow/>
                </m:dPr>
                <m:e>
                  <m:r>
                    <m:t>2</m:t>
                  </m:r>
                  <m:r>
                    <m:t>N</m:t>
                  </m:r>
                  <m:r>
                    <m:rPr>
                      <m:sty m:val="p"/>
                    </m:rPr>
                    <m:t>+</m:t>
                  </m:r>
                  <m:r>
                    <m:t>1</m:t>
                  </m:r>
                </m:e>
              </m:d>
            </m:num>
            <m:den>
              <m:r>
                <m:t>20</m:t>
              </m:r>
              <m:r>
                <m:t>π</m:t>
              </m:r>
            </m:den>
          </m:f>
          <m:r>
            <m:rPr>
              <m:sty m:val="p"/>
            </m:rPr>
            <m:t>min</m:t>
          </m:r>
          <m:d>
            <m:dPr>
              <m:begChr m:val="("/>
              <m:sepChr m:val=""/>
              <m:endChr m:val=")"/>
              <m:grow/>
            </m:dPr>
            <m:e>
              <m:r>
                <m:t>1</m:t>
              </m:r>
              <m:r>
                <m:rPr>
                  <m:sty m:val="p"/>
                </m:rPr>
                <m:t>,</m:t>
              </m:r>
              <m:f>
                <m:fPr>
                  <m:type m:val="bar"/>
                </m:fPr>
                <m:num>
                  <m:r>
                    <m:t>h</m:t>
                  </m:r>
                </m:num>
                <m:den>
                  <m:r>
                    <m:rPr>
                      <m:sty m:val="p"/>
                    </m:rPr>
                    <m:t>log</m:t>
                  </m:r>
                  <m:d>
                    <m:dPr>
                      <m:begChr m:val="("/>
                      <m:sepChr m:val=""/>
                      <m:endChr m:val=")"/>
                      <m:grow/>
                    </m:dPr>
                    <m:e>
                      <m:r>
                        <m:t>3</m:t>
                      </m:r>
                      <m:d>
                        <m:dPr>
                          <m:begChr m:val="("/>
                          <m:sepChr m:val=""/>
                          <m:endChr m:val=")"/>
                          <m:grow/>
                        </m:dPr>
                        <m:e>
                          <m:r>
                            <m:t>2</m:t>
                          </m:r>
                          <m:r>
                            <m:t>N</m:t>
                          </m:r>
                          <m:r>
                            <m:rPr>
                              <m:sty m:val="p"/>
                            </m:rPr>
                            <m:t>+</m:t>
                          </m:r>
                          <m:r>
                            <m:t>1</m:t>
                          </m:r>
                        </m:e>
                      </m:d>
                      <m:r>
                        <m:rPr>
                          <m:sty m:val="p"/>
                        </m:rPr>
                        <m:t>/</m:t>
                      </m:r>
                      <m:r>
                        <m:t>2</m:t>
                      </m:r>
                    </m:e>
                  </m:d>
                </m:den>
              </m:f>
            </m:e>
          </m:d>
          <m:r>
            <m:rPr>
              <m:sty m:val="p"/>
            </m:rPr>
            <m:t>.</m:t>
          </m:r>
        </m:oMath>
      </m:oMathPara>
    </w:p>
    <w:p>
      <w:pPr>
        <w:pStyle w:val="Caption"/>
        <w:spacing w:before="0" w:after="140"/>
      </w:pPr>
      <w:r>
        <w:t xml:space="preserve">Equation (L.7)</w:t>
      </w:r>
    </w:p>
    <w:p>
      <w:pPr>
        <w:pStyle w:val="BodyText"/>
        <w:keepLines/>
      </w:pPr>
      <w:r>
        <w:t xml:space="preserve">Thus a fixed positive entropy budget can retain an order</w:t>
      </w:r>
      <w:r>
        <w:t xml:space="preserve"> </w:t>
      </w:r>
      <m:oMath>
        <m:r>
          <m:t>N</m:t>
        </m:r>
        <m:r>
          <m:rPr>
            <m:sty m:val="p"/>
          </m:rPr>
          <m:t>/</m:t>
        </m:r>
        <m:r>
          <m:rPr>
            <m:sty m:val="p"/>
          </m:rPr>
          <m:t>log</m:t>
        </m:r>
        <m:r>
          <m:t>N</m:t>
        </m:r>
      </m:oMath>
      <w:r>
        <w:t xml:space="preserve"> </w:t>
      </w:r>
      <w:r>
        <w:t xml:space="preserve">lower bound on this family, although fixed quantiles and the saturated detector lose the square-root scale. The construction adds only a small probability weight to the narrow deep event.</w:t>
      </w:r>
    </w:p>
    <w:bookmarkEnd w:id="120"/>
    <w:bookmarkStart w:id="121" w:name="X1b1409e4496f1fcda9f13849517fd3b47dbfe9b"/>
    <w:p>
      <w:pPr>
        <w:pStyle w:val="Heading3"/>
      </w:pPr>
      <w:r>
        <w:t xml:space="preserve">L.3. A universal upper bound and its direction</w:t>
      </w:r>
    </w:p>
    <w:p>
      <w:pPr>
        <w:pStyle w:val="FirstParagraph"/>
        <w:keepLines/>
      </w:pPr>
      <w:r>
        <w:t xml:space="preserve">For every admissible</w:t>
      </w:r>
      <w:r>
        <w:t xml:space="preserve"> </w:t>
      </w:r>
      <m:oMath>
        <m:r>
          <m:t>A</m:t>
        </m:r>
      </m:oMath>
      <w:r>
        <w:t xml:space="preserve"> </w:t>
      </w:r>
      <w:r>
        <w:t xml:space="preserve">with</w:t>
      </w:r>
      <w:r>
        <w:t xml:space="preserve"> </w:t>
      </w:r>
      <m:oMath>
        <m:r>
          <m:t>N</m:t>
        </m:r>
        <m:r>
          <m:rPr>
            <m:sty m:val="p"/>
          </m:rPr>
          <m:t>≥</m:t>
        </m:r>
        <m:r>
          <m:t>2</m:t>
        </m:r>
      </m:oMath>
      <w:r>
        <w:t xml:space="preserve">,</w:t>
      </w:r>
    </w:p>
    <w:p>
      <w:pPr>
        <w:pStyle w:val="BodyText"/>
        <w:keepNext/>
        <w:keepLines/>
      </w:pPr>
      <m:oMathPara>
        <m:oMathParaPr>
          <m:jc m:val="center"/>
        </m:oMathParaPr>
        <m:oMath>
          <m:sSub>
            <m:e>
              <m:r>
                <m:t>b</m:t>
              </m:r>
            </m:e>
            <m:sub>
              <m:r>
                <m:t>A</m:t>
              </m:r>
            </m:sub>
          </m:sSub>
          <m:d>
            <m:dPr>
              <m:begChr m:val="("/>
              <m:sepChr m:val=""/>
              <m:endChr m:val=")"/>
              <m:grow/>
            </m:dPr>
            <m:e>
              <m:r>
                <m:t>h</m:t>
              </m:r>
            </m:e>
          </m:d>
          <m:r>
            <m:rPr>
              <m:sty m:val="p"/>
            </m:rPr>
            <m:t>≤</m:t>
          </m:r>
          <m:d>
            <m:dPr>
              <m:begChr m:val="("/>
              <m:sepChr m:val=""/>
              <m:endChr m:val=")"/>
              <m:grow/>
            </m:dPr>
            <m:e>
              <m:r>
                <m:t>h</m:t>
              </m:r>
              <m:r>
                <m:rPr>
                  <m:sty m:val="p"/>
                </m:rPr>
                <m:t>+</m:t>
              </m:r>
              <m:f>
                <m:fPr>
                  <m:type m:val="bar"/>
                </m:fPr>
                <m:num>
                  <m:r>
                    <m:t>1</m:t>
                  </m:r>
                </m:num>
                <m:den>
                  <m:r>
                    <m:t>2</m:t>
                  </m:r>
                </m:den>
              </m:f>
            </m:e>
          </m:d>
          <m:f>
            <m:fPr>
              <m:type m:val="bar"/>
            </m:fPr>
            <m:num>
              <m:r>
                <m:t>N</m:t>
              </m:r>
            </m:num>
            <m:den>
              <m:r>
                <m:rPr>
                  <m:sty m:val="p"/>
                </m:rPr>
                <m:t>log</m:t>
              </m:r>
              <m:r>
                <m:t>N</m:t>
              </m:r>
            </m:den>
          </m:f>
          <m:r>
            <m:rPr>
              <m:sty m:val="p"/>
            </m:rPr>
            <m:t>.</m:t>
          </m:r>
        </m:oMath>
      </m:oMathPara>
    </w:p>
    <w:p>
      <w:pPr>
        <w:pStyle w:val="Caption"/>
        <w:spacing w:before="0" w:after="140"/>
      </w:pPr>
      <w:r>
        <w:t xml:space="preserve">Equation (L.8)</w:t>
      </w:r>
    </w:p>
    <w:p>
      <w:pPr>
        <w:pStyle w:val="BodyText"/>
      </w:pPr>
      <w:r>
        <w:t xml:space="preserve">To prove this, use the increasing function</w:t>
      </w:r>
    </w:p>
    <w:p>
      <w:pPr>
        <w:pStyle w:val="BodyText"/>
        <w:keepLines/>
      </w:pPr>
      <m:oMathPara>
        <m:oMathParaPr>
          <m:jc m:val="center"/>
        </m:oMathParaPr>
        <m:oMath>
          <m:r>
            <m:t>j</m:t>
          </m:r>
          <m:d>
            <m:dPr>
              <m:begChr m:val="("/>
              <m:sepChr m:val=""/>
              <m:endChr m:val=")"/>
              <m:grow/>
            </m:dPr>
            <m:e>
              <m:r>
                <m:t>u</m:t>
              </m:r>
            </m:e>
          </m:d>
          <m:r>
            <m:rPr>
              <m:sty m:val="p"/>
            </m:rPr>
            <m:t>=</m:t>
          </m:r>
          <m:f>
            <m:fPr>
              <m:type m:val="bar"/>
            </m:fPr>
            <m:num>
              <m:sSup>
                <m:e>
                  <m:r>
                    <m:t>e</m:t>
                  </m:r>
                </m:e>
                <m:sup>
                  <m:r>
                    <m:t>u</m:t>
                  </m:r>
                </m:sup>
              </m:sSup>
              <m:r>
                <m:rPr>
                  <m:sty m:val="p"/>
                </m:rPr>
                <m:t>−</m:t>
              </m:r>
              <m:r>
                <m:t>1</m:t>
              </m:r>
              <m:r>
                <m:rPr>
                  <m:sty m:val="p"/>
                </m:rPr>
                <m:t>−</m:t>
              </m:r>
              <m:r>
                <m:t>u</m:t>
              </m:r>
            </m:num>
            <m:den>
              <m:sSup>
                <m:e>
                  <m:r>
                    <m:t>u</m:t>
                  </m:r>
                </m:e>
                <m:sup>
                  <m:r>
                    <m:t>2</m:t>
                  </m:r>
                </m:sup>
              </m:sSup>
            </m:den>
          </m:f>
          <m:r>
            <m:rPr>
              <m:sty m:val="p"/>
            </m:rPr>
            <m:t>=</m:t>
          </m:r>
          <m:nary>
            <m:naryPr>
              <m:chr m:val="∫"/>
              <m:limLoc m:val="subSup"/>
              <m:subHide m:val="off"/>
              <m:supHide m:val="off"/>
            </m:naryPr>
            <m:sub>
              <m:r>
                <m:t>0</m:t>
              </m:r>
            </m:sub>
            <m:sup>
              <m:r>
                <m:t>1</m:t>
              </m:r>
            </m:sup>
            <m:e>
              <m:d>
                <m:dPr>
                  <m:begChr m:val="("/>
                  <m:sepChr m:val=""/>
                  <m:endChr m:val=")"/>
                  <m:grow/>
                </m:dPr>
                <m:e>
                  <m:r>
                    <m:t>1</m:t>
                  </m:r>
                  <m:r>
                    <m:rPr>
                      <m:sty m:val="p"/>
                    </m:rPr>
                    <m:t>−</m:t>
                  </m:r>
                  <m:r>
                    <m:t>t</m:t>
                  </m:r>
                </m:e>
              </m:d>
            </m:e>
          </m:nary>
          <m:sSup>
            <m:e>
              <m:r>
                <m:t>e</m:t>
              </m:r>
            </m:e>
            <m:sup>
              <m:r>
                <m:t>t</m:t>
              </m:r>
              <m:r>
                <m:t>u</m:t>
              </m:r>
            </m:sup>
          </m:sSup>
          <m:r>
            <m:t> </m:t>
          </m:r>
          <m:r>
            <m:t>d</m:t>
          </m:r>
          <m:r>
            <m:t>t</m:t>
          </m:r>
          <m:r>
            <m:rPr>
              <m:sty m:val="p"/>
            </m:rPr>
            <m:t>,</m:t>
          </m:r>
        </m:oMath>
      </m:oMathPara>
    </w:p>
    <w:p>
      <w:pPr>
        <w:pStyle w:val="FirstParagraph"/>
        <w:keepLines/>
      </w:pPr>
      <w:r>
        <w:t xml:space="preserve">with</w:t>
      </w:r>
      <w:r>
        <w:t xml:space="preserve"> </w:t>
      </w:r>
      <m:oMath>
        <m:r>
          <m:t>j</m:t>
        </m:r>
        <m:d>
          <m:dPr>
            <m:begChr m:val="("/>
            <m:sepChr m:val=""/>
            <m:endChr m:val=")"/>
            <m:grow/>
          </m:dPr>
          <m:e>
            <m:r>
              <m:t>0</m:t>
            </m:r>
          </m:e>
        </m:d>
        <m:r>
          <m:rPr>
            <m:sty m:val="p"/>
          </m:rPr>
          <m:t>=</m:t>
        </m:r>
        <m:r>
          <m:t>1</m:t>
        </m:r>
        <m:r>
          <m:rPr>
            <m:sty m:val="p"/>
          </m:rPr>
          <m:t>/</m:t>
        </m:r>
        <m:r>
          <m:t>2</m:t>
        </m:r>
      </m:oMath>
      <w:r>
        <w:t xml:space="preserve">. Because</w:t>
      </w:r>
      <w:r>
        <w:t xml:space="preserve"> </w:t>
      </w:r>
      <m:oMath>
        <m:r>
          <m:t>X</m:t>
        </m:r>
        <m:r>
          <m:rPr>
            <m:sty m:val="p"/>
          </m:rPr>
          <m:t>≤</m:t>
        </m:r>
        <m:r>
          <m:t>N</m:t>
        </m:r>
      </m:oMath>
      <w:r>
        <w:t xml:space="preserve">, for</w:t>
      </w:r>
      <w:r>
        <w:t xml:space="preserve"> </w:t>
      </w:r>
      <m:oMath>
        <m:r>
          <m:t>β</m:t>
        </m:r>
        <m:r>
          <m:rPr>
            <m:sty m:val="p"/>
          </m:rPr>
          <m:t>&gt;</m:t>
        </m:r>
        <m:r>
          <m:t>0</m:t>
        </m:r>
      </m:oMath>
      <w:r>
        <w:t xml:space="preserve">,</w:t>
      </w:r>
    </w:p>
    <w:p>
      <w:pPr>
        <w:pStyle w:val="BodyText"/>
        <w:keepLines/>
      </w:pPr>
      <m:oMathPara>
        <m:oMathParaPr>
          <m:jc m:val="center"/>
        </m:oMathParaPr>
        <m:oMath>
          <m:sSup>
            <m:e>
              <m:r>
                <m:t>e</m:t>
              </m:r>
            </m:e>
            <m:sup>
              <m:r>
                <m:t>β</m:t>
              </m:r>
              <m:r>
                <m:t>X</m:t>
              </m:r>
            </m:sup>
          </m:sSup>
          <m:r>
            <m:rPr>
              <m:sty m:val="p"/>
            </m:rPr>
            <m:t>≤</m:t>
          </m:r>
          <m:r>
            <m:t>1</m:t>
          </m:r>
          <m:r>
            <m:rPr>
              <m:sty m:val="p"/>
            </m:rPr>
            <m:t>+</m:t>
          </m:r>
          <m:r>
            <m:t>β</m:t>
          </m:r>
          <m:r>
            <m:t>X</m:t>
          </m:r>
          <m:r>
            <m:rPr>
              <m:sty m:val="p"/>
            </m:rPr>
            <m:t>+</m:t>
          </m:r>
          <m:f>
            <m:fPr>
              <m:type m:val="bar"/>
            </m:fPr>
            <m:num>
              <m:sSup>
                <m:e>
                  <m:r>
                    <m:t>e</m:t>
                  </m:r>
                </m:e>
                <m:sup>
                  <m:r>
                    <m:t>β</m:t>
                  </m:r>
                  <m:r>
                    <m:t>N</m:t>
                  </m:r>
                </m:sup>
              </m:sSup>
              <m:r>
                <m:rPr>
                  <m:sty m:val="p"/>
                </m:rPr>
                <m:t>−</m:t>
              </m:r>
              <m:r>
                <m:t>1</m:t>
              </m:r>
              <m:r>
                <m:rPr>
                  <m:sty m:val="p"/>
                </m:rPr>
                <m:t>−</m:t>
              </m:r>
              <m:r>
                <m:t>β</m:t>
              </m:r>
              <m:r>
                <m:t>N</m:t>
              </m:r>
            </m:num>
            <m:den>
              <m:sSup>
                <m:e>
                  <m:r>
                    <m:t>N</m:t>
                  </m:r>
                </m:e>
                <m:sup>
                  <m:r>
                    <m:t>2</m:t>
                  </m:r>
                </m:sup>
              </m:sSup>
            </m:den>
          </m:f>
          <m:sSup>
            <m:e>
              <m:r>
                <m:t>X</m:t>
              </m:r>
            </m:e>
            <m:sup>
              <m:r>
                <m:t>2</m:t>
              </m:r>
            </m:sup>
          </m:sSup>
          <m:r>
            <m:rPr>
              <m:sty m:val="p"/>
            </m:rPr>
            <m:t>.</m:t>
          </m:r>
        </m:oMath>
      </m:oMathPara>
    </w:p>
    <w:p>
      <w:pPr>
        <w:pStyle w:val="FirstParagraph"/>
        <w:keepLines/>
      </w:pPr>
      <w:r>
        <w:t xml:space="preserve">Taking expectations and using</w:t>
      </w:r>
      <w:r>
        <w:t xml:space="preserve"> </w:t>
      </w:r>
      <m:oMath>
        <m:r>
          <m:rPr>
            <m:sty m:val="p"/>
          </m:rPr>
          <m:t>log</m:t>
        </m:r>
        <m:d>
          <m:dPr>
            <m:begChr m:val="("/>
            <m:sepChr m:val=""/>
            <m:endChr m:val=")"/>
            <m:grow/>
          </m:dPr>
          <m:e>
            <m:r>
              <m:t>1</m:t>
            </m:r>
            <m:r>
              <m:rPr>
                <m:sty m:val="p"/>
              </m:rPr>
              <m:t>+</m:t>
            </m:r>
            <m:r>
              <m:t>v</m:t>
            </m:r>
          </m:e>
        </m:d>
        <m:r>
          <m:rPr>
            <m:sty m:val="p"/>
          </m:rPr>
          <m:t>≤</m:t>
        </m:r>
        <m:r>
          <m:t>v</m:t>
        </m:r>
      </m:oMath>
      <w:r>
        <w:t xml:space="preserve"> </w:t>
      </w:r>
      <w:r>
        <w:t xml:space="preserve">yields</w:t>
      </w:r>
    </w:p>
    <w:p>
      <w:pPr>
        <w:pStyle w:val="BodyText"/>
        <w:keepLines/>
      </w:pPr>
      <m:oMathPara>
        <m:oMathParaPr>
          <m:jc m:val="center"/>
        </m:oMathParaPr>
        <m:oMath>
          <m:r>
            <m:t>g</m:t>
          </m:r>
          <m:d>
            <m:dPr>
              <m:begChr m:val="("/>
              <m:sepChr m:val=""/>
              <m:endChr m:val=")"/>
              <m:grow/>
            </m:dPr>
            <m:e>
              <m:r>
                <m:t>β</m:t>
              </m:r>
            </m:e>
          </m:d>
          <m:r>
            <m:rPr>
              <m:sty m:val="p"/>
            </m:rPr>
            <m:t>≤</m:t>
          </m:r>
          <m:f>
            <m:fPr>
              <m:type m:val="bar"/>
            </m:fPr>
            <m:num>
              <m:sSup>
                <m:e>
                  <m:r>
                    <m:t>e</m:t>
                  </m:r>
                </m:e>
                <m:sup>
                  <m:r>
                    <m:t>β</m:t>
                  </m:r>
                  <m:r>
                    <m:t>N</m:t>
                  </m:r>
                </m:sup>
              </m:sSup>
              <m:r>
                <m:rPr>
                  <m:sty m:val="p"/>
                </m:rPr>
                <m:t>−</m:t>
              </m:r>
              <m:r>
                <m:t>1</m:t>
              </m:r>
              <m:r>
                <m:rPr>
                  <m:sty m:val="p"/>
                </m:rPr>
                <m:t>−</m:t>
              </m:r>
              <m:r>
                <m:t>β</m:t>
              </m:r>
              <m:r>
                <m:t>N</m:t>
              </m:r>
            </m:num>
            <m:den>
              <m:r>
                <m:t>2</m:t>
              </m:r>
              <m:r>
                <m:t>N</m:t>
              </m:r>
            </m:den>
          </m:f>
          <m:r>
            <m:rPr>
              <m:sty m:val="p"/>
            </m:rPr>
            <m:t>.</m:t>
          </m:r>
        </m:oMath>
      </m:oMathPara>
    </w:p>
    <w:p>
      <w:pPr>
        <w:pStyle w:val="FirstParagraph"/>
        <w:keepLines/>
      </w:pPr>
      <w:r>
        <w:t xml:space="preserve">At</w:t>
      </w:r>
      <w:r>
        <w:t xml:space="preserve"> </w:t>
      </w:r>
      <m:oMath>
        <m:r>
          <m:t>β</m:t>
        </m:r>
        <m:r>
          <m:rPr>
            <m:sty m:val="p"/>
          </m:rPr>
          <m:t>=</m:t>
        </m:r>
        <m:r>
          <m:rPr>
            <m:sty m:val="p"/>
          </m:rPr>
          <m:t>log</m:t>
        </m:r>
        <m:r>
          <m:t>N</m:t>
        </m:r>
        <m:r>
          <m:rPr>
            <m:sty m:val="p"/>
          </m:rPr>
          <m:t>/</m:t>
        </m:r>
        <m:r>
          <m:t>N</m:t>
        </m:r>
      </m:oMath>
      <w:r>
        <w:t xml:space="preserve"> </w:t>
      </w:r>
      <w:r>
        <w:t xml:space="preserve">this is less than</w:t>
      </w:r>
      <w:r>
        <w:t xml:space="preserve"> </w:t>
      </w:r>
      <m:oMath>
        <m:r>
          <m:t>1</m:t>
        </m:r>
        <m:r>
          <m:rPr>
            <m:sty m:val="p"/>
          </m:rPr>
          <m:t>/</m:t>
        </m:r>
        <m:r>
          <m:t>2</m:t>
        </m:r>
      </m:oMath>
      <w:r>
        <w:t xml:space="preserve">, and (L.5) gives (L.8). Together with (L.7), it proves</w:t>
      </w:r>
      <w:r>
        <w:t xml:space="preserve"> </w:t>
      </w:r>
      <m:oMath>
        <m:sSub>
          <m:e>
            <m:r>
              <m:t>b</m:t>
            </m:r>
          </m:e>
          <m:sub>
            <m:sSub>
              <m:e>
                <m:r>
                  <m:t>A</m:t>
                </m:r>
              </m:e>
              <m:sub>
                <m:r>
                  <m:t>N</m:t>
                </m:r>
              </m:sub>
            </m:sSub>
          </m:sub>
        </m:sSub>
        <m:d>
          <m:dPr>
            <m:begChr m:val="("/>
            <m:sepChr m:val=""/>
            <m:endChr m:val=")"/>
            <m:grow/>
          </m:dPr>
          <m:e>
            <m:r>
              <m:t>h</m:t>
            </m:r>
          </m:e>
        </m:d>
        <m:r>
          <m:rPr>
            <m:sty m:val="p"/>
          </m:rPr>
          <m:t>=</m:t>
        </m:r>
        <m:sSub>
          <m:e>
            <m:r>
              <m:t>Θ</m:t>
            </m:r>
          </m:e>
          <m:sub>
            <m:r>
              <m:t>h</m:t>
            </m:r>
          </m:sub>
        </m:sSub>
        <m:d>
          <m:dPr>
            <m:begChr m:val="("/>
            <m:sepChr m:val=""/>
            <m:endChr m:val=")"/>
            <m:grow/>
          </m:dPr>
          <m:e>
            <m:r>
              <m:t>N</m:t>
            </m:r>
            <m:r>
              <m:rPr>
                <m:sty m:val="p"/>
              </m:rPr>
              <m:t>/</m:t>
            </m:r>
            <m:r>
              <m:rPr>
                <m:sty m:val="p"/>
              </m:rPr>
              <m:t>log</m:t>
            </m:r>
            <m:r>
              <m:t>N</m:t>
            </m:r>
          </m:e>
        </m:d>
      </m:oMath>
      <w:r>
        <w:t xml:space="preserve"> </w:t>
      </w:r>
      <w:r>
        <w:t xml:space="preserve">for every fixed</w:t>
      </w:r>
      <w:r>
        <w:t xml:space="preserve"> </w:t>
      </w:r>
      <m:oMath>
        <m:r>
          <m:t>h</m:t>
        </m:r>
        <m:r>
          <m:rPr>
            <m:sty m:val="p"/>
          </m:rPr>
          <m:t>&gt;</m:t>
        </m:r>
        <m:r>
          <m:t>0</m:t>
        </m:r>
      </m:oMath>
      <w:r>
        <w:t xml:space="preserve">.</w:t>
      </w:r>
    </w:p>
    <w:p>
      <w:pPr>
        <w:pStyle w:val="BodyText"/>
        <w:keepLines/>
      </w:pPr>
      <w:r>
        <w:t xml:space="preserve">The upper bound (L.8) holds for every set; the matching lower order has been proved only for consecutive frequencies. It would be an unjustified reversal to use (L.8) as evidence of a universal lower bound. The sought statement</w:t>
      </w:r>
      <w:r>
        <w:t xml:space="preserve"> </w:t>
      </w:r>
      <m:oMath>
        <m:sSub>
          <m:e>
            <m:r>
              <m:t>b</m:t>
            </m:r>
          </m:e>
          <m:sub>
            <m:r>
              <m:t>A</m:t>
            </m:r>
          </m:sub>
        </m:sSub>
        <m:d>
          <m:dPr>
            <m:begChr m:val="("/>
            <m:sepChr m:val=""/>
            <m:endChr m:val=")"/>
            <m:grow/>
          </m:dPr>
          <m:e>
            <m:sSub>
              <m:e>
                <m:r>
                  <m:t>h</m:t>
                </m:r>
              </m:e>
              <m:sub>
                <m:r>
                  <m:t>0</m:t>
                </m:r>
              </m:sub>
            </m:sSub>
          </m:e>
        </m:d>
        <m:r>
          <m:rPr>
            <m:sty m:val="p"/>
          </m:rPr>
          <m:t>≥</m:t>
        </m:r>
        <m:r>
          <m:t>c</m:t>
        </m:r>
        <m:rad>
          <m:radPr>
            <m:degHide m:val="on"/>
          </m:radPr>
          <m:deg/>
          <m:e>
            <m:r>
              <m:t>N</m:t>
            </m:r>
          </m:e>
        </m:rad>
      </m:oMath>
      <w:r>
        <w:t xml:space="preserve"> </w:t>
      </w:r>
      <w:r>
        <w:t xml:space="preserve">with two absolute constants</w:t>
      </w:r>
      <w:r>
        <w:t xml:space="preserve"> </w:t>
      </w:r>
      <m:oMath>
        <m:sSub>
          <m:e>
            <m:r>
              <m:t>h</m:t>
            </m:r>
          </m:e>
          <m:sub>
            <m:r>
              <m:t>0</m:t>
            </m:r>
          </m:sub>
        </m:sSub>
        <m:r>
          <m:rPr>
            <m:sty m:val="p"/>
          </m:rPr>
          <m:t>,</m:t>
        </m:r>
        <m:r>
          <m:t>c</m:t>
        </m:r>
        <m:r>
          <m:rPr>
            <m:sty m:val="p"/>
          </m:rPr>
          <m:t>&gt;</m:t>
        </m:r>
        <m:r>
          <m:t>0</m:t>
        </m:r>
      </m:oMath>
      <w:r>
        <w:t xml:space="preserve"> </w:t>
      </w:r>
      <w:r>
        <w:t xml:space="preserve">remains unproved here.</w:t>
      </w:r>
    </w:p>
    <w:bookmarkEnd w:id="121"/>
    <w:bookmarkStart w:id="122" w:name="X898fe1d14db4af7be6f20a710d7052e06713f06"/>
    <w:p>
      <w:pPr>
        <w:pStyle w:val="Heading3"/>
      </w:pPr>
      <w:r>
        <w:t xml:space="preserve">L.4. Why variance alone cannot close the argument</w:t>
      </w:r>
    </w:p>
    <w:p>
      <w:pPr>
        <w:pStyle w:val="FirstParagraph"/>
        <w:keepLines/>
      </w:pPr>
      <w:r>
        <w:t xml:space="preserve">For</w:t>
      </w:r>
      <w:r>
        <w:t xml:space="preserve"> </w:t>
      </w:r>
      <m:oMath>
        <m:r>
          <m:t>N</m:t>
        </m:r>
        <m:r>
          <m:rPr>
            <m:sty m:val="p"/>
          </m:rPr>
          <m:t>≥</m:t>
        </m:r>
        <m:r>
          <m:t>2</m:t>
        </m:r>
      </m:oMath>
      <w:r>
        <w:t xml:space="preserve">, consider a different random variable</w:t>
      </w:r>
      <w:r>
        <w:t xml:space="preserve"> </w:t>
      </w:r>
      <m:oMath>
        <m:r>
          <m:t>V</m:t>
        </m:r>
      </m:oMath>
      <w:r>
        <w:t xml:space="preserve"> </w:t>
      </w:r>
      <w:r>
        <w:t xml:space="preserve">that equals</w:t>
      </w:r>
      <w:r>
        <w:t xml:space="preserve"> </w:t>
      </w:r>
      <m:oMath>
        <m:r>
          <m:rPr>
            <m:sty m:val="p"/>
          </m:rPr>
          <m:t>−</m:t>
        </m:r>
        <m:r>
          <m:t>1</m:t>
        </m:r>
      </m:oMath>
      <w:r>
        <w:t xml:space="preserve"> </w:t>
      </w:r>
      <w:r>
        <w:t xml:space="preserve">with probability</w:t>
      </w:r>
      <w:r>
        <w:t xml:space="preserve"> </w:t>
      </w:r>
      <m:oMath>
        <m:r>
          <m:t>N</m:t>
        </m:r>
        <m:r>
          <m:rPr>
            <m:sty m:val="p"/>
          </m:rPr>
          <m:t>/</m:t>
        </m:r>
        <m:d>
          <m:dPr>
            <m:begChr m:val="("/>
            <m:sepChr m:val=""/>
            <m:endChr m:val=")"/>
            <m:grow/>
          </m:dPr>
          <m:e>
            <m:r>
              <m:t>N</m:t>
            </m:r>
            <m:r>
              <m:rPr>
                <m:sty m:val="p"/>
              </m:rPr>
              <m:t>+</m:t>
            </m:r>
            <m:r>
              <m:t>2</m:t>
            </m:r>
          </m:e>
        </m:d>
      </m:oMath>
      <w:r>
        <w:t xml:space="preserve"> </w:t>
      </w:r>
      <w:r>
        <w:t xml:space="preserve">and</w:t>
      </w:r>
      <w:r>
        <w:t xml:space="preserve"> </w:t>
      </w:r>
      <m:oMath>
        <m:r>
          <m:t>N</m:t>
        </m:r>
        <m:r>
          <m:rPr>
            <m:sty m:val="p"/>
          </m:rPr>
          <m:t>/</m:t>
        </m:r>
        <m:r>
          <m:t>2</m:t>
        </m:r>
      </m:oMath>
      <w:r>
        <w:t xml:space="preserve"> </w:t>
      </w:r>
      <w:r>
        <w:t xml:space="preserve">with probability</w:t>
      </w:r>
      <w:r>
        <w:t xml:space="preserve"> </w:t>
      </w:r>
      <m:oMath>
        <m:r>
          <m:t>2</m:t>
        </m:r>
        <m:r>
          <m:rPr>
            <m:sty m:val="p"/>
          </m:rPr>
          <m:t>/</m:t>
        </m:r>
        <m:d>
          <m:dPr>
            <m:begChr m:val="("/>
            <m:sepChr m:val=""/>
            <m:endChr m:val=")"/>
            <m:grow/>
          </m:dPr>
          <m:e>
            <m:r>
              <m:t>N</m:t>
            </m:r>
            <m:r>
              <m:rPr>
                <m:sty m:val="p"/>
              </m:rPr>
              <m:t>+</m:t>
            </m:r>
            <m:r>
              <m:t>2</m:t>
            </m:r>
          </m:e>
        </m:d>
      </m:oMath>
      <w:r>
        <w:t xml:space="preserve">. Direct arithmetic gives</w:t>
      </w:r>
    </w:p>
    <w:p>
      <w:pPr>
        <w:pStyle w:val="BodyText"/>
        <w:keepLines/>
      </w:pPr>
      <m:oMathPara>
        <m:oMathParaPr>
          <m:jc m:val="center"/>
        </m:oMathParaPr>
        <m:oMath>
          <m:r>
            <m:rPr>
              <m:sty m:val="p"/>
              <m:scr m:val="double-struck"/>
            </m:rPr>
            <m:t>E</m:t>
          </m:r>
          <m:r>
            <m:t>V</m:t>
          </m:r>
          <m:r>
            <m:rPr>
              <m:sty m:val="p"/>
            </m:rPr>
            <m:t>=</m:t>
          </m:r>
          <m:r>
            <m:t>0</m:t>
          </m:r>
          <m:r>
            <m:rPr>
              <m:sty m:val="p"/>
            </m:rPr>
            <m:t>,</m:t>
          </m:r>
          <m:r>
            <m:t>  </m:t>
          </m:r>
          <m:r>
            <m:rPr>
              <m:sty m:val="p"/>
              <m:scr m:val="double-struck"/>
            </m:rPr>
            <m:t>E</m:t>
          </m:r>
          <m:sSup>
            <m:e>
              <m:r>
                <m:t>V</m:t>
              </m:r>
            </m:e>
            <m:sup>
              <m:r>
                <m:t>2</m:t>
              </m:r>
            </m:sup>
          </m:sSup>
          <m:r>
            <m:rPr>
              <m:sty m:val="p"/>
            </m:rPr>
            <m:t>=</m:t>
          </m:r>
          <m:r>
            <m:t>N</m:t>
          </m:r>
          <m:r>
            <m:rPr>
              <m:sty m:val="p"/>
            </m:rPr>
            <m:t>/</m:t>
          </m:r>
          <m:r>
            <m:t>2</m:t>
          </m:r>
          <m:r>
            <m:rPr>
              <m:sty m:val="p"/>
            </m:rPr>
            <m:t>,</m:t>
          </m:r>
          <m:r>
            <m:t>  </m:t>
          </m:r>
          <m:d>
            <m:dPr>
              <m:begChr m:val="|"/>
              <m:sepChr m:val=""/>
              <m:endChr m:val="|"/>
              <m:grow/>
            </m:dPr>
            <m:e>
              <m:r>
                <m:t>V</m:t>
              </m:r>
            </m:e>
          </m:d>
          <m:r>
            <m:rPr>
              <m:sty m:val="p"/>
            </m:rPr>
            <m:t>≤</m:t>
          </m:r>
          <m:r>
            <m:t>N</m:t>
          </m:r>
          <m:r>
            <m:rPr>
              <m:sty m:val="p"/>
            </m:rPr>
            <m:t>,</m:t>
          </m:r>
          <m:r>
            <m:t> </m:t>
          </m:r>
          <m:r>
            <m:rPr>
              <m:sty m:val="p"/>
            </m:rPr>
            <m:t>−</m:t>
          </m:r>
          <m:r>
            <m:rPr>
              <m:sty m:val="p"/>
            </m:rPr>
            <m:t>min</m:t>
          </m:r>
          <m:r>
            <m:t>V</m:t>
          </m:r>
          <m:r>
            <m:rPr>
              <m:sty m:val="p"/>
            </m:rPr>
            <m:t>=</m:t>
          </m:r>
          <m:r>
            <m:t>1</m:t>
          </m:r>
          <m:r>
            <m:rPr>
              <m:sty m:val="p"/>
            </m:rPr>
            <m:t>.</m:t>
          </m:r>
        </m:oMath>
      </m:oMathPara>
    </w:p>
    <w:p>
      <w:pPr>
        <w:pStyle w:val="FirstParagraph"/>
      </w:pPr>
      <w:r>
        <w:t xml:space="preserve">It has the first two moments and amplitude bound of the cosine model, but no square-root negative depth. It is not an exhibited cosine sum, so it is not a counterexample to Chowla. It shows exactly why an argument retaining only mean, variance, and a pointwise amplitude bound cannot suffice; additional integer-frequency structure is indispensable.</w:t>
      </w:r>
    </w:p>
    <w:bookmarkEnd w:id="122"/>
    <w:bookmarkEnd w:id="123"/>
    <w:bookmarkStart w:id="124" w:name="appendix-m-scaling"/>
    <w:p>
      <w:pPr>
        <w:pStyle w:val="Heading2"/>
      </w:pPr>
      <w:r>
        <w:t xml:space="preserve">M. Frequency scaling and finite observation time</w:t>
      </w:r>
    </w:p>
    <w:p>
      <w:pPr>
        <w:pStyle w:val="FirstParagraph"/>
        <w:keepLines/>
      </w:pPr>
      <w:r>
        <w:t xml:space="preserve">For every positive integer</w:t>
      </w:r>
      <w:r>
        <w:t xml:space="preserve"> </w:t>
      </w:r>
      <m:oMath>
        <m:r>
          <m:t>r</m:t>
        </m:r>
      </m:oMath>
      <w:r>
        <w:t xml:space="preserve">,</w:t>
      </w:r>
    </w:p>
    <w:p>
      <w:pPr>
        <w:pStyle w:val="BodyText"/>
        <w:keepNext/>
        <w:keepLines/>
      </w:pPr>
      <m:oMathPara>
        <m:oMathParaPr>
          <m:jc m:val="center"/>
        </m:oMathParaPr>
        <m:oMath>
          <m:sSub>
            <m:e>
              <m:r>
                <m:t>f</m:t>
              </m:r>
            </m:e>
            <m:sub>
              <m:r>
                <m:t>r</m:t>
              </m:r>
              <m:r>
                <m:t>A</m:t>
              </m:r>
            </m:sub>
          </m:sSub>
          <m:d>
            <m:dPr>
              <m:begChr m:val="("/>
              <m:sepChr m:val=""/>
              <m:endChr m:val=")"/>
              <m:grow/>
            </m:dPr>
            <m:e>
              <m:r>
                <m:t>x</m:t>
              </m:r>
            </m:e>
          </m:d>
          <m:r>
            <m:rPr>
              <m:sty m:val="p"/>
            </m:rPr>
            <m:t>=</m:t>
          </m:r>
          <m:sSub>
            <m:e>
              <m:r>
                <m:t>f</m:t>
              </m:r>
            </m:e>
            <m:sub>
              <m:r>
                <m:t>A</m:t>
              </m:r>
            </m:sub>
          </m:sSub>
          <m:d>
            <m:dPr>
              <m:begChr m:val="("/>
              <m:sepChr m:val=""/>
              <m:endChr m:val=")"/>
              <m:grow/>
            </m:dPr>
            <m:e>
              <m:r>
                <m:t>r</m:t>
              </m:r>
              <m:r>
                <m:t>x</m:t>
              </m:r>
            </m:e>
          </m:d>
          <m:r>
            <m:rPr>
              <m:sty m:val="p"/>
            </m:rPr>
            <m:t>,</m:t>
          </m:r>
          <m:r>
            <m:t>  </m:t>
          </m:r>
          <m:r>
            <m:t>K</m:t>
          </m:r>
          <m:d>
            <m:dPr>
              <m:begChr m:val="("/>
              <m:sepChr m:val=""/>
              <m:endChr m:val=")"/>
              <m:grow/>
            </m:dPr>
            <m:e>
              <m:r>
                <m:t>r</m:t>
              </m:r>
              <m:r>
                <m:t>A</m:t>
              </m:r>
            </m:e>
          </m:d>
          <m:r>
            <m:rPr>
              <m:sty m:val="p"/>
            </m:rPr>
            <m:t>=</m:t>
          </m:r>
          <m:r>
            <m:t>K</m:t>
          </m:r>
          <m:d>
            <m:dPr>
              <m:begChr m:val="("/>
              <m:sepChr m:val=""/>
              <m:endChr m:val=")"/>
              <m:grow/>
            </m:dPr>
            <m:e>
              <m:r>
                <m:t>A</m:t>
              </m:r>
            </m:e>
          </m:d>
          <m:r>
            <m:rPr>
              <m:sty m:val="p"/>
            </m:rPr>
            <m:t>.</m:t>
          </m:r>
        </m:oMath>
      </m:oMathPara>
    </w:p>
    <w:p>
      <w:pPr>
        <w:pStyle w:val="Caption"/>
        <w:spacing w:before="0" w:after="140"/>
      </w:pPr>
      <w:r>
        <w:t xml:space="preserve">Equation (M.1)</w:t>
      </w:r>
    </w:p>
    <w:p>
      <w:pPr>
        <w:pStyle w:val="BodyText"/>
        <w:keepLines/>
      </w:pPr>
      <w:r>
        <w:t xml:space="preserve">The second identity holds because</w:t>
      </w:r>
      <w:r>
        <w:t xml:space="preserve"> </w:t>
      </w:r>
      <m:oMath>
        <m:r>
          <m:t>x</m:t>
        </m:r>
        <m:r>
          <m:rPr>
            <m:sty m:val="p"/>
          </m:rPr>
          <m:t>↦</m:t>
        </m:r>
        <m:r>
          <m:t>r</m:t>
        </m:r>
        <m:r>
          <m:t>x</m:t>
        </m:r>
      </m:oMath>
      <w:r>
        <w:t xml:space="preserve"> </w:t>
      </w:r>
      <w:r>
        <w:t xml:space="preserve">maps the circle onto itself. Thus the gcd can be divided out without changing</w:t>
      </w:r>
      <w:r>
        <w:t xml:space="preserve"> </w:t>
      </w:r>
      <m:oMath>
        <m:r>
          <m:t>K</m:t>
        </m:r>
      </m:oMath>
      <w:r>
        <w:t xml:space="preserve">. The raw largest frequency cannot by itself describe the negative depth:</w:t>
      </w:r>
      <w:r>
        <w:t xml:space="preserve"> </w:t>
      </w:r>
      <m:oMath>
        <m:r>
          <m:rPr>
            <m:sty m:val="p"/>
          </m:rPr>
          <m:t>{</m:t>
        </m:r>
        <m:r>
          <m:t>1</m:t>
        </m:r>
        <m:r>
          <m:rPr>
            <m:sty m:val="p"/>
          </m:rPr>
          <m:t>,</m:t>
        </m:r>
        <m:r>
          <m:t>2</m:t>
        </m:r>
        <m:r>
          <m:rPr>
            <m:sty m:val="p"/>
          </m:rPr>
          <m:t>}</m:t>
        </m:r>
      </m:oMath>
      <w:r>
        <w:t xml:space="preserve"> </w:t>
      </w:r>
      <w:r>
        <w:t xml:space="preserve">and</w:t>
      </w:r>
      <w:r>
        <w:t xml:space="preserve"> </w:t>
      </w:r>
      <m:oMath>
        <m:r>
          <m:rPr>
            <m:sty m:val="p"/>
          </m:rPr>
          <m:t>{</m:t>
        </m:r>
        <m:r>
          <m:t>r</m:t>
        </m:r>
        <m:r>
          <m:rPr>
            <m:sty m:val="p"/>
          </m:rPr>
          <m:t>,</m:t>
        </m:r>
        <m:r>
          <m:t>2</m:t>
        </m:r>
        <m:r>
          <m:t>r</m:t>
        </m:r>
        <m:r>
          <m:rPr>
            <m:sty m:val="p"/>
          </m:rPr>
          <m:t>}</m:t>
        </m:r>
      </m:oMath>
      <w:r>
        <w:t xml:space="preserve"> </w:t>
      </w:r>
      <w:r>
        <w:t xml:space="preserve">have the same value</w:t>
      </w:r>
      <w:r>
        <w:t xml:space="preserve"> </w:t>
      </w:r>
      <m:oMath>
        <m:r>
          <m:t>9</m:t>
        </m:r>
        <m:r>
          <m:rPr>
            <m:sty m:val="p"/>
          </m:rPr>
          <m:t>/</m:t>
        </m:r>
        <m:r>
          <m:t>8</m:t>
        </m:r>
      </m:oMath>
      <w:r>
        <w:t xml:space="preserve">, from</w:t>
      </w:r>
    </w:p>
    <w:p>
      <w:pPr>
        <w:pStyle w:val="BodyText"/>
        <w:keepNext/>
        <w:keepLines/>
      </w:pPr>
      <m:oMathPara>
        <m:oMathParaPr>
          <m:jc m:val="center"/>
        </m:oMathParaPr>
        <m:oMath>
          <m:r>
            <m:rPr>
              <m:sty m:val="p"/>
            </m:rPr>
            <m:t>cos</m:t>
          </m:r>
          <m:r>
            <m:t>x</m:t>
          </m:r>
          <m:r>
            <m:rPr>
              <m:sty m:val="p"/>
            </m:rPr>
            <m:t>+</m:t>
          </m:r>
          <m:r>
            <m:rPr>
              <m:sty m:val="p"/>
            </m:rPr>
            <m:t>cos</m:t>
          </m:r>
          <m:r>
            <m:t>2</m:t>
          </m:r>
          <m:r>
            <m:t>x</m:t>
          </m:r>
          <m:r>
            <m:rPr>
              <m:sty m:val="p"/>
            </m:rPr>
            <m:t>=</m:t>
          </m:r>
          <m:r>
            <m:t>2</m:t>
          </m:r>
          <m:sSup>
            <m:e>
              <m:d>
                <m:dPr>
                  <m:begChr m:val="("/>
                  <m:sepChr m:val=""/>
                  <m:endChr m:val=")"/>
                  <m:grow/>
                </m:dPr>
                <m:e>
                  <m:r>
                    <m:rPr>
                      <m:sty m:val="p"/>
                    </m:rPr>
                    <m:t>cos</m:t>
                  </m:r>
                  <m:r>
                    <m:t>x</m:t>
                  </m:r>
                  <m:r>
                    <m:rPr>
                      <m:sty m:val="p"/>
                    </m:rPr>
                    <m:t>+</m:t>
                  </m:r>
                  <m:r>
                    <m:t>1</m:t>
                  </m:r>
                  <m:r>
                    <m:rPr>
                      <m:sty m:val="p"/>
                    </m:rPr>
                    <m:t>/</m:t>
                  </m:r>
                  <m:r>
                    <m:t>4</m:t>
                  </m:r>
                </m:e>
              </m:d>
            </m:e>
            <m:sup>
              <m:r>
                <m:t>2</m:t>
              </m:r>
            </m:sup>
          </m:sSup>
          <m:r>
            <m:rPr>
              <m:sty m:val="p"/>
            </m:rPr>
            <m:t>−</m:t>
          </m:r>
          <m:r>
            <m:t>9</m:t>
          </m:r>
          <m:r>
            <m:rPr>
              <m:sty m:val="p"/>
            </m:rPr>
            <m:t>/</m:t>
          </m:r>
          <m:r>
            <m:t>8</m:t>
          </m:r>
          <m:r>
            <m:rPr>
              <m:sty m:val="p"/>
            </m:rPr>
            <m:t>.</m:t>
          </m:r>
        </m:oMath>
      </m:oMathPara>
    </w:p>
    <w:p>
      <w:pPr>
        <w:pStyle w:val="Caption"/>
        <w:spacing w:before="0" w:after="140"/>
      </w:pPr>
      <w:r>
        <w:t xml:space="preserve">Equation (M.2)</w:t>
      </w:r>
    </w:p>
    <w:p>
      <w:pPr>
        <w:pStyle w:val="BodyText"/>
      </w:pPr>
      <w:r>
        <w:t xml:space="preserve">This invariance does not mean that the time required to observe a trough, or an approximation error based on a fixed time window, is independent of the frequency scale.</w:t>
      </w:r>
    </w:p>
    <w:p>
      <w:pPr>
        <w:pStyle w:val="BodyText"/>
        <w:keepLines/>
      </w:pPr>
      <w:r>
        <w:t xml:space="preserve">For positive real frequency vectors</w:t>
      </w:r>
      <w:r>
        <w:t xml:space="preserve"> </w:t>
      </w:r>
      <m:oMath>
        <m:r>
          <m:t>ω</m:t>
        </m:r>
        <m:r>
          <m:rPr>
            <m:sty m:val="p"/>
          </m:rPr>
          <m:t>=</m:t>
        </m:r>
        <m:d>
          <m:dPr>
            <m:begChr m:val="("/>
            <m:sepChr m:val=""/>
            <m:endChr m:val=")"/>
            <m:grow/>
          </m:dPr>
          <m:e>
            <m:sSub>
              <m:e>
                <m:r>
                  <m:t>ω</m:t>
                </m:r>
              </m:e>
              <m:sub>
                <m:r>
                  <m:t>1</m:t>
                </m:r>
              </m:sub>
            </m:sSub>
            <m:r>
              <m:rPr>
                <m:sty m:val="p"/>
              </m:rPr>
              <m:t>,</m:t>
            </m:r>
            <m:r>
              <m:rPr>
                <m:sty m:val="p"/>
              </m:rPr>
              <m:t>…</m:t>
            </m:r>
            <m:r>
              <m:rPr>
                <m:sty m:val="p"/>
              </m:rPr>
              <m:t>,</m:t>
            </m:r>
            <m:sSub>
              <m:e>
                <m:r>
                  <m:t>ω</m:t>
                </m:r>
              </m:e>
              <m:sub>
                <m:r>
                  <m:t>N</m:t>
                </m:r>
              </m:sub>
            </m:sSub>
          </m:e>
        </m:d>
      </m:oMath>
      <w:r>
        <w:t xml:space="preserve">, temporarily extend the model and define</w:t>
      </w:r>
    </w:p>
    <w:p>
      <w:pPr>
        <w:pStyle w:val="BodyText"/>
        <w:keepLines/>
      </w:pPr>
      <m:oMathPara>
        <m:oMathParaPr>
          <m:jc m:val="center"/>
        </m:oMathParaPr>
        <m:oMath>
          <m:sSub>
            <m:e>
              <m:r>
                <m:t>K</m:t>
              </m:r>
            </m:e>
            <m:sub>
              <m:r>
                <m:t>T</m:t>
              </m:r>
            </m:sub>
          </m:sSub>
          <m:d>
            <m:dPr>
              <m:begChr m:val="("/>
              <m:sepChr m:val=""/>
              <m:endChr m:val=")"/>
              <m:grow/>
            </m:dPr>
            <m:e>
              <m:r>
                <m:t>ω</m:t>
              </m:r>
            </m:e>
          </m:d>
          <m:r>
            <m:rPr>
              <m:sty m:val="p"/>
            </m:rPr>
            <m:t>=</m:t>
          </m:r>
          <m:r>
            <m:rPr>
              <m:sty m:val="p"/>
            </m:rPr>
            <m:t>−</m:t>
          </m:r>
          <m:limLow>
            <m:e>
              <m:r>
                <m:rPr>
                  <m:sty m:val="p"/>
                </m:rPr>
                <m:t>min</m:t>
              </m:r>
            </m:e>
            <m:lim>
              <m:r>
                <m:t>0</m:t>
              </m:r>
              <m:r>
                <m:rPr>
                  <m:sty m:val="p"/>
                </m:rPr>
                <m:t>≤</m:t>
              </m:r>
              <m:r>
                <m:t>t</m:t>
              </m:r>
              <m:r>
                <m:rPr>
                  <m:sty m:val="p"/>
                </m:rPr>
                <m:t>≤</m:t>
              </m:r>
              <m:r>
                <m:t>T</m:t>
              </m:r>
            </m:lim>
          </m:limLow>
          <m:nary>
            <m:naryPr>
              <m:chr m:val="∑"/>
              <m:limLoc m:val="undOvr"/>
              <m:subHide m:val="off"/>
              <m:supHide m:val="off"/>
            </m:naryPr>
            <m:sub>
              <m:r>
                <m:t>i</m:t>
              </m:r>
              <m:r>
                <m:rPr>
                  <m:sty m:val="p"/>
                </m:rPr>
                <m:t>=</m:t>
              </m:r>
              <m:r>
                <m:t>1</m:t>
              </m:r>
            </m:sub>
            <m:sup>
              <m:r>
                <m:t>N</m:t>
              </m:r>
            </m:sup>
            <m:e>
              <m:r>
                <m:rPr>
                  <m:sty m:val="p"/>
                </m:rPr>
                <m:t>cos</m:t>
              </m:r>
            </m:e>
          </m:nary>
          <m:d>
            <m:dPr>
              <m:begChr m:val="("/>
              <m:sepChr m:val=""/>
              <m:endChr m:val=")"/>
              <m:grow/>
            </m:dPr>
            <m:e>
              <m:sSub>
                <m:e>
                  <m:r>
                    <m:t>ω</m:t>
                  </m:r>
                </m:e>
                <m:sub>
                  <m:r>
                    <m:t>i</m:t>
                  </m:r>
                </m:sub>
              </m:sSub>
              <m:r>
                <m:t>t</m:t>
              </m:r>
            </m:e>
          </m:d>
          <m:r>
            <m:rPr>
              <m:sty m:val="p"/>
            </m:rPr>
            <m:t>,</m:t>
          </m:r>
          <m:r>
            <m:t>  </m:t>
          </m:r>
          <m:r>
            <m:t>T</m:t>
          </m:r>
          <m:r>
            <m:rPr>
              <m:sty m:val="p"/>
            </m:rPr>
            <m:t>≥</m:t>
          </m:r>
          <m:r>
            <m:t>0</m:t>
          </m:r>
          <m:r>
            <m:rPr>
              <m:sty m:val="p"/>
            </m:rPr>
            <m:t>.</m:t>
          </m:r>
        </m:oMath>
      </m:oMathPara>
    </w:p>
    <w:p>
      <w:pPr>
        <w:pStyle w:val="FirstParagraph"/>
        <w:keepLines/>
      </w:pPr>
      <w:r>
        <w:t xml:space="preserve">This quantity may be negative for a very short window; the definition is a signed minimum functional, not its positive part. For any two vectors</w:t>
      </w:r>
      <w:r>
        <w:t xml:space="preserve"> </w:t>
      </w:r>
      <m:oMath>
        <m:r>
          <m:t>ω</m:t>
        </m:r>
        <m:r>
          <m:rPr>
            <m:sty m:val="p"/>
          </m:rPr>
          <m:t>,</m:t>
        </m:r>
        <m:r>
          <m:t>ν</m:t>
        </m:r>
      </m:oMath>
      <w:r>
        <w:t xml:space="preserve">,</w:t>
      </w:r>
    </w:p>
    <w:p>
      <w:pPr>
        <w:pStyle w:val="BodyText"/>
        <w:keepNext/>
        <w:keepLines/>
      </w:pPr>
      <m:oMathPara>
        <m:oMathParaPr>
          <m:jc m:val="center"/>
        </m:oMathParaPr>
        <m:oMath>
          <m:d>
            <m:dPr>
              <m:begChr m:val="|"/>
              <m:sepChr m:val=""/>
              <m:endChr m:val="|"/>
              <m:grow/>
            </m:dPr>
            <m:e>
              <m:sSub>
                <m:e>
                  <m:r>
                    <m:t>K</m:t>
                  </m:r>
                </m:e>
                <m:sub>
                  <m:r>
                    <m:t>T</m:t>
                  </m:r>
                </m:sub>
              </m:sSub>
              <m:d>
                <m:dPr>
                  <m:begChr m:val="("/>
                  <m:sepChr m:val=""/>
                  <m:endChr m:val=")"/>
                  <m:grow/>
                </m:dPr>
                <m:e>
                  <m:r>
                    <m:t>ω</m:t>
                  </m:r>
                </m:e>
              </m:d>
              <m:r>
                <m:rPr>
                  <m:sty m:val="p"/>
                </m:rPr>
                <m:t>−</m:t>
              </m:r>
              <m:sSub>
                <m:e>
                  <m:r>
                    <m:t>K</m:t>
                  </m:r>
                </m:e>
                <m:sub>
                  <m:r>
                    <m:t>T</m:t>
                  </m:r>
                </m:sub>
              </m:sSub>
              <m:d>
                <m:dPr>
                  <m:begChr m:val="("/>
                  <m:sepChr m:val=""/>
                  <m:endChr m:val=")"/>
                  <m:grow/>
                </m:dPr>
                <m:e>
                  <m:r>
                    <m:t>ν</m:t>
                  </m:r>
                </m:e>
              </m:d>
            </m:e>
          </m:d>
          <m:r>
            <m:rPr>
              <m:sty m:val="p"/>
            </m:rPr>
            <m:t>≤</m:t>
          </m:r>
          <m:r>
            <m:t>T</m:t>
          </m:r>
          <m:nary>
            <m:naryPr>
              <m:chr m:val="∑"/>
              <m:limLoc m:val="undOvr"/>
              <m:subHide m:val="off"/>
              <m:supHide m:val="on"/>
            </m:naryPr>
            <m:sub>
              <m:r>
                <m:t>i</m:t>
              </m:r>
            </m:sub>
            <m:sup>
              <m:r>
                <m:t>​</m:t>
              </m:r>
            </m:sup>
            <m:e>
              <m:d>
                <m:dPr>
                  <m:begChr m:val="|"/>
                  <m:sepChr m:val=""/>
                  <m:endChr m:val="|"/>
                  <m:grow/>
                </m:dPr>
                <m:e>
                  <m:sSub>
                    <m:e>
                      <m:r>
                        <m:t>ω</m:t>
                      </m:r>
                    </m:e>
                    <m:sub>
                      <m:r>
                        <m:t>i</m:t>
                      </m:r>
                    </m:sub>
                  </m:sSub>
                  <m:r>
                    <m:rPr>
                      <m:sty m:val="p"/>
                    </m:rPr>
                    <m:t>−</m:t>
                  </m:r>
                  <m:sSub>
                    <m:e>
                      <m:r>
                        <m:t>ν</m:t>
                      </m:r>
                    </m:e>
                    <m:sub>
                      <m:r>
                        <m:t>i</m:t>
                      </m:r>
                    </m:sub>
                  </m:sSub>
                </m:e>
              </m:d>
            </m:e>
          </m:nary>
          <m:r>
            <m:rPr>
              <m:sty m:val="p"/>
            </m:rPr>
            <m:t>.</m:t>
          </m:r>
        </m:oMath>
      </m:oMathPara>
    </w:p>
    <w:p>
      <w:pPr>
        <w:pStyle w:val="Caption"/>
        <w:spacing w:before="0" w:after="140"/>
      </w:pPr>
      <w:r>
        <w:t xml:space="preserve">Equation (M.3)</w:t>
      </w:r>
    </w:p>
    <w:p>
      <w:pPr>
        <w:pStyle w:val="BodyText"/>
      </w:pPr>
      <w:r>
        <w:t xml:space="preserve">Indeed, cosine is 1-Lipschitz, so the two waveforms differ uniformly on the window by at most the right side; minima differ by no more than the uniform difference.</w:t>
      </w:r>
    </w:p>
    <w:p>
      <w:pPr>
        <w:pStyle w:val="BodyText"/>
        <w:keepLines/>
      </w:pPr>
      <w:r>
        <w:t xml:space="preserve">Over unbounded time, small frequency changes can behave differently. For irrational</w:t>
      </w:r>
      <w:r>
        <w:t xml:space="preserve"> </w:t>
      </w:r>
      <m:oMath>
        <m:r>
          <m:t>α</m:t>
        </m:r>
        <m:r>
          <m:rPr>
            <m:sty m:val="p"/>
          </m:rPr>
          <m:t>&gt;</m:t>
        </m:r>
        <m:r>
          <m:t>0</m:t>
        </m:r>
      </m:oMath>
      <w:r>
        <w:t xml:space="preserve">,</w:t>
      </w:r>
    </w:p>
    <w:p>
      <w:pPr>
        <w:pStyle w:val="BodyText"/>
        <w:keepNext/>
        <w:keepLines/>
      </w:pPr>
      <m:oMathPara>
        <m:oMathParaPr>
          <m:jc m:val="center"/>
        </m:oMathParaPr>
        <m:oMath>
          <m:r>
            <m:rPr>
              <m:sty m:val="p"/>
            </m:rPr>
            <m:t>−</m:t>
          </m:r>
          <m:limLow>
            <m:e>
              <m:r>
                <m:rPr>
                  <m:sty m:val="p"/>
                </m:rPr>
                <m:t>inf</m:t>
              </m:r>
            </m:e>
            <m:lim>
              <m:r>
                <m:t>t</m:t>
              </m:r>
              <m:r>
                <m:rPr>
                  <m:sty m:val="p"/>
                </m:rPr>
                <m:t>∈</m:t>
              </m:r>
              <m:r>
                <m:rPr>
                  <m:sty m:val="p"/>
                  <m:scr m:val="double-struck"/>
                </m:rPr>
                <m:t>R</m:t>
              </m:r>
            </m:lim>
          </m:limLow>
          <m:d>
            <m:dPr>
              <m:begChr m:val="("/>
              <m:sepChr m:val=""/>
              <m:endChr m:val=")"/>
              <m:grow/>
            </m:dPr>
            <m:e>
              <m:r>
                <m:rPr>
                  <m:sty m:val="p"/>
                </m:rPr>
                <m:t>cos</m:t>
              </m:r>
              <m:r>
                <m:t>t</m:t>
              </m:r>
              <m:r>
                <m:rPr>
                  <m:sty m:val="p"/>
                </m:rPr>
                <m:t>+</m:t>
              </m:r>
              <m:r>
                <m:rPr>
                  <m:sty m:val="p"/>
                </m:rPr>
                <m:t>cos</m:t>
              </m:r>
              <m:r>
                <m:t>α</m:t>
              </m:r>
              <m:r>
                <m:t>t</m:t>
              </m:r>
            </m:e>
          </m:d>
          <m:r>
            <m:rPr>
              <m:sty m:val="p"/>
            </m:rPr>
            <m:t>=</m:t>
          </m:r>
          <m:r>
            <m:t>2</m:t>
          </m:r>
          <m:r>
            <m:rPr>
              <m:sty m:val="p"/>
            </m:rPr>
            <m:t>.</m:t>
          </m:r>
        </m:oMath>
      </m:oMathPara>
    </w:p>
    <w:p>
      <w:pPr>
        <w:pStyle w:val="Caption"/>
        <w:spacing w:before="0" w:after="140"/>
      </w:pPr>
      <w:r>
        <w:t xml:space="preserve">Equation (M.4)</w:t>
      </w:r>
    </w:p>
    <w:p>
      <w:pPr>
        <w:pStyle w:val="BodyText"/>
        <w:keepLines/>
      </w:pPr>
      <w:r>
        <w:t xml:space="preserve">At odd multiples of</w:t>
      </w:r>
      <w:r>
        <w:t xml:space="preserve"> </w:t>
      </w:r>
      <m:oMath>
        <m:r>
          <m:t>π</m:t>
        </m:r>
      </m:oMath>
      <w:r>
        <w:t xml:space="preserve">, the first term is</w:t>
      </w:r>
      <w:r>
        <w:t xml:space="preserve"> </w:t>
      </w:r>
      <m:oMath>
        <m:r>
          <m:rPr>
            <m:sty m:val="p"/>
          </m:rPr>
          <m:t>−</m:t>
        </m:r>
        <m:r>
          <m:t>1</m:t>
        </m:r>
      </m:oMath>
      <w:r>
        <w:t xml:space="preserve">, while the irrational rotation allows the second to approach</w:t>
      </w:r>
      <w:r>
        <w:t xml:space="preserve"> </w:t>
      </w:r>
      <m:oMath>
        <m:r>
          <m:rPr>
            <m:sty m:val="p"/>
          </m:rPr>
          <m:t>−</m:t>
        </m:r>
        <m:r>
          <m:t>1</m:t>
        </m:r>
      </m:oMath>
      <w:r>
        <w:t xml:space="preserve">. Here is the elementary density fact being used: among</w:t>
      </w:r>
      <w:r>
        <w:t xml:space="preserve"> </w:t>
      </w:r>
      <m:oMath>
        <m:r>
          <m:t>m</m:t>
        </m:r>
        <m:r>
          <m:rPr>
            <m:sty m:val="p"/>
          </m:rPr>
          <m:t>+</m:t>
        </m:r>
        <m:r>
          <m:t>1</m:t>
        </m:r>
      </m:oMath>
      <w:r>
        <w:t xml:space="preserve"> </w:t>
      </w:r>
      <w:r>
        <w:t xml:space="preserve">fractional parts</w:t>
      </w:r>
      <w:r>
        <w:t xml:space="preserve"> </w:t>
      </w:r>
      <m:oMath>
        <m:r>
          <m:t>0</m:t>
        </m:r>
        <m:r>
          <m:rPr>
            <m:sty m:val="p"/>
          </m:rPr>
          <m:t>,</m:t>
        </m:r>
        <m:r>
          <m:t>α</m:t>
        </m:r>
        <m:r>
          <m:rPr>
            <m:sty m:val="p"/>
          </m:rPr>
          <m:t>,</m:t>
        </m:r>
        <m:r>
          <m:rPr>
            <m:sty m:val="p"/>
          </m:rPr>
          <m:t>…</m:t>
        </m:r>
        <m:r>
          <m:rPr>
            <m:sty m:val="p"/>
          </m:rPr>
          <m:t>,</m:t>
        </m:r>
        <m:r>
          <m:t>m</m:t>
        </m:r>
        <m:r>
          <m:t>α</m:t>
        </m:r>
      </m:oMath>
      <w:r>
        <w:t xml:space="preserve">, two lie within</w:t>
      </w:r>
      <w:r>
        <w:t xml:space="preserve"> </w:t>
      </w:r>
      <m:oMath>
        <m:r>
          <m:t>1</m:t>
        </m:r>
        <m:r>
          <m:rPr>
            <m:sty m:val="p"/>
          </m:rPr>
          <m:t>/</m:t>
        </m:r>
        <m:r>
          <m:t>m</m:t>
        </m:r>
      </m:oMath>
      <w:r>
        <w:t xml:space="preserve">; subtraction, and sign reversal if necessary, gives a nonzero orbit step</w:t>
      </w:r>
      <w:r>
        <w:t xml:space="preserve"> </w:t>
      </w:r>
      <m:oMath>
        <m:r>
          <m:t>θ</m:t>
        </m:r>
        <m:r>
          <m:rPr>
            <m:sty m:val="p"/>
          </m:rPr>
          <m:t>∈</m:t>
        </m:r>
        <m:d>
          <m:dPr>
            <m:begChr m:val="("/>
            <m:sepChr m:val=""/>
            <m:endChr m:val=")"/>
            <m:grow/>
          </m:dPr>
          <m:e>
            <m:r>
              <m:t>0</m:t>
            </m:r>
            <m:r>
              <m:rPr>
                <m:sty m:val="p"/>
              </m:rPr>
              <m:t>,</m:t>
            </m:r>
            <m:r>
              <m:t>1</m:t>
            </m:r>
            <m:r>
              <m:rPr>
                <m:sty m:val="p"/>
              </m:rPr>
              <m:t>/</m:t>
            </m:r>
            <m:r>
              <m:t>m</m:t>
            </m:r>
          </m:e>
        </m:d>
      </m:oMath>
      <w:r>
        <w:t xml:space="preserve">. Its multiples before passing one approximate every point of the unit interval within</w:t>
      </w:r>
      <w:r>
        <w:t xml:space="preserve"> </w:t>
      </w:r>
      <m:oMath>
        <m:r>
          <m:t>θ</m:t>
        </m:r>
      </m:oMath>
      <w:r>
        <w:t xml:space="preserve">. Letting</w:t>
      </w:r>
      <w:r>
        <w:t xml:space="preserve"> </w:t>
      </w:r>
      <m:oMath>
        <m:r>
          <m:t>m</m:t>
        </m:r>
      </m:oMath>
      <w:r>
        <w:t xml:space="preserve"> </w:t>
      </w:r>
      <w:r>
        <w:t xml:space="preserve">grow proves density of the two-sided rotation orbit. A fixed translation of that dense orbit, as required for odd multiples, is still dense. Exact equality of both cosines to</w:t>
      </w:r>
      <w:r>
        <w:t xml:space="preserve"> </w:t>
      </w:r>
      <m:oMath>
        <m:r>
          <m:rPr>
            <m:sty m:val="p"/>
          </m:rPr>
          <m:t>−</m:t>
        </m:r>
        <m:r>
          <m:t>1</m:t>
        </m:r>
      </m:oMath>
      <w:r>
        <w:t xml:space="preserve"> </w:t>
      </w:r>
      <w:r>
        <w:t xml:space="preserve">would force</w:t>
      </w:r>
      <w:r>
        <w:t xml:space="preserve"> </w:t>
      </w:r>
      <m:oMath>
        <m:r>
          <m:t>α</m:t>
        </m:r>
      </m:oMath>
      <w:r>
        <w:t xml:space="preserve"> </w:t>
      </w:r>
      <w:r>
        <w:t xml:space="preserve">to be a ratio of odd integers, so an infimum rather than a minimum is needed.</w:t>
      </w:r>
    </w:p>
    <w:p>
      <w:pPr>
        <w:pStyle w:val="BodyText"/>
        <w:keepLines/>
      </w:pPr>
      <w:r>
        <w:t xml:space="preserve">Consequently,</w:t>
      </w:r>
      <w:r>
        <w:t xml:space="preserve"> </w:t>
      </w:r>
      <m:oMath>
        <m:sSub>
          <m:e>
            <m:r>
              <m:t>K</m:t>
            </m:r>
          </m:e>
          <m:sub>
            <m:r>
              <m:rPr>
                <m:sty m:val="p"/>
              </m:rPr>
              <m:t>∞</m:t>
            </m:r>
          </m:sub>
        </m:sSub>
        <m:d>
          <m:dPr>
            <m:begChr m:val="("/>
            <m:sepChr m:val=""/>
            <m:endChr m:val=")"/>
            <m:grow/>
          </m:dPr>
          <m:e>
            <m:r>
              <m:t>1</m:t>
            </m:r>
            <m:r>
              <m:rPr>
                <m:sty m:val="p"/>
              </m:rPr>
              <m:t>,</m:t>
            </m:r>
            <m:r>
              <m:t>2</m:t>
            </m:r>
            <m:r>
              <m:rPr>
                <m:sty m:val="p"/>
              </m:rPr>
              <m:t>+</m:t>
            </m:r>
            <m:r>
              <m:t>η</m:t>
            </m:r>
          </m:e>
        </m:d>
        <m:r>
          <m:rPr>
            <m:sty m:val="p"/>
          </m:rPr>
          <m:t>=</m:t>
        </m:r>
        <m:r>
          <m:t>2</m:t>
        </m:r>
      </m:oMath>
      <w:r>
        <w:t xml:space="preserve"> </w:t>
      </w:r>
      <w:r>
        <w:t xml:space="preserve">for irrational</w:t>
      </w:r>
      <w:r>
        <w:t xml:space="preserve"> </w:t>
      </w:r>
      <m:oMath>
        <m:r>
          <m:t>η</m:t>
        </m:r>
      </m:oMath>
      <w:r>
        <w:t xml:space="preserve"> </w:t>
      </w:r>
      <w:r>
        <w:t xml:space="preserve">near zero, but</w:t>
      </w:r>
      <w:r>
        <w:t xml:space="preserve"> </w:t>
      </w:r>
      <m:oMath>
        <m:sSub>
          <m:e>
            <m:r>
              <m:t>K</m:t>
            </m:r>
          </m:e>
          <m:sub>
            <m:r>
              <m:rPr>
                <m:sty m:val="p"/>
              </m:rPr>
              <m:t>∞</m:t>
            </m:r>
          </m:sub>
        </m:sSub>
        <m:d>
          <m:dPr>
            <m:begChr m:val="("/>
            <m:sepChr m:val=""/>
            <m:endChr m:val=")"/>
            <m:grow/>
          </m:dPr>
          <m:e>
            <m:r>
              <m:t>1</m:t>
            </m:r>
            <m:r>
              <m:rPr>
                <m:sty m:val="p"/>
              </m:rPr>
              <m:t>,</m:t>
            </m:r>
            <m:r>
              <m:t>2</m:t>
            </m:r>
          </m:e>
        </m:d>
        <m:r>
          <m:rPr>
            <m:sty m:val="p"/>
          </m:rPr>
          <m:t>=</m:t>
        </m:r>
        <m:r>
          <m:t>9</m:t>
        </m:r>
        <m:r>
          <m:rPr>
            <m:sty m:val="p"/>
          </m:rPr>
          <m:t>/</m:t>
        </m:r>
        <m:r>
          <m:t>8</m:t>
        </m:r>
      </m:oMath>
      <w:r>
        <w:t xml:space="preserve">. If a finite window achieves depth at least</w:t>
      </w:r>
      <w:r>
        <w:t xml:space="preserve"> </w:t>
      </w:r>
      <m:oMath>
        <m:r>
          <m:t>2</m:t>
        </m:r>
        <m:r>
          <m:rPr>
            <m:sty m:val="p"/>
          </m:rPr>
          <m:t>−</m:t>
        </m:r>
        <m:r>
          <m:t>δ</m:t>
        </m:r>
      </m:oMath>
      <w:r>
        <w:t xml:space="preserve">, where</w:t>
      </w:r>
      <w:r>
        <w:t xml:space="preserve"> </w:t>
      </w:r>
      <m:oMath>
        <m:r>
          <m:t>0</m:t>
        </m:r>
        <m:r>
          <m:rPr>
            <m:sty m:val="p"/>
          </m:rPr>
          <m:t>&lt;</m:t>
        </m:r>
        <m:r>
          <m:t>δ</m:t>
        </m:r>
        <m:r>
          <m:rPr>
            <m:sty m:val="p"/>
          </m:rPr>
          <m:t>&lt;</m:t>
        </m:r>
        <m:r>
          <m:t>7</m:t>
        </m:r>
        <m:r>
          <m:rPr>
            <m:sty m:val="p"/>
          </m:rPr>
          <m:t>/</m:t>
        </m:r>
        <m:r>
          <m:t>8</m:t>
        </m:r>
      </m:oMath>
      <w:r>
        <w:t xml:space="preserve">, (M.3) forces</w:t>
      </w:r>
    </w:p>
    <w:p>
      <w:pPr>
        <w:pStyle w:val="BodyText"/>
        <w:keepNext/>
        <w:keepLines/>
      </w:pPr>
      <m:oMathPara>
        <m:oMathParaPr>
          <m:jc m:val="center"/>
        </m:oMathParaPr>
        <m:oMath>
          <m:r>
            <m:t>T</m:t>
          </m:r>
          <m:r>
            <m:rPr>
              <m:sty m:val="p"/>
            </m:rPr>
            <m:t>≥</m:t>
          </m:r>
          <m:f>
            <m:fPr>
              <m:type m:val="bar"/>
            </m:fPr>
            <m:num>
              <m:r>
                <m:t>7</m:t>
              </m:r>
              <m:r>
                <m:rPr>
                  <m:sty m:val="p"/>
                </m:rPr>
                <m:t>/</m:t>
              </m:r>
              <m:r>
                <m:t>8</m:t>
              </m:r>
              <m:r>
                <m:rPr>
                  <m:sty m:val="p"/>
                </m:rPr>
                <m:t>−</m:t>
              </m:r>
              <m:r>
                <m:t>δ</m:t>
              </m:r>
            </m:num>
            <m:den>
              <m:d>
                <m:dPr>
                  <m:begChr m:val="|"/>
                  <m:sepChr m:val=""/>
                  <m:endChr m:val="|"/>
                  <m:grow/>
                </m:dPr>
                <m:e>
                  <m:r>
                    <m:t>η</m:t>
                  </m:r>
                </m:e>
              </m:d>
            </m:den>
          </m:f>
          <m:r>
            <m:rPr>
              <m:sty m:val="p"/>
            </m:rPr>
            <m:t>.</m:t>
          </m:r>
        </m:oMath>
      </m:oMathPara>
    </w:p>
    <w:p>
      <w:pPr>
        <w:pStyle w:val="Caption"/>
        <w:spacing w:before="0" w:after="140"/>
      </w:pPr>
      <w:r>
        <w:t xml:space="preserve">Equation (M.5)</w:t>
      </w:r>
    </w:p>
    <w:p>
      <w:pPr>
        <w:pStyle w:val="BodyText"/>
      </w:pPr>
      <w:r>
        <w:t xml:space="preserve">A change in the infinite-time extremum may require an observation time diverging as the detuning shrinks. The integer-frequency problem, a real-frequency extension, and a finite-duration audio measurement are therefore distinct mathematical questions.</w:t>
      </w:r>
    </w:p>
    <w:bookmarkEnd w:id="124"/>
    <w:bookmarkStart w:id="126" w:name="appendix-n-status"/>
    <w:p>
      <w:pPr>
        <w:pStyle w:val="Heading2"/>
      </w:pPr>
      <w:r>
        <w:t xml:space="preserve">N. What has and has not been established</w:t>
      </w:r>
    </w:p>
    <w:p>
      <w:pPr>
        <w:pStyle w:val="FirstParagraph"/>
      </w:pPr>
      <w:r>
        <w:t xml:space="preserve">The proof architecture gives several independently checkable outcomes, but it does not remove the central missing estimate. The following distinctions should be retained in every public summary.</w:t>
      </w:r>
    </w:p>
    <w:p>
      <w:pPr>
        <w:pStyle w:val="BodyText"/>
        <w:keepLines/>
      </w:pPr>
      <w:r>
        <w:rPr>
          <w:bCs/>
          <w:b/>
        </w:rPr>
        <w:t xml:space="preserve">Statement:</w:t>
      </w:r>
      <w:r>
        <w:t xml:space="preserve"> </w:t>
      </w:r>
      <m:oMath>
        <m:r>
          <m:t>1</m:t>
        </m:r>
        <m:r>
          <m:rPr>
            <m:sty m:val="p"/>
          </m:rPr>
          <m:t>≤</m:t>
        </m:r>
        <m:r>
          <m:t>K</m:t>
        </m:r>
        <m:d>
          <m:dPr>
            <m:begChr m:val="("/>
            <m:sepChr m:val=""/>
            <m:endChr m:val=")"/>
            <m:grow/>
          </m:dPr>
          <m:e>
            <m:r>
              <m:t>A</m:t>
            </m:r>
          </m:e>
        </m:d>
        <m:r>
          <m:rPr>
            <m:sty m:val="p"/>
          </m:rPr>
          <m:t>≤</m:t>
        </m:r>
        <m:r>
          <m:t>N</m:t>
        </m:r>
      </m:oMath>
      <w:r>
        <w:t xml:space="preserve"> </w:t>
      </w:r>
      <w:r>
        <w:rPr>
          <w:bCs/>
          <w:b/>
        </w:rPr>
        <w:t xml:space="preserve">Evidential status:</w:t>
      </w:r>
      <w:r>
        <w:t xml:space="preserve"> </w:t>
      </w:r>
      <w:r>
        <w:t xml:space="preserve">Direct proof, Proposition A.1</w:t>
      </w:r>
      <w:r>
        <w:t xml:space="preserve"> </w:t>
      </w:r>
      <w:r>
        <w:rPr>
          <w:bCs/>
          <w:b/>
        </w:rPr>
        <w:t xml:space="preserve">Scope:</w:t>
      </w:r>
      <w:r>
        <w:t xml:space="preserve"> </w:t>
      </w:r>
      <w:r>
        <w:t xml:space="preserve">Every admissible set</w:t>
      </w:r>
    </w:p>
    <w:p>
      <w:pPr>
        <w:pStyle w:val="BodyText"/>
        <w:keepLines/>
      </w:pPr>
      <w:r>
        <w:rPr>
          <w:bCs/>
          <w:b/>
        </w:rPr>
        <w:t xml:space="preserve">Statement:</w:t>
      </w:r>
      <w:r>
        <w:t xml:space="preserve"> </w:t>
      </w:r>
      <w:r>
        <w:t xml:space="preserve">The fixed-size infimum is attained</w:t>
      </w:r>
      <w:r>
        <w:t xml:space="preserve"> </w:t>
      </w:r>
      <w:r>
        <w:rPr>
          <w:bCs/>
          <w:b/>
        </w:rPr>
        <w:t xml:space="preserve">Evidential status:</w:t>
      </w:r>
      <w:r>
        <w:t xml:space="preserve"> </w:t>
      </w:r>
      <w:r>
        <w:t xml:space="preserve">Compactness proof, Theorem B.1</w:t>
      </w:r>
      <w:r>
        <w:t xml:space="preserve"> </w:t>
      </w:r>
      <w:r>
        <w:rPr>
          <w:bCs/>
          <w:b/>
        </w:rPr>
        <w:t xml:space="preserve">Scope:</w:t>
      </w:r>
      <w:r>
        <w:t xml:space="preserve"> </w:t>
      </w:r>
      <w:r>
        <w:t xml:space="preserve">Each fixed</w:t>
      </w:r>
      <w:r>
        <w:t xml:space="preserve"> </w:t>
      </w:r>
      <m:oMath>
        <m:r>
          <m:t>N</m:t>
        </m:r>
      </m:oMath>
      <w:r>
        <w:t xml:space="preserve">; no effective exact-frequency cutoff</w:t>
      </w:r>
    </w:p>
    <w:p>
      <w:pPr>
        <w:pStyle w:val="BodyText"/>
        <w:keepLines/>
      </w:pPr>
      <w:r>
        <w:rPr>
          <w:bCs/>
          <w:b/>
        </w:rPr>
        <w:t xml:space="preserve">Statement:</w:t>
      </w:r>
      <w:r>
        <w:t xml:space="preserve"> </w:t>
      </w:r>
      <m:oMath>
        <m:sSub>
          <m:e>
            <m:r>
              <m:t>B</m:t>
            </m:r>
          </m:e>
          <m:sub>
            <m:r>
              <m:t>d</m:t>
            </m:r>
          </m:sub>
        </m:sSub>
      </m:oMath>
      <w:r>
        <w:t xml:space="preserve"> </w:t>
      </w:r>
      <w:r>
        <w:t xml:space="preserve">is an attained moment optimization and tends to</w:t>
      </w:r>
      <w:r>
        <w:t xml:space="preserve"> </w:t>
      </w:r>
      <m:oMath>
        <m:r>
          <m:t>K</m:t>
        </m:r>
      </m:oMath>
      <w:r>
        <w:t xml:space="preserve"> </w:t>
      </w:r>
      <w:r>
        <w:rPr>
          <w:bCs/>
          <w:b/>
        </w:rPr>
        <w:t xml:space="preserve">Evidential status:</w:t>
      </w:r>
      <w:r>
        <w:t xml:space="preserve"> </w:t>
      </w:r>
      <w:r>
        <w:t xml:space="preserve">Propositions C.1–C.2</w:t>
      </w:r>
      <w:r>
        <w:t xml:space="preserve"> </w:t>
      </w:r>
      <w:r>
        <w:rPr>
          <w:bCs/>
          <w:b/>
        </w:rPr>
        <w:t xml:space="preserve">Scope:</w:t>
      </w:r>
      <w:r>
        <w:t xml:space="preserve"> </w:t>
      </w:r>
      <w:r>
        <w:t xml:space="preserve">Established pushforward hierarchy, specialized here</w:t>
      </w:r>
    </w:p>
    <w:p>
      <w:pPr>
        <w:pStyle w:val="BodyText"/>
        <w:keepLines/>
      </w:pPr>
      <w:r>
        <w:rPr>
          <w:bCs/>
          <w:b/>
        </w:rPr>
        <w:t xml:space="preserve">Statement:</w:t>
      </w:r>
      <w:r>
        <w:t xml:space="preserve"> </w:t>
      </w:r>
      <w:r>
        <w:t xml:space="preserve">A degree in (E.1) ensures error at most</w:t>
      </w:r>
      <w:r>
        <w:t xml:space="preserve"> </w:t>
      </w:r>
      <m:oMath>
        <m:r>
          <m:t>ε</m:t>
        </m:r>
      </m:oMath>
      <w:r>
        <w:t xml:space="preserve"> </w:t>
      </w:r>
      <w:r>
        <w:rPr>
          <w:bCs/>
          <w:b/>
        </w:rPr>
        <w:t xml:space="preserve">Evidential status:</w:t>
      </w:r>
      <w:r>
        <w:t xml:space="preserve"> </w:t>
      </w:r>
      <w:r>
        <w:t xml:space="preserve">Complete proof and rational sufficient certificate</w:t>
      </w:r>
      <w:r>
        <w:t xml:space="preserve"> </w:t>
      </w:r>
      <w:r>
        <w:rPr>
          <w:bCs/>
          <w:b/>
        </w:rPr>
        <w:t xml:space="preserve">Scope:</w:t>
      </w:r>
      <w:r>
        <w:t xml:space="preserve"> </w:t>
      </w:r>
      <w:r>
        <w:t xml:space="preserve">All admissible sets; no</w:t>
      </w:r>
      <w:r>
        <w:t xml:space="preserve"> </w:t>
      </w:r>
      <m:oMath>
        <m:r>
          <m:rPr>
            <m:sty m:val="p"/>
          </m:rPr>
          <m:t>max</m:t>
        </m:r>
        <m:r>
          <m:t>A</m:t>
        </m:r>
      </m:oMath>
      <w:r>
        <w:t xml:space="preserve"> </w:t>
      </w:r>
      <w:r>
        <w:t xml:space="preserve">dependence</w:t>
      </w:r>
    </w:p>
    <w:p>
      <w:pPr>
        <w:pStyle w:val="BodyText"/>
        <w:keepLines/>
      </w:pPr>
      <w:r>
        <w:rPr>
          <w:bCs/>
          <w:b/>
        </w:rPr>
        <w:t xml:space="preserve">Statement:</w:t>
      </w:r>
      <w:r>
        <w:t xml:space="preserve"> </w:t>
      </w:r>
      <w:r>
        <w:t xml:space="preserve">The lattice spectral edge equals</w:t>
      </w:r>
      <w:r>
        <w:t xml:space="preserve"> </w:t>
      </w:r>
      <m:oMath>
        <m:r>
          <m:rPr>
            <m:sty m:val="p"/>
          </m:rPr>
          <m:t>−</m:t>
        </m:r>
        <m:r>
          <m:t>K</m:t>
        </m:r>
      </m:oMath>
      <w:r>
        <w:t xml:space="preserve"> </w:t>
      </w:r>
      <w:r>
        <w:rPr>
          <w:bCs/>
          <w:b/>
        </w:rPr>
        <w:t xml:space="preserve">Evidential status:</w:t>
      </w:r>
      <w:r>
        <w:t xml:space="preserve"> </w:t>
      </w:r>
      <w:r>
        <w:t xml:space="preserve">Exact Fourier equivalence</w:t>
      </w:r>
      <w:r>
        <w:t xml:space="preserve"> </w:t>
      </w:r>
      <w:r>
        <w:rPr>
          <w:bCs/>
          <w:b/>
        </w:rPr>
        <w:t xml:space="preserve">Scope:</w:t>
      </w:r>
      <w:r>
        <w:t xml:space="preserve"> </w:t>
      </w:r>
      <w:r>
        <w:t xml:space="preserve">Full infinite lattice</w:t>
      </w:r>
    </w:p>
    <w:p>
      <w:pPr>
        <w:pStyle w:val="BodyText"/>
      </w:pPr>
      <w:r>
        <w:rPr>
          <w:bCs/>
          <w:b/>
        </w:rPr>
        <w:t xml:space="preserve">Statement:</w:t>
      </w:r>
      <w:r>
        <w:t xml:space="preserve"> </w:t>
      </w:r>
      <w:r>
        <w:t xml:space="preserve">Open-box approximations converge with (G.3)</w:t>
      </w:r>
      <w:r>
        <w:t xml:space="preserve"> </w:t>
      </w:r>
      <w:r>
        <w:rPr>
          <w:bCs/>
          <w:b/>
        </w:rPr>
        <w:t xml:space="preserve">Evidential status:</w:t>
      </w:r>
      <w:r>
        <w:t xml:space="preserve"> </w:t>
      </w:r>
      <w:r>
        <w:t xml:space="preserve">Variational proof</w:t>
      </w:r>
      <w:r>
        <w:t xml:space="preserve"> </w:t>
      </w:r>
      <w:r>
        <w:rPr>
          <w:bCs/>
          <w:b/>
        </w:rPr>
        <w:t xml:space="preserve">Scope:</w:t>
      </w:r>
      <w:r>
        <w:t xml:space="preserve"> </w:t>
      </w:r>
      <w:r>
        <w:t xml:space="preserve">Fixed set; loss depends on distances</w:t>
      </w:r>
    </w:p>
    <w:p>
      <w:pPr>
        <w:pStyle w:val="BodyText"/>
      </w:pPr>
      <w:r>
        <w:rPr>
          <w:bCs/>
          <w:b/>
        </w:rPr>
        <w:t xml:space="preserve">Statement:</w:t>
      </w:r>
      <w:r>
        <w:t xml:space="preserve"> </w:t>
      </w:r>
      <w:r>
        <w:t xml:space="preserve">A grid with exact energy can miss a linear-depth trough</w:t>
      </w:r>
      <w:r>
        <w:t xml:space="preserve"> </w:t>
      </w:r>
      <w:r>
        <w:rPr>
          <w:bCs/>
          <w:b/>
        </w:rPr>
        <w:t xml:space="preserve">Evidential status:</w:t>
      </w:r>
      <w:r>
        <w:t xml:space="preserve"> </w:t>
      </w:r>
      <w:r>
        <w:t xml:space="preserve">Exact infinite family, Theorem H.1</w:t>
      </w:r>
      <w:r>
        <w:t xml:space="preserve"> </w:t>
      </w:r>
      <w:r>
        <w:rPr>
          <w:bCs/>
          <w:b/>
        </w:rPr>
        <w:t xml:space="preserve">Scope:</w:t>
      </w:r>
      <w:r>
        <w:t xml:space="preserve"> </w:t>
      </w:r>
      <w:r>
        <w:t xml:space="preserve">Consecutive frequencies and the stated grid</w:t>
      </w:r>
    </w:p>
    <w:p>
      <w:pPr>
        <w:pStyle w:val="BodyText"/>
      </w:pPr>
      <w:r>
        <w:rPr>
          <w:bCs/>
          <w:b/>
        </w:rPr>
        <w:t xml:space="preserve">Statement:</w:t>
      </w:r>
      <w:r>
        <w:t xml:space="preserve"> </w:t>
      </w:r>
      <w:r>
        <w:t xml:space="preserve">Varying the boundary twist restores the continuous extremum</w:t>
      </w:r>
      <w:r>
        <w:t xml:space="preserve"> </w:t>
      </w:r>
      <w:r>
        <w:rPr>
          <w:bCs/>
          <w:b/>
        </w:rPr>
        <w:t xml:space="preserve">Evidential status:</w:t>
      </w:r>
      <w:r>
        <w:t xml:space="preserve"> </w:t>
      </w:r>
      <w:r>
        <w:t xml:space="preserve">Exact eigenvalue calculation</w:t>
      </w:r>
      <w:r>
        <w:t xml:space="preserve"> </w:t>
      </w:r>
      <w:r>
        <w:rPr>
          <w:bCs/>
          <w:b/>
        </w:rPr>
        <w:t xml:space="preserve">Scope:</w:t>
      </w:r>
      <w:r>
        <w:t xml:space="preserve"> </w:t>
      </w:r>
      <w:r>
        <w:t xml:space="preserve">Actual integer powers retained</w:t>
      </w:r>
    </w:p>
    <w:p>
      <w:pPr>
        <w:pStyle w:val="BodyText"/>
      </w:pPr>
      <w:r>
        <w:rPr>
          <w:bCs/>
          <w:b/>
        </w:rPr>
        <w:t xml:space="preserve">Statement:</w:t>
      </w:r>
      <w:r>
        <w:t xml:space="preserve"> </w:t>
      </w:r>
      <w:r>
        <w:t xml:space="preserve">Positive integer amplitudes do not guarantee the RMS-normalized extension</w:t>
      </w:r>
      <w:r>
        <w:t xml:space="preserve"> </w:t>
      </w:r>
      <w:r>
        <w:rPr>
          <w:bCs/>
          <w:b/>
        </w:rPr>
        <w:t xml:space="preserve">Evidential status:</w:t>
      </w:r>
      <w:r>
        <w:t xml:space="preserve"> </w:t>
      </w:r>
      <w:r>
        <w:t xml:space="preserve">Exact Fejér family</w:t>
      </w:r>
      <w:r>
        <w:t xml:space="preserve"> </w:t>
      </w:r>
      <w:r>
        <w:rPr>
          <w:bCs/>
          <w:b/>
        </w:rPr>
        <w:t xml:space="preserve">Scope:</w:t>
      </w:r>
      <w:r>
        <w:t xml:space="preserve"> </w:t>
      </w:r>
      <w:r>
        <w:t xml:space="preserve">Weighted extension, not the original conjecture</w:t>
      </w:r>
    </w:p>
    <w:p>
      <w:pPr>
        <w:pStyle w:val="BodyText"/>
        <w:keepLines/>
      </w:pPr>
      <w:r>
        <w:rPr>
          <w:bCs/>
          <w:b/>
        </w:rPr>
        <w:t xml:space="preserve">Statement:</w:t>
      </w:r>
      <w:r>
        <w:t xml:space="preserve"> </w:t>
      </w:r>
      <w:r>
        <w:t xml:space="preserve">The Riesz detector’s finite minimum is</w:t>
      </w:r>
      <w:r>
        <w:t xml:space="preserve"> </w:t>
      </w:r>
      <m:oMath>
        <m:r>
          <m:t>7</m:t>
        </m:r>
        <m:r>
          <m:rPr>
            <m:sty m:val="p"/>
          </m:rPr>
          <m:t>/</m:t>
        </m:r>
        <m:r>
          <m:t>20</m:t>
        </m:r>
      </m:oMath>
      <w:r>
        <w:t xml:space="preserve"> </w:t>
      </w:r>
      <w:r>
        <w:rPr>
          <w:bCs/>
          <w:b/>
        </w:rPr>
        <w:t xml:space="preserve">Evidential status:</w:t>
      </w:r>
      <w:r>
        <w:t xml:space="preserve"> </w:t>
      </w:r>
      <w:r>
        <w:t xml:space="preserve">Exact finite enumeration</w:t>
      </w:r>
      <w:r>
        <w:t xml:space="preserve"> </w:t>
      </w:r>
      <w:r>
        <w:rPr>
          <w:bCs/>
          <w:b/>
        </w:rPr>
        <w:t xml:space="preserve">Scope:</w:t>
      </w:r>
      <w:r>
        <w:t xml:space="preserve"> </w:t>
      </w:r>
      <w:r>
        <w:t xml:space="preserve">Nonempty subsets of</w:t>
      </w:r>
      <w:r>
        <w:t xml:space="preserve"> </w:t>
      </w:r>
      <m:oMath>
        <m:r>
          <m:rPr>
            <m:sty m:val="p"/>
          </m:rPr>
          <m:t>{</m:t>
        </m:r>
        <m:r>
          <m:t>1</m:t>
        </m:r>
        <m:r>
          <m:rPr>
            <m:sty m:val="p"/>
          </m:rPr>
          <m:t>,</m:t>
        </m:r>
        <m:r>
          <m:rPr>
            <m:sty m:val="p"/>
          </m:rPr>
          <m:t>…</m:t>
        </m:r>
        <m:r>
          <m:rPr>
            <m:sty m:val="p"/>
          </m:rPr>
          <m:t>,</m:t>
        </m:r>
        <m:r>
          <m:t>18</m:t>
        </m:r>
        <m:r>
          <m:rPr>
            <m:sty m:val="p"/>
          </m:rPr>
          <m:t>}</m:t>
        </m:r>
      </m:oMath>
      <w:r>
        <w:t xml:space="preserve"> </w:t>
      </w:r>
      <w:r>
        <w:t xml:space="preserve">only</w:t>
      </w:r>
    </w:p>
    <w:p>
      <w:pPr>
        <w:pStyle w:val="BodyText"/>
      </w:pPr>
      <w:r>
        <w:rPr>
          <w:bCs/>
          <w:b/>
        </w:rPr>
        <w:t xml:space="preserve">Statement:</w:t>
      </w:r>
      <w:r>
        <w:t xml:space="preserve"> </w:t>
      </w:r>
      <w:r>
        <w:t xml:space="preserve">Fixed negative moments below order two and fixed quantiles are insufficient</w:t>
      </w:r>
      <w:r>
        <w:t xml:space="preserve"> </w:t>
      </w:r>
      <w:r>
        <w:rPr>
          <w:bCs/>
          <w:b/>
        </w:rPr>
        <w:t xml:space="preserve">Evidential status:</w:t>
      </w:r>
      <w:r>
        <w:t xml:space="preserve"> </w:t>
      </w:r>
      <w:r>
        <w:t xml:space="preserve">Analytic interval-family obstructions</w:t>
      </w:r>
      <w:r>
        <w:t xml:space="preserve"> </w:t>
      </w:r>
      <w:r>
        <w:rPr>
          <w:bCs/>
          <w:b/>
        </w:rPr>
        <w:t xml:space="preserve">Scope:</w:t>
      </w:r>
      <w:r>
        <w:t xml:space="preserve"> </w:t>
      </w:r>
      <w:r>
        <w:t xml:space="preserve">The specific detectors</w:t>
      </w:r>
    </w:p>
    <w:p>
      <w:pPr>
        <w:pStyle w:val="BodyText"/>
        <w:keepLines/>
      </w:pPr>
      <w:r>
        <w:rPr>
          <w:bCs/>
          <w:b/>
        </w:rPr>
        <w:t xml:space="preserve">Statement:</w:t>
      </w:r>
      <w:r>
        <w:t xml:space="preserve"> </w:t>
      </w:r>
      <w:r>
        <w:t xml:space="preserve">Every zero-threshold Fermi–Dirac parameter loses the scale on intervals</w:t>
      </w:r>
      <w:r>
        <w:t xml:space="preserve"> </w:t>
      </w:r>
      <w:r>
        <w:rPr>
          <w:bCs/>
          <w:b/>
        </w:rPr>
        <w:t xml:space="preserve">Evidential status:</w:t>
      </w:r>
      <w:r>
        <w:t xml:space="preserve"> </w:t>
      </w:r>
      <w:r>
        <w:t xml:space="preserve">Bound uniform in</w:t>
      </w:r>
      <w:r>
        <w:t xml:space="preserve"> </w:t>
      </w:r>
      <m:oMath>
        <m:r>
          <m:t>β</m:t>
        </m:r>
      </m:oMath>
      <w:r>
        <w:t xml:space="preserve">, Proposition K.1</w:t>
      </w:r>
      <w:r>
        <w:t xml:space="preserve"> </w:t>
      </w:r>
      <w:r>
        <w:rPr>
          <w:bCs/>
          <w:b/>
        </w:rPr>
        <w:t xml:space="preserve">Scope:</w:t>
      </w:r>
      <w:r>
        <w:t xml:space="preserve"> </w:t>
      </w:r>
      <w:r>
        <w:t xml:space="preserve">The zero-threshold family</w:t>
      </w:r>
    </w:p>
    <w:p>
      <w:pPr>
        <w:pStyle w:val="BodyText"/>
        <w:keepLines/>
      </w:pPr>
      <w:r>
        <w:rPr>
          <w:bCs/>
          <w:b/>
        </w:rPr>
        <w:t xml:space="preserve">Statement:</w:t>
      </w:r>
      <w:r>
        <w:t xml:space="preserve"> </w:t>
      </w:r>
      <w:r>
        <w:t xml:space="preserve">Entropy optimization has exact duality and works at order</w:t>
      </w:r>
      <w:r>
        <w:t xml:space="preserve"> </w:t>
      </w:r>
      <m:oMath>
        <m:r>
          <m:t>N</m:t>
        </m:r>
        <m:r>
          <m:rPr>
            <m:sty m:val="p"/>
          </m:rPr>
          <m:t>/</m:t>
        </m:r>
        <m:r>
          <m:rPr>
            <m:sty m:val="p"/>
          </m:rPr>
          <m:t>log</m:t>
        </m:r>
        <m:r>
          <m:t>N</m:t>
        </m:r>
      </m:oMath>
      <w:r>
        <w:t xml:space="preserve"> </w:t>
      </w:r>
      <w:r>
        <w:t xml:space="preserve">on intervals</w:t>
      </w:r>
      <w:r>
        <w:t xml:space="preserve"> </w:t>
      </w:r>
      <w:r>
        <w:rPr>
          <w:bCs/>
          <w:b/>
        </w:rPr>
        <w:t xml:space="preserve">Evidential status:</w:t>
      </w:r>
      <w:r>
        <w:t xml:space="preserve"> </w:t>
      </w:r>
      <w:r>
        <w:t xml:space="preserve">Theorem L.1 and explicit bounds</w:t>
      </w:r>
      <w:r>
        <w:t xml:space="preserve"> </w:t>
      </w:r>
      <w:r>
        <w:rPr>
          <w:bCs/>
          <w:b/>
        </w:rPr>
        <w:t xml:space="preserve">Scope:</w:t>
      </w:r>
      <w:r>
        <w:t xml:space="preserve"> </w:t>
      </w:r>
      <w:r>
        <w:t xml:space="preserve">Lower order shown on that family, not all sets</w:t>
      </w:r>
    </w:p>
    <w:p>
      <w:pPr>
        <w:pStyle w:val="BodyText"/>
        <w:keepLines/>
      </w:pPr>
      <w:r>
        <w:rPr>
          <w:bCs/>
          <w:b/>
        </w:rPr>
        <w:t xml:space="preserve">Statement:</w:t>
      </w:r>
      <w:r>
        <w:t xml:space="preserve"> </w:t>
      </w:r>
      <m:oMath>
        <m:r>
          <m:t>K</m:t>
        </m:r>
        <m:d>
          <m:dPr>
            <m:begChr m:val="("/>
            <m:sepChr m:val=""/>
            <m:endChr m:val=")"/>
            <m:grow/>
          </m:dPr>
          <m:e>
            <m:r>
              <m:t>A</m:t>
            </m:r>
          </m:e>
        </m:d>
        <m:r>
          <m:rPr>
            <m:sty m:val="p"/>
          </m:rPr>
          <m:t>≥</m:t>
        </m:r>
        <m:r>
          <m:t>c</m:t>
        </m:r>
        <m:rad>
          <m:radPr>
            <m:degHide m:val="on"/>
          </m:radPr>
          <m:deg/>
          <m:e>
            <m:r>
              <m:t>N</m:t>
            </m:r>
          </m:e>
        </m:rad>
      </m:oMath>
      <w:r>
        <w:t xml:space="preserve"> </w:t>
      </w:r>
      <w:r>
        <w:t xml:space="preserve">for a positive absolute</w:t>
      </w:r>
      <w:r>
        <w:t xml:space="preserve"> </w:t>
      </w:r>
      <m:oMath>
        <m:r>
          <m:t>c</m:t>
        </m:r>
      </m:oMath>
      <w:r>
        <w:t xml:space="preserve"> </w:t>
      </w:r>
      <w:r>
        <w:rPr>
          <w:bCs/>
          <w:b/>
        </w:rPr>
        <w:t xml:space="preserve">Evidential status:</w:t>
      </w:r>
      <w:r>
        <w:t xml:space="preserve"> </w:t>
      </w:r>
      <w:r>
        <w:rPr>
          <w:bCs/>
          <w:b/>
        </w:rPr>
        <w:t xml:space="preserve">Not proved or disproved in this report</w:t>
      </w:r>
      <w:r>
        <w:t xml:space="preserve"> </w:t>
      </w:r>
      <w:r>
        <w:rPr>
          <w:bCs/>
          <w:b/>
        </w:rPr>
        <w:t xml:space="preserve">Scope:</w:t>
      </w:r>
      <w:r>
        <w:t xml:space="preserve"> </w:t>
      </w:r>
      <w:r>
        <w:t xml:space="preserve">The original open target</w:t>
      </w:r>
    </w:p>
    <w:p>
      <w:pPr>
        <w:pStyle w:val="BodyText"/>
      </w:pPr>
      <w:r>
        <w:t xml:space="preserve">The archived programs provide exact coefficient arithmetic, finite comparisons, and checks of stated identities. Such checks are useful for detecting errors in constants, signs, and normalization. They do not replace a quantified proof over unrestricted integer frequencies. Conversely, a short proof for an infinite family can establish a genuine limitation of a method even when a numerical search over that family would be inconclusive.</w:t>
      </w:r>
    </w:p>
    <w:p>
      <w:pPr>
        <w:pStyle w:val="BodyText"/>
      </w:pPr>
      <w:r>
        <w:t xml:space="preserve">The specialized uniform approximation theorem is presented as a checkable result of this project, with novelty unverified. An independent specialist should compare it with the existing pushforward and polynomial-concentration literature before it is described as a new research contribution. An internal verification pass is not external peer review, and publication of these materials does not imply endorsement by a journal or a mathematical institution.</w:t>
      </w:r>
    </w:p>
    <w:p>
      <w:pPr>
        <w:pStyle w:val="BodyText"/>
      </w:pPr>
      <w:r>
        <w:t xml:space="preserve">The mathematical work also does not establish an audible improvement, a processing algorithm suitable for every audio signal, or a performance guarantee for Bass Plus. The connection to sound motivates the model and helps identify physically meaningful distinctions—amplitude versus squared amplitude, phase-sensitive fields versus intensities, continuous minima versus samples—but those distinctions do not expand the hypotheses of the original problem.</w:t>
      </w:r>
    </w:p>
    <w:bookmarkStart w:id="125" w:name="citation-keys-used-in-this-appendix"/>
    <w:p>
      <w:pPr>
        <w:pStyle w:val="Heading3"/>
      </w:pPr>
      <w:r>
        <w:t xml:space="preserve">Citation keys used in this appendix</w:t>
      </w:r>
    </w:p>
    <w:p>
      <w:pPr>
        <w:pStyle w:val="FirstParagraph"/>
      </w:pPr>
      <w:r>
        <w:t xml:space="preserve">The publication package supplies full bibliographic entries. The core methodological references are:</w:t>
      </w:r>
    </w:p>
    <w:p>
      <w:pPr>
        <w:pStyle w:val="BodyText"/>
      </w:pPr>
      <w:hyperlink w:anchor="lasserre2021">
        <w:r>
          <w:rPr>
            <w:rStyle w:val="Hyperlink"/>
            <w:bCs/>
            <w:b/>
          </w:rPr>
          <w:t xml:space="preserve">[Lasserre2021]</w:t>
        </w:r>
      </w:hyperlink>
      <w:r>
        <w:t xml:space="preserve"> </w:t>
      </w:r>
      <w:r>
        <w:t xml:space="preserve">Jean B. Lasserre,</w:t>
      </w:r>
      <w:r>
        <w:t xml:space="preserve"> </w:t>
      </w:r>
      <w:r>
        <w:rPr>
          <w:iCs/>
          <w:i/>
        </w:rPr>
        <w:t xml:space="preserve">Connecting optimization with spectral analysis of tri-diagonal matrices</w:t>
      </w:r>
      <w:r>
        <w:t xml:space="preserve">,</w:t>
      </w:r>
      <w:r>
        <w:t xml:space="preserve"> </w:t>
      </w:r>
      <w:r>
        <w:rPr>
          <w:iCs/>
          <w:i/>
        </w:rPr>
        <w:t xml:space="preserve">Mathematical Programming</w:t>
      </w:r>
      <w:r>
        <w:t xml:space="preserve"> </w:t>
      </w:r>
      <w:r>
        <w:t xml:space="preserve">190, 795–809 (2021); DOI: 10.1007/s10107-020-01549-3; arXiv:1907.09784. Prior art for the pushforward hierarchy and its eigenvalue interpretation.</w:t>
      </w:r>
    </w:p>
    <w:p>
      <w:pPr>
        <w:pStyle w:val="BodyText"/>
      </w:pPr>
      <w:hyperlink w:anchor="slotlaurent2021">
        <w:r>
          <w:rPr>
            <w:rStyle w:val="Hyperlink"/>
            <w:bCs/>
            <w:b/>
          </w:rPr>
          <w:t xml:space="preserve">[SlotLaurent2021]</w:t>
        </w:r>
      </w:hyperlink>
      <w:r>
        <w:t xml:space="preserve"> </w:t>
      </w:r>
      <w:r>
        <w:t xml:space="preserve">Lucas Slot and Monique Laurent,</w:t>
      </w:r>
      <w:r>
        <w:t xml:space="preserve"> </w:t>
      </w:r>
      <w:r>
        <w:rPr>
          <w:iCs/>
          <w:i/>
        </w:rPr>
        <w:t xml:space="preserve">Near-optimal analysis of Lasserre’s univariate measure-based bounds for multivariate polynomial optimization</w:t>
      </w:r>
      <w:r>
        <w:t xml:space="preserve">,</w:t>
      </w:r>
      <w:r>
        <w:t xml:space="preserve"> </w:t>
      </w:r>
      <w:r>
        <w:rPr>
          <w:iCs/>
          <w:i/>
        </w:rPr>
        <w:t xml:space="preserve">Mathematical Programming</w:t>
      </w:r>
      <w:r>
        <w:t xml:space="preserve"> </w:t>
      </w:r>
      <w:r>
        <w:t xml:space="preserve">188, 443–460 (2021); DOI: 10.1007/s10107-020-01586-y; arXiv:2001.11289. Prior analysis of the univariate measure-based bounds and their convergence.</w:t>
      </w:r>
    </w:p>
    <w:p>
      <w:pPr>
        <w:pStyle w:val="BodyText"/>
      </w:pPr>
      <w:hyperlink w:anchor="slotlaurent2022">
        <w:r>
          <w:rPr>
            <w:rStyle w:val="Hyperlink"/>
            <w:bCs/>
            <w:b/>
          </w:rPr>
          <w:t xml:space="preserve">[SlotLaurent2022]</w:t>
        </w:r>
      </w:hyperlink>
      <w:r>
        <w:t xml:space="preserve"> </w:t>
      </w:r>
      <w:r>
        <w:t xml:space="preserve">Lucas Slot and Monique Laurent,</w:t>
      </w:r>
      <w:r>
        <w:t xml:space="preserve"> </w:t>
      </w:r>
      <w:r>
        <w:rPr>
          <w:iCs/>
          <w:i/>
        </w:rPr>
        <w:t xml:space="preserve">Improved convergence analysis of Lasserre’s measure-based upper bounds for polynomial minimization on compact sets</w:t>
      </w:r>
      <w:r>
        <w:t xml:space="preserve">,</w:t>
      </w:r>
      <w:r>
        <w:t xml:space="preserve"> </w:t>
      </w:r>
      <w:r>
        <w:rPr>
          <w:iCs/>
          <w:i/>
        </w:rPr>
        <w:t xml:space="preserve">Mathematical Programming</w:t>
      </w:r>
      <w:r>
        <w:t xml:space="preserve"> </w:t>
      </w:r>
      <w:r>
        <w:t xml:space="preserve">193, 831–871 (2022); DOI: 10.1007/s10107-020-01468-3; arXiv:1905.08142. Prior art for Chebyshev and needle-polynomial concentration estimates.</w:t>
      </w:r>
    </w:p>
    <w:p>
      <w:pPr>
        <w:pStyle w:val="BodyText"/>
      </w:pPr>
      <w:hyperlink w:anchor="nistdlmf">
        <w:r>
          <w:rPr>
            <w:rStyle w:val="Hyperlink"/>
            <w:bCs/>
            <w:b/>
          </w:rPr>
          <w:t xml:space="preserve">[NISTDLMF]</w:t>
        </w:r>
      </w:hyperlink>
      <w:r>
        <w:t xml:space="preserve"> </w:t>
      </w:r>
      <w:r>
        <w:t xml:space="preserve">National Institute of Standards and Technology,</w:t>
      </w:r>
      <w:r>
        <w:t xml:space="preserve"> </w:t>
      </w:r>
      <w:r>
        <w:rPr>
          <w:iCs/>
          <w:i/>
        </w:rPr>
        <w:t xml:space="preserve">Digital Library of Mathematical Functions</w:t>
      </w:r>
      <w:r>
        <w:t xml:space="preserve">, Section 18.5,</w:t>
      </w:r>
      <w:r>
        <w:t xml:space="preserve"> </w:t>
      </w:r>
      <w:r>
        <w:t xml:space="preserve">“</w:t>
      </w:r>
      <w:r>
        <w:t xml:space="preserve">Explicit Representations,</w:t>
      </w:r>
      <w:r>
        <w:t xml:space="preserve">”</w:t>
      </w:r>
      <w:r>
        <w:t xml:space="preserve"> </w:t>
      </w:r>
      <w:r>
        <w:t xml:space="preserve">equation 18.5.1. Source for the standard Chebyshev representation used in (E.3).</w:t>
      </w:r>
    </w:p>
    <w:p>
      <w:pPr>
        <w:pStyle w:val="BodyText"/>
      </w:pPr>
      <w:hyperlink w:anchor="perlazabisson2025">
        <w:r>
          <w:rPr>
            <w:rStyle w:val="Hyperlink"/>
            <w:bCs/>
            <w:b/>
          </w:rPr>
          <w:t xml:space="preserve">[PerlazaBisson2025]</w:t>
        </w:r>
      </w:hyperlink>
      <w:r>
        <w:t xml:space="preserve"> </w:t>
      </w:r>
      <w:r>
        <w:t xml:space="preserve">Samir M. Perlaza and Gaetan Bisson,</w:t>
      </w:r>
      <w:r>
        <w:t xml:space="preserve"> </w:t>
      </w:r>
      <w:r>
        <w:rPr>
          <w:iCs/>
          <w:i/>
        </w:rPr>
        <w:t xml:space="preserve">Variations on the Expectation Due to Changes in the Probability Measure</w:t>
      </w:r>
      <w:r>
        <w:t xml:space="preserve">,</w:t>
      </w:r>
      <w:r>
        <w:t xml:space="preserve"> </w:t>
      </w:r>
      <w:r>
        <w:rPr>
          <w:iCs/>
          <w:i/>
        </w:rPr>
        <w:t xml:space="preserve">Entropy</w:t>
      </w:r>
      <w:r>
        <w:t xml:space="preserve"> </w:t>
      </w:r>
      <w:r>
        <w:t xml:space="preserve">27(8), 865 (2025); DOI: 10.3390/e27080865. Context for changes of expectation, Gibbs measures, and relative entropy in Section L.</w:t>
      </w:r>
    </w:p>
    <w:p>
      <w:pPr>
        <w:pStyle w:val="BodyText"/>
      </w:pPr>
      <w:r>
        <w:t xml:space="preserve">The reference dates in these keys refer to the bibliography’s publication identification; the linked preprints can have earlier submission dates. The historical investigations and source programs underlying this appendix are retained elsewhere in the package for reproducibility, rather than silently rewritten as if every exploratory statement had been correct from its first appearance.</w:t>
      </w:r>
    </w:p>
    <w:bookmarkEnd w:id="125"/>
    <w:bookmarkEnd w:id="126"/>
    <w:bookmarkEnd w:id="127"/>
    <w:bookmarkStart w:id="228" w:name="research-catalogue-of-ninety-approaches"/>
    <w:p>
      <w:pPr>
        <w:pStyle w:val="Heading1"/>
        <w:pageBreakBefore/>
      </w:pPr>
      <w:r>
        <w:t xml:space="preserve">Research Catalogue of Ninety Approaches</w:t>
      </w:r>
    </w:p>
    <w:p>
      <w:pPr>
        <w:pStyle w:val="FirstParagraph"/>
      </w:pPr>
      <w:r>
        <w:t xml:space="preserve">This catalogue records the actual scope of ninety numbered approaches developed in an AI-assisted investigation motivated by sound. The common question concerns</w:t>
      </w:r>
    </w:p>
    <w:p>
      <w:pPr>
        <w:pStyle w:val="BodyText"/>
        <w:keepLines/>
      </w:pPr>
      <m:oMathPara>
        <m:oMathParaPr>
          <m:jc m:val="center"/>
        </m:oMathParaPr>
        <m:oMath>
          <m:sSub>
            <m:e>
              <m:r>
                <m:t>f</m:t>
              </m:r>
            </m:e>
            <m:sub>
              <m:r>
                <m:t>A</m:t>
              </m:r>
            </m:sub>
          </m:sSub>
          <m:d>
            <m:dPr>
              <m:begChr m:val="("/>
              <m:sepChr m:val=""/>
              <m:endChr m:val=")"/>
              <m:grow/>
            </m:dPr>
            <m:e>
              <m:r>
                <m:t>x</m:t>
              </m:r>
            </m:e>
          </m:d>
          <m:r>
            <m:rPr>
              <m:sty m:val="p"/>
            </m:rPr>
            <m:t>=</m:t>
          </m:r>
          <m:nary>
            <m:naryPr>
              <m:chr m:val="∑"/>
              <m:limLoc m:val="undOvr"/>
              <m:subHide m:val="off"/>
              <m:supHide m:val="on"/>
            </m:naryPr>
            <m:sub>
              <m:r>
                <m:t>a</m:t>
              </m:r>
              <m:r>
                <m:rPr>
                  <m:sty m:val="p"/>
                </m:rPr>
                <m:t>∈</m:t>
              </m:r>
              <m:r>
                <m:t>A</m:t>
              </m:r>
            </m:sub>
            <m:sup>
              <m:r>
                <m:t>​</m:t>
              </m:r>
            </m:sup>
            <m:e>
              <m:r>
                <m:rPr>
                  <m:sty m:val="p"/>
                </m:rPr>
                <m:t>cos</m:t>
              </m:r>
            </m:e>
          </m:nary>
          <m:d>
            <m:dPr>
              <m:begChr m:val="("/>
              <m:sepChr m:val=""/>
              <m:endChr m:val=")"/>
              <m:grow/>
            </m:dPr>
            <m:e>
              <m:r>
                <m:t>a</m:t>
              </m:r>
              <m:r>
                <m:t>x</m:t>
              </m:r>
            </m:e>
          </m:d>
          <m:r>
            <m:rPr>
              <m:sty m:val="p"/>
            </m:rPr>
            <m:t>,</m:t>
          </m:r>
          <m:r>
            <m:t>  </m:t>
          </m:r>
          <m:r>
            <m:t>K</m:t>
          </m:r>
          <m:d>
            <m:dPr>
              <m:begChr m:val="("/>
              <m:sepChr m:val=""/>
              <m:endChr m:val=")"/>
              <m:grow/>
            </m:dPr>
            <m:e>
              <m:r>
                <m:t>A</m:t>
              </m:r>
            </m:e>
          </m:d>
          <m:r>
            <m:rPr>
              <m:sty m:val="p"/>
            </m:rPr>
            <m:t>=</m:t>
          </m:r>
          <m:r>
            <m:rPr>
              <m:sty m:val="p"/>
            </m:rPr>
            <m:t>−</m:t>
          </m:r>
          <m:limLow>
            <m:e>
              <m:r>
                <m:rPr>
                  <m:sty m:val="p"/>
                </m:rPr>
                <m:t>min</m:t>
              </m:r>
            </m:e>
            <m:lim>
              <m:r>
                <m:t>x</m:t>
              </m:r>
            </m:lim>
          </m:limLow>
          <m:sSub>
            <m:e>
              <m:r>
                <m:t>f</m:t>
              </m:r>
            </m:e>
            <m:sub>
              <m:r>
                <m:t>A</m:t>
              </m:r>
            </m:sub>
          </m:sSub>
          <m:d>
            <m:dPr>
              <m:begChr m:val="("/>
              <m:sepChr m:val=""/>
              <m:endChr m:val=")"/>
              <m:grow/>
            </m:dPr>
            <m:e>
              <m:r>
                <m:t>x</m:t>
              </m:r>
            </m:e>
          </m:d>
          <m:r>
            <m:rPr>
              <m:sty m:val="p"/>
            </m:rPr>
            <m:t>,</m:t>
          </m:r>
          <m:r>
            <m:t>  </m:t>
          </m:r>
          <m:r>
            <m:t>N</m:t>
          </m:r>
          <m:r>
            <m:rPr>
              <m:sty m:val="p"/>
            </m:rPr>
            <m:t>=</m:t>
          </m:r>
          <m:d>
            <m:dPr>
              <m:begChr m:val="|"/>
              <m:sepChr m:val=""/>
              <m:endChr m:val="|"/>
              <m:grow/>
            </m:dPr>
            <m:e>
              <m:r>
                <m:t>A</m:t>
              </m:r>
            </m:e>
          </m:d>
          <m:r>
            <m:rPr>
              <m:sty m:val="p"/>
            </m:rPr>
            <m:t>,</m:t>
          </m:r>
        </m:oMath>
      </m:oMathPara>
    </w:p>
    <w:p>
      <w:pPr>
        <w:pStyle w:val="FirstParagraph"/>
        <w:keepLines/>
      </w:pPr>
      <w:r>
        <w:t xml:space="preserve">where the frequencies are distinct positive integers, every amplitude is one, and all phases arise from the same variable. The desired conclusion is one absolute positive constant</w:t>
      </w:r>
      <w:r>
        <w:t xml:space="preserve"> </w:t>
      </w:r>
      <m:oMath>
        <m:r>
          <m:t>c</m:t>
        </m:r>
      </m:oMath>
      <w:r>
        <w:t xml:space="preserve"> </w:t>
      </w:r>
      <w:r>
        <w:t xml:space="preserve">such that</w:t>
      </w:r>
      <w:r>
        <w:t xml:space="preserve"> </w:t>
      </w:r>
      <m:oMath>
        <m:r>
          <m:t>K</m:t>
        </m:r>
        <m:d>
          <m:dPr>
            <m:begChr m:val="("/>
            <m:sepChr m:val=""/>
            <m:endChr m:val=")"/>
            <m:grow/>
          </m:dPr>
          <m:e>
            <m:r>
              <m:t>A</m:t>
            </m:r>
          </m:e>
        </m:d>
        <m:r>
          <m:rPr>
            <m:sty m:val="p"/>
          </m:rPr>
          <m:t>≥</m:t>
        </m:r>
        <m:r>
          <m:t>c</m:t>
        </m:r>
        <m:rad>
          <m:radPr>
            <m:degHide m:val="on"/>
          </m:radPr>
          <m:deg/>
          <m:e>
            <m:r>
              <m:t>N</m:t>
            </m:r>
          </m:e>
        </m:rad>
      </m:oMath>
      <w:r>
        <w:t xml:space="preserve"> </w:t>
      </w:r>
      <w:r>
        <w:t xml:space="preserve">for every admissible set.</w:t>
      </w:r>
      <w:r>
        <w:t xml:space="preserve"> </w:t>
      </w:r>
      <w:r>
        <w:rPr>
          <w:bCs/>
          <w:b/>
        </w:rPr>
        <w:t xml:space="preserve">This collection neither proves that conclusion nor supplies a counterexample to it.</w:t>
      </w:r>
    </w:p>
    <w:p>
      <w:pPr>
        <w:pStyle w:val="BodyText"/>
      </w:pPr>
      <w:r>
        <w:t xml:space="preserve">The numbers identify research branches, not independent discoveries. Several branches revisit the same mechanism in a different language: frequency compression reappears as a finite-cutoff function; Gibbs weighting reappears as imaginary-time evolution; rational factorization reappears as amplitude quantization. Those connections are part of the record. A failed proposed inequality is an informative negative result only within its stated scope.</w:t>
      </w:r>
    </w:p>
    <w:bookmarkStart w:id="128" w:name="evidence-labels-and-reading-conventions"/>
    <w:p>
      <w:pPr>
        <w:pStyle w:val="Heading2"/>
      </w:pPr>
      <w:r>
        <w:t xml:space="preserve">Evidence labels and reading conventions</w:t>
      </w:r>
    </w:p>
    <w:p>
      <w:pPr>
        <w:numPr>
          <w:ilvl w:val="0"/>
          <w:numId w:val="1003"/>
        </w:numPr>
        <w:pStyle w:val="Compact"/>
      </w:pPr>
      <w:r>
        <w:rPr>
          <w:bCs/>
          <w:b/>
        </w:rPr>
        <w:t xml:space="preserve">Proved in the notes:</w:t>
      </w:r>
      <w:r>
        <w:t xml:space="preserve"> </w:t>
      </w:r>
      <w:r>
        <w:t xml:space="preserve">a mathematical argument is supplied in the linked record. This label does not mean external peer review, formal proof-assistant verification, or established novelty.</w:t>
      </w:r>
    </w:p>
    <w:p>
      <w:pPr>
        <w:numPr>
          <w:ilvl w:val="0"/>
          <w:numId w:val="1003"/>
        </w:numPr>
        <w:pStyle w:val="Compact"/>
      </w:pPr>
      <w:r>
        <w:rPr>
          <w:bCs/>
          <w:b/>
        </w:rPr>
        <w:t xml:space="preserve">Exact counterexample:</w:t>
      </w:r>
      <w:r>
        <w:t xml:space="preserve"> </w:t>
      </w:r>
      <w:r>
        <w:t xml:space="preserve">an explicit construction disproves the specified intermediate assertion. It does not automatically disprove the original conjecture.</w:t>
      </w:r>
    </w:p>
    <w:p>
      <w:pPr>
        <w:numPr>
          <w:ilvl w:val="0"/>
          <w:numId w:val="1003"/>
        </w:numPr>
        <w:pStyle w:val="Compact"/>
      </w:pPr>
      <w:r>
        <w:rPr>
          <w:bCs/>
          <w:b/>
        </w:rPr>
        <w:t xml:space="preserve">Finite computation:</w:t>
      </w:r>
      <w:r>
        <w:t xml:space="preserve"> </w:t>
      </w:r>
      <w:r>
        <w:t xml:space="preserve">the conclusion applies to the reported finite search or certificate. Approximate reconnaissance and exact certification are distinguished.</w:t>
      </w:r>
    </w:p>
    <w:p>
      <w:pPr>
        <w:numPr>
          <w:ilvl w:val="0"/>
          <w:numId w:val="1003"/>
        </w:numPr>
        <w:pStyle w:val="Compact"/>
      </w:pPr>
      <w:r>
        <w:rPr>
          <w:bCs/>
          <w:b/>
        </w:rPr>
        <w:t xml:space="preserve">Conditional or unresolved:</w:t>
      </w:r>
      <w:r>
        <w:t xml:space="preserve"> </w:t>
      </w:r>
      <w:r>
        <w:t xml:space="preserve">a useful reduction has been made, but its sufficient hypothesis has not been established.</w:t>
      </w:r>
    </w:p>
    <w:p>
      <w:pPr>
        <w:numPr>
          <w:ilvl w:val="0"/>
          <w:numId w:val="1003"/>
        </w:numPr>
        <w:pStyle w:val="Compact"/>
      </w:pPr>
      <w:r>
        <w:rPr>
          <w:bCs/>
          <w:b/>
        </w:rPr>
        <w:t xml:space="preserve">Reconstructed or historical:</w:t>
      </w:r>
      <w:r>
        <w:t xml:space="preserve"> </w:t>
      </w:r>
      <w:r>
        <w:t xml:space="preserve">the original working files were lost. A replacement text or an earlier report survives; these are not interchangeable with the missing bytes.</w:t>
      </w:r>
    </w:p>
    <w:p>
      <w:pPr>
        <w:pStyle w:val="FirstParagraph"/>
      </w:pPr>
      <w:r>
        <w:t xml:space="preserve">The catalogue is written in English. Linked historical records retain their original English or Russian wording so that corrections and provenance remain inspectable. The accompanying verification report identifies what was rerun for this publication; references to older executions below are historical evidence, not a claim that every experiment has just been repeated.</w:t>
      </w:r>
    </w:p>
    <w:bookmarkEnd w:id="128"/>
    <w:bookmarkStart w:id="130" w:name="X977d29fdda8f54d4af2cb3393123b913eb39b34"/>
    <w:p>
      <w:pPr>
        <w:pStyle w:val="Heading2"/>
      </w:pPr>
      <w:r>
        <w:t xml:space="preserve">Unnumbered groundwork: retained without retrospective numbering</w:t>
      </w:r>
    </w:p>
    <w:p>
      <w:pPr>
        <w:pStyle w:val="FirstParagraph"/>
      </w:pPr>
      <w:r>
        <w:t xml:space="preserve">Before the numbered series, the project explored exact finite searches, simulated annealing, Bernstein positivity certificates, spectral Gram matrices, damped products, scalar moments, and a probability-convolution reformulation. These materials are included as groundwork rather than being relabelled as additional approaches. Their main role is to establish the target, expose tempting relaxations, and supply reproducible small examples.</w:t>
      </w:r>
    </w:p>
    <w:p>
      <w:pPr>
        <w:pStyle w:val="BodyText"/>
      </w:pPr>
      <w:r>
        <w:t xml:space="preserve">The finite-search directories include searches in bounded frequency universes, logs, and certificates. Such searches can certify statements inside their specified universes; none bounds the unrestricted maximum frequency. The general-method notes separately investigate whether the resulting patterns could support an all-frequency theorem. A probability density with a flat nonzero Fourier spectrum gives a reversible reformulation, while a singular measure shows why absolute continuity matters. A damped-product monotonicity claim is refuted by an exact integer calculation. The moment and spectral records contain additional countermodels to restricted proposed estimates.</w:t>
      </w:r>
    </w:p>
    <w:p>
      <w:pPr>
        <w:pStyle w:val="BodyText"/>
      </w:pPr>
      <w:r>
        <w:t xml:space="preserve">Sources: general checkpoint, original report, finite computation guide, finite-search audit, moment obstructions, and factorization notes.</w:t>
      </w:r>
    </w:p>
    <w:p>
      <w:pPr>
        <w:pStyle w:val="BodyText"/>
        <w:keepLines/>
      </w:pPr>
      <w:r>
        <w:t xml:space="preserve">A selected fresh reproduction during publication preparation rechecked the exact finite optimum over all 4,194,303 nonempty subsets of</w:t>
      </w:r>
      <w:r>
        <w:t xml:space="preserve"> </w:t>
      </w:r>
      <m:oMath>
        <m:r>
          <m:rPr>
            <m:sty m:val="p"/>
          </m:rPr>
          <m:t>{</m:t>
        </m:r>
        <m:r>
          <m:t>1</m:t>
        </m:r>
        <m:r>
          <m:rPr>
            <m:sty m:val="p"/>
          </m:rPr>
          <m:t>,</m:t>
        </m:r>
        <m:r>
          <m:rPr>
            <m:sty m:val="p"/>
          </m:rPr>
          <m:t>…</m:t>
        </m:r>
        <m:r>
          <m:rPr>
            <m:sty m:val="p"/>
          </m:rPr>
          <m:t>,</m:t>
        </m:r>
        <m:r>
          <m:t>22</m:t>
        </m:r>
        <m:r>
          <m:rPr>
            <m:sty m:val="p"/>
          </m:rPr>
          <m:t>}</m:t>
        </m:r>
      </m:oMath>
      <w:r>
        <w:t xml:space="preserve">. Two different enumeration methods identified the same unique minimizer of</w:t>
      </w:r>
      <w:r>
        <w:t xml:space="preserve"> </w:t>
      </w:r>
      <m:oMath>
        <m:r>
          <m:t>K</m:t>
        </m:r>
        <m:d>
          <m:dPr>
            <m:begChr m:val="("/>
            <m:sepChr m:val=""/>
            <m:endChr m:val=")"/>
            <m:grow/>
          </m:dPr>
          <m:e>
            <m:r>
              <m:t>A</m:t>
            </m:r>
          </m:e>
        </m:d>
        <m:r>
          <m:rPr>
            <m:sty m:val="p"/>
          </m:rPr>
          <m:t>/</m:t>
        </m:r>
        <m:rad>
          <m:radPr>
            <m:degHide m:val="on"/>
          </m:radPr>
          <m:deg/>
          <m:e>
            <m:d>
              <m:dPr>
                <m:begChr m:val="|"/>
                <m:sepChr m:val=""/>
                <m:endChr m:val="|"/>
                <m:grow/>
              </m:dPr>
              <m:e>
                <m:r>
                  <m:t>A</m:t>
                </m:r>
              </m:e>
            </m:d>
          </m:e>
        </m:rad>
      </m:oMath>
      <w:r>
        <w:t xml:space="preserve">:</w:t>
      </w:r>
    </w:p>
    <w:p>
      <w:pPr>
        <w:pStyle w:val="BodyText"/>
        <w:keepLines/>
      </w:pPr>
      <m:oMathPara>
        <m:oMathParaPr>
          <m:jc m:val="center"/>
        </m:oMathParaPr>
        <m:oMath>
          <m:sSub>
            <m:e>
              <m:r>
                <m:t>A</m:t>
              </m:r>
            </m:e>
            <m:sub>
              <m:r>
                <m:rPr>
                  <m:sty m:val="p"/>
                </m:rPr>
                <m:t>*</m:t>
              </m:r>
            </m:sub>
          </m:sSub>
          <m:r>
            <m:rPr>
              <m:sty m:val="p"/>
            </m:rPr>
            <m:t>=</m:t>
          </m:r>
          <m:r>
            <m:rPr>
              <m:sty m:val="p"/>
            </m:rPr>
            <m:t>{</m:t>
          </m:r>
          <m:r>
            <m:t>1</m:t>
          </m:r>
          <m:r>
            <m:rPr>
              <m:sty m:val="p"/>
            </m:rPr>
            <m:t>,</m:t>
          </m:r>
          <m:r>
            <m:t>2</m:t>
          </m:r>
          <m:r>
            <m:rPr>
              <m:sty m:val="p"/>
            </m:rPr>
            <m:t>,</m:t>
          </m:r>
          <m:r>
            <m:t>3</m:t>
          </m:r>
          <m:r>
            <m:rPr>
              <m:sty m:val="p"/>
            </m:rPr>
            <m:t>,</m:t>
          </m:r>
          <m:r>
            <m:t>4</m:t>
          </m:r>
          <m:r>
            <m:rPr>
              <m:sty m:val="p"/>
            </m:rPr>
            <m:t>,</m:t>
          </m:r>
          <m:r>
            <m:t>5</m:t>
          </m:r>
          <m:r>
            <m:rPr>
              <m:sty m:val="p"/>
            </m:rPr>
            <m:t>,</m:t>
          </m:r>
          <m:r>
            <m:t>6</m:t>
          </m:r>
          <m:r>
            <m:rPr>
              <m:sty m:val="p"/>
            </m:rPr>
            <m:t>,</m:t>
          </m:r>
          <m:r>
            <m:t>7</m:t>
          </m:r>
          <m:r>
            <m:rPr>
              <m:sty m:val="p"/>
            </m:rPr>
            <m:t>,</m:t>
          </m:r>
          <m:r>
            <m:t>8</m:t>
          </m:r>
          <m:r>
            <m:rPr>
              <m:sty m:val="p"/>
            </m:rPr>
            <m:t>,</m:t>
          </m:r>
          <m:r>
            <m:t>10</m:t>
          </m:r>
          <m:r>
            <m:rPr>
              <m:sty m:val="p"/>
            </m:rPr>
            <m:t>,</m:t>
          </m:r>
          <m:r>
            <m:t>11</m:t>
          </m:r>
          <m:r>
            <m:rPr>
              <m:sty m:val="p"/>
            </m:rPr>
            <m:t>,</m:t>
          </m:r>
          <m:r>
            <m:t>13</m:t>
          </m:r>
          <m:r>
            <m:rPr>
              <m:sty m:val="p"/>
            </m:rPr>
            <m:t>,</m:t>
          </m:r>
          <m:r>
            <m:t>14</m:t>
          </m:r>
          <m:r>
            <m:rPr>
              <m:sty m:val="p"/>
            </m:rPr>
            <m:t>,</m:t>
          </m:r>
          <m:r>
            <m:t>15</m:t>
          </m:r>
          <m:r>
            <m:rPr>
              <m:sty m:val="p"/>
            </m:rPr>
            <m:t>,</m:t>
          </m:r>
          <m:r>
            <m:t>16</m:t>
          </m:r>
          <m:r>
            <m:rPr>
              <m:sty m:val="p"/>
            </m:rPr>
            <m:t>,</m:t>
          </m:r>
          <m:r>
            <m:t>17</m:t>
          </m:r>
          <m:r>
            <m:rPr>
              <m:sty m:val="p"/>
            </m:rPr>
            <m:t>,</m:t>
          </m:r>
          <m:r>
            <m:t>21</m:t>
          </m:r>
          <m:r>
            <m:rPr>
              <m:sty m:val="p"/>
            </m:rPr>
            <m:t>}</m:t>
          </m:r>
          <m:r>
            <m:rPr>
              <m:sty m:val="p"/>
            </m:rPr>
            <m:t>.</m:t>
          </m:r>
        </m:oMath>
      </m:oMathPara>
    </w:p>
    <w:p>
      <w:pPr>
        <w:pStyle w:val="FirstParagraph"/>
        <w:keepLines/>
      </w:pPr>
      <w:r>
        <w:t xml:space="preserve">Its depth is strictly between</w:t>
      </w:r>
      <w:r>
        <w:t xml:space="preserve"> </w:t>
      </w:r>
      <m:oMath>
        <m:r>
          <m:t>2.4548327530</m:t>
        </m:r>
      </m:oMath>
      <w:r>
        <w:t xml:space="preserve"> </w:t>
      </w:r>
      <w:r>
        <w:t xml:space="preserve">and</w:t>
      </w:r>
      <w:r>
        <w:t xml:space="preserve"> </w:t>
      </w:r>
      <m:oMath>
        <m:r>
          <m:t>2.4548327531</m:t>
        </m:r>
      </m:oMath>
      <w:r>
        <w:t xml:space="preserve">, certified by exact polynomial arguments. The finite comparison does not extend beyond the specified universe. Details and current execution evidence are in the</w:t>
      </w:r>
      <w:r>
        <w:t xml:space="preserve"> </w:t>
      </w:r>
      <w:hyperlink r:id="rId129">
        <w:r>
          <w:rPr>
            <w:rStyle w:val="Hyperlink"/>
          </w:rPr>
          <w:t xml:space="preserve">groundwork reproduction report</w:t>
        </w:r>
      </w:hyperlink>
      <w:r>
        <w:t xml:space="preserve">.</w:t>
      </w:r>
    </w:p>
    <w:bookmarkEnd w:id="130"/>
    <w:bookmarkStart w:id="151" w:name="X2cfa10b325064c8fcf532c26393a0a80c66e6f5"/>
    <w:p>
      <w:pPr>
        <w:pStyle w:val="Heading2"/>
      </w:pPr>
      <w:r>
        <w:t xml:space="preserve">Approaches 01–20: unconventional mechanisms</w:t>
      </w:r>
    </w:p>
    <w:bookmarkStart w:id="131" w:name="X866de8d22ce94764b1887424c5adc2b483889ea"/>
    <w:p>
      <w:pPr>
        <w:pStyle w:val="Heading3"/>
      </w:pPr>
      <w:r>
        <w:t xml:space="preserve">01. Replace commuting rotations by free rotations</w:t>
      </w:r>
    </w:p>
    <w:p>
      <w:pPr>
        <w:pStyle w:val="FirstParagraph"/>
        <w:keepLines/>
      </w:pPr>
      <w:r>
        <w:rPr>
          <w:bCs/>
          <w:b/>
        </w:rPr>
        <w:t xml:space="preserve">Outcome: exact transfer refuted; weaker comparison unresolved.</w:t>
      </w:r>
      <w:r>
        <w:t xml:space="preserve"> </w:t>
      </w:r>
      <w:r>
        <w:t xml:space="preserve">The idea replaces the commuting shifts behind a cosine sum with noncommuting shifts, whose spectral edge is explicitly accessible. The proposed transfer of that edge back to the original one-dimensional model fails already for</w:t>
      </w:r>
      <w:r>
        <w:t xml:space="preserve"> </w:t>
      </w:r>
      <m:oMath>
        <m:r>
          <m:t>A</m:t>
        </m:r>
        <m:r>
          <m:rPr>
            <m:sty m:val="p"/>
          </m:rPr>
          <m:t>=</m:t>
        </m:r>
        <m:r>
          <m:rPr>
            <m:sty m:val="p"/>
          </m:rPr>
          <m:t>{</m:t>
        </m:r>
        <m:r>
          <m:t>1</m:t>
        </m:r>
        <m:r>
          <m:rPr>
            <m:sty m:val="p"/>
          </m:rPr>
          <m:t>,</m:t>
        </m:r>
        <m:r>
          <m:t>2</m:t>
        </m:r>
        <m:r>
          <m:rPr>
            <m:sty m:val="p"/>
          </m:rPr>
          <m:t>}</m:t>
        </m:r>
      </m:oMath>
      <w:r>
        <w:t xml:space="preserve">, where</w:t>
      </w:r>
      <w:r>
        <w:t xml:space="preserve"> </w:t>
      </w:r>
      <m:oMath>
        <m:r>
          <m:t>K</m:t>
        </m:r>
        <m:r>
          <m:rPr>
            <m:sty m:val="p"/>
          </m:rPr>
          <m:t>=</m:t>
        </m:r>
        <m:r>
          <m:t>9</m:t>
        </m:r>
        <m:r>
          <m:rPr>
            <m:sty m:val="p"/>
          </m:rPr>
          <m:t>/</m:t>
        </m:r>
        <m:r>
          <m:t>8</m:t>
        </m:r>
      </m:oMath>
      <w:r>
        <w:t xml:space="preserve">. A group quotient can compare the relevant positive edge without giving the required comparison of negative edges. The calculation therefore identifies a missing directional inequality, rather than invalidating spectral methods generally. A weaker comparison with an absolute loss remains a separate, unproved candidate.</w:t>
      </w:r>
    </w:p>
    <w:p>
      <w:pPr>
        <w:pStyle w:val="BodyText"/>
      </w:pPr>
      <w:r>
        <w:t xml:space="preserve">Source: physics record.</w:t>
      </w:r>
    </w:p>
    <w:bookmarkEnd w:id="131"/>
    <w:bookmarkStart w:id="132" w:name="Xe32168ca6e1e53ba39366797794efaf4acedf9a"/>
    <w:p>
      <w:pPr>
        <w:pStyle w:val="Heading3"/>
      </w:pPr>
      <w:r>
        <w:t xml:space="preserve">02. Use fermionic determinants and exterior powers</w:t>
      </w:r>
    </w:p>
    <w:p>
      <w:pPr>
        <w:pStyle w:val="FirstParagraph"/>
      </w:pPr>
      <w:r>
        <w:rPr>
          <w:bCs/>
          <w:b/>
        </w:rPr>
        <w:t xml:space="preserve">Outcome: two specified shortcuts refuted.</w:t>
      </w:r>
      <w:r>
        <w:t xml:space="preserve"> </w:t>
      </w:r>
      <w:r>
        <w:t xml:space="preserve">Positive Toeplitz matrices can be studied through determinants and exterior powers, suggesting a fermionic description of simultaneous constraints. The record checks the full matrices rather than assuming that a short Fourier support creates a short matrix rank. That rank-collapse premise is false. A further proposed inequality subtracting a variance contribution from a determinant quantity also fails on an explicit example. Positivity of all finite sections remains valid and useful, but it does not supply the missing term-count estimate without another argument linking those determinants to the negative spectral edge.</w:t>
      </w:r>
    </w:p>
    <w:p>
      <w:pPr>
        <w:pStyle w:val="BodyText"/>
      </w:pPr>
      <w:r>
        <w:t xml:space="preserve">Source: physics record.</w:t>
      </w:r>
    </w:p>
    <w:bookmarkEnd w:id="132"/>
    <w:bookmarkStart w:id="133" w:name="X9488370f7f3b3242061a6c0c6f5f3e2017209e5"/>
    <w:p>
      <w:pPr>
        <w:pStyle w:val="Heading3"/>
      </w:pPr>
      <w:r>
        <w:t xml:space="preserve">03. Locate complex-temperature partition-function zeros</w:t>
      </w:r>
    </w:p>
    <w:p>
      <w:pPr>
        <w:pStyle w:val="FirstParagraph"/>
        <w:keepLines/>
      </w:pPr>
      <w:r>
        <w:rPr>
          <w:bCs/>
          <w:b/>
        </w:rPr>
        <w:t xml:space="preserve">Outcome: proposed zero-location premise refuted.</w:t>
      </w:r>
      <w:r>
        <w:t xml:space="preserve"> </w:t>
      </w:r>
      <w:r>
        <w:t xml:space="preserve">The partition function</w:t>
      </w:r>
      <w:r>
        <w:t xml:space="preserve"> </w:t>
      </w:r>
      <m:oMath>
        <m:r>
          <m:t>Z</m:t>
        </m:r>
        <m:d>
          <m:dPr>
            <m:begChr m:val="("/>
            <m:sepChr m:val=""/>
            <m:endChr m:val=")"/>
            <m:grow/>
          </m:dPr>
          <m:e>
            <m:r>
              <m:t>β</m:t>
            </m:r>
          </m:e>
        </m:d>
        <m:r>
          <m:rPr>
            <m:sty m:val="p"/>
          </m:rPr>
          <m:t>=</m:t>
        </m:r>
        <m:r>
          <m:rPr>
            <m:sty m:val="p"/>
            <m:scr m:val="double-struck"/>
          </m:rPr>
          <m:t>E</m:t>
        </m:r>
        <m:sSup>
          <m:e>
            <m:r>
              <m:t>e</m:t>
            </m:r>
          </m:e>
          <m:sup>
            <m:r>
              <m:rPr>
                <m:sty m:val="p"/>
              </m:rPr>
              <m:t>−</m:t>
            </m:r>
            <m:r>
              <m:t>β</m:t>
            </m:r>
            <m:sSub>
              <m:e>
                <m:r>
                  <m:t>f</m:t>
                </m:r>
              </m:e>
              <m:sub>
                <m:r>
                  <m:t>A</m:t>
                </m:r>
              </m:sub>
            </m:sSub>
          </m:sup>
        </m:sSup>
      </m:oMath>
      <w:r>
        <w:t xml:space="preserve"> </w:t>
      </w:r>
      <w:r>
        <w:t xml:space="preserve">packages the full wave into a single analytic function. An analogy with Lee–Yang theory suggested that a rigid location of its complex zeros might force a large negative edge. For</w:t>
      </w:r>
      <w:r>
        <w:t xml:space="preserve"> </w:t>
      </w:r>
      <m:oMath>
        <m:r>
          <m:t>A</m:t>
        </m:r>
        <m:r>
          <m:rPr>
            <m:sty m:val="p"/>
          </m:rPr>
          <m:t>=</m:t>
        </m:r>
        <m:r>
          <m:rPr>
            <m:sty m:val="p"/>
          </m:rPr>
          <m:t>{</m:t>
        </m:r>
        <m:r>
          <m:t>1</m:t>
        </m:r>
        <m:r>
          <m:rPr>
            <m:sty m:val="p"/>
          </m:rPr>
          <m:t>,</m:t>
        </m:r>
        <m:r>
          <m:t>2</m:t>
        </m:r>
        <m:r>
          <m:rPr>
            <m:sty m:val="p"/>
          </m:rPr>
          <m:t>}</m:t>
        </m:r>
      </m:oMath>
      <w:r>
        <w:t xml:space="preserve">, the exact third moment contradicts the symmetry required by the proposed universal imaginary-axis zero argument. The physical theorem’s hypotheses cannot simply be imported into this cosine model. Partition functions remain a valid representation; later Gibbs branches pursue their real-temperature properties without the false zero-location premise.</w:t>
      </w:r>
    </w:p>
    <w:p>
      <w:pPr>
        <w:pStyle w:val="BodyText"/>
      </w:pPr>
      <w:r>
        <w:t xml:space="preserve">Source: physics record.</w:t>
      </w:r>
    </w:p>
    <w:bookmarkEnd w:id="133"/>
    <w:bookmarkStart w:id="134" w:name="evolve-the-whole-wave-by-heat-flow"/>
    <w:p>
      <w:pPr>
        <w:pStyle w:val="Heading3"/>
      </w:pPr>
      <w:r>
        <w:t xml:space="preserve">04. Evolve the whole wave by heat flow</w:t>
      </w:r>
    </w:p>
    <w:p>
      <w:pPr>
        <w:pStyle w:val="FirstParagraph"/>
        <w:keepLines/>
      </w:pPr>
      <w:r>
        <w:rPr>
          <w:bCs/>
          <w:b/>
        </w:rPr>
        <w:t xml:space="preserve">Outcome: evolution identities proved; proposed ratio control refuted.</w:t>
      </w:r>
      <w:r>
        <w:t xml:space="preserve"> </w:t>
      </w:r>
      <w:r>
        <w:t xml:space="preserve">Heat evolution damps the mode</w:t>
      </w:r>
      <w:r>
        <w:t xml:space="preserve"> </w:t>
      </w:r>
      <m:oMath>
        <m:r>
          <m:t>a</m:t>
        </m:r>
      </m:oMath>
      <w:r>
        <w:t xml:space="preserve"> </w:t>
      </w:r>
      <w:r>
        <w:t xml:space="preserve">by</w:t>
      </w:r>
      <w:r>
        <w:t xml:space="preserve"> </w:t>
      </w:r>
      <m:oMath>
        <m:sSup>
          <m:e>
            <m:r>
              <m:t>e</m:t>
            </m:r>
          </m:e>
          <m:sup>
            <m:r>
              <m:rPr>
                <m:sty m:val="p"/>
              </m:rPr>
              <m:t>−</m:t>
            </m:r>
            <m:r>
              <m:t>t</m:t>
            </m:r>
            <m:sSup>
              <m:e>
                <m:r>
                  <m:t>a</m:t>
                </m:r>
              </m:e>
              <m:sup>
                <m:r>
                  <m:t>2</m:t>
                </m:r>
              </m:sup>
            </m:sSup>
          </m:sup>
        </m:sSup>
      </m:oMath>
      <w:r>
        <w:t xml:space="preserve">, allowing exact energy and minimum comparisons while treating the original sum as one function. However, this flow immediately replaces equal amplitudes with unequal amplitudes. An infinite evolved family defeats the proposed control relating its remaining energy to its negative minimum. The obstruction is to that particular quantitative transfer, not to heat analysis itself. Branch 85 revisits the same mechanism as phase jitter and supplies an explicit error budget that depends on the frequencies.</w:t>
      </w:r>
    </w:p>
    <w:p>
      <w:pPr>
        <w:pStyle w:val="BodyText"/>
      </w:pPr>
      <w:r>
        <w:t xml:space="preserve">Source: physics record.</w:t>
      </w:r>
    </w:p>
    <w:bookmarkEnd w:id="134"/>
    <w:bookmarkStart w:id="135" w:name="X1367f7471f25ac4aedce16d7d36c734a77f1c94"/>
    <w:p>
      <w:pPr>
        <w:pStyle w:val="Heading3"/>
      </w:pPr>
      <w:r>
        <w:t xml:space="preserve">05. Stop a Brownian representation of the analytic polynomial</w:t>
      </w:r>
    </w:p>
    <w:p>
      <w:pPr>
        <w:pStyle w:val="FirstParagraph"/>
        <w:keepLines/>
      </w:pPr>
      <w:r>
        <w:rPr>
          <w:bCs/>
          <w:b/>
        </w:rPr>
        <w:t xml:space="preserve">Outcome: scalar-data shortcut refuted.</w:t>
      </w:r>
      <w:r>
        <w:t xml:space="preserve"> </w:t>
      </w:r>
      <w:r>
        <w:t xml:space="preserve">Evaluating the analytic polynomial along stopped Brownian motion gives a martingale representation and a quadratic-variation identity. The hope was that stopping-time information would force a negative excursion of order</w:t>
      </w:r>
      <w:r>
        <w:t xml:space="preserve"> </w:t>
      </w:r>
      <m:oMath>
        <m:rad>
          <m:radPr>
            <m:degHide m:val="on"/>
          </m:radPr>
          <m:deg/>
          <m:e>
            <m:r>
              <m:t>N</m:t>
            </m:r>
          </m:e>
        </m:rad>
      </m:oMath>
      <w:r>
        <w:t xml:space="preserve">. An explicit stopped-process countermodel shares the proposed scalar constraints while violating the desired conclusion. Analyticity alone also fails to repair the tested inference. A successful refinement would have to retain additional information about the equal integer Fourier coefficients; mean, variance, and quadratic variation do not independently encode that structure.</w:t>
      </w:r>
    </w:p>
    <w:p>
      <w:pPr>
        <w:pStyle w:val="BodyText"/>
      </w:pPr>
      <w:r>
        <w:t xml:space="preserve">Source: physics record.</w:t>
      </w:r>
    </w:p>
    <w:bookmarkEnd w:id="135"/>
    <w:bookmarkStart w:id="136" w:name="bias-rational-sampling-with-gauss-sums"/>
    <w:p>
      <w:pPr>
        <w:pStyle w:val="Heading3"/>
      </w:pPr>
      <w:r>
        <w:t xml:space="preserve">06. Bias rational sampling with Gauss sums</w:t>
      </w:r>
    </w:p>
    <w:p>
      <w:pPr>
        <w:pStyle w:val="FirstParagraph"/>
      </w:pPr>
      <w:r>
        <w:rPr>
          <w:bCs/>
          <w:b/>
        </w:rPr>
        <w:t xml:space="preserve">Outcome: arithmetic partial bound proved; bounded-grid coverage refuted.</w:t>
      </w:r>
      <w:r>
        <w:t xml:space="preserve"> </w:t>
      </w:r>
      <w:r>
        <w:t xml:space="preserve">Quadratic characters produce nonnegative sampling weights on roots of unity and an exact relation between residue information and a negative witness. This gives a valid arithmetic certificate when the frequency residues cooperate. Any predetermined finite collection of such grids, including grids combined through the Chinese remainder theorem, can nevertheless be defeated by an admissible family of frequencies. The missing step is a uniform choice of useful modulus. Failure of bounded preselected grids does not establish that adaptive rational sampling or all arithmetic certificates must fail.</w:t>
      </w:r>
    </w:p>
    <w:p>
      <w:pPr>
        <w:pStyle w:val="BodyText"/>
      </w:pPr>
      <w:r>
        <w:t xml:space="preserve">Source: arithmetic record.</w:t>
      </w:r>
    </w:p>
    <w:bookmarkEnd w:id="136"/>
    <w:bookmarkStart w:id="137" w:name="Xfa2707e6d94bcdf52926cb3cbb1abf3877ca4e9"/>
    <w:p>
      <w:pPr>
        <w:pStyle w:val="Heading3"/>
      </w:pPr>
      <w:r>
        <w:t xml:space="preserve">07. Force growth through Mahler measure and resultants</w:t>
      </w:r>
    </w:p>
    <w:p>
      <w:pPr>
        <w:pStyle w:val="FirstParagraph"/>
      </w:pPr>
      <w:r>
        <w:rPr>
          <w:bCs/>
          <w:b/>
        </w:rPr>
        <w:t xml:space="preserve">Outcome: sufficient lemma isolated but unproved.</w:t>
      </w:r>
      <w:r>
        <w:t xml:space="preserve"> </w:t>
      </w:r>
      <w:r>
        <w:t xml:space="preserve">After an integer upward shift, the cosine polynomial has integer Laurent coefficients and is nonnegative on the unit circle. Its Mahler measure and resultants offer arithmetic quantities that cannot vary arbitrarily. The notes formulate a lower bound strong enough to imply the target. Generic appeals to integrality do not establish it: the inspected reciprocal and cyclotomic examples show precisely where norms or resultants can be small or vanish. A result specific to the equal-coefficient spectrum would be needed. No new Mahler-measure theorem is claimed.</w:t>
      </w:r>
    </w:p>
    <w:p>
      <w:pPr>
        <w:pStyle w:val="BodyText"/>
      </w:pPr>
      <w:r>
        <w:t xml:space="preserve">Source: arithmetic record.</w:t>
      </w:r>
    </w:p>
    <w:bookmarkEnd w:id="137"/>
    <w:bookmarkStart w:id="138" w:name="compress-an-entire-frequency-vector"/>
    <w:p>
      <w:pPr>
        <w:pStyle w:val="Heading3"/>
      </w:pPr>
      <w:r>
        <w:t xml:space="preserve">08. Compress an entire frequency vector</w:t>
      </w:r>
    </w:p>
    <w:p>
      <w:pPr>
        <w:pStyle w:val="FirstParagraph"/>
        <w:keepLines/>
      </w:pPr>
      <w:r>
        <w:rPr>
          <w:bCs/>
          <w:b/>
        </w:rPr>
        <w:t xml:space="preserve">Outcome: fixed-size attainment and effective approximation proved in the notes.</w:t>
      </w:r>
      <w:r>
        <w:t xml:space="preserve"> </w:t>
      </w:r>
      <w:r>
        <w:t xml:space="preserve">The minimum is encoded by a circle subgroup of a torus. Compactness and the lattice of integer relations yield attainment of the extremal value for each fixed</w:t>
      </w:r>
      <w:r>
        <w:t xml:space="preserve"> </w:t>
      </w:r>
      <m:oMath>
        <m:r>
          <m:t>N</m:t>
        </m:r>
      </m:oMath>
      <w:r>
        <w:t xml:space="preserve">. A separate quantitative argument preserves sufficiently many relations to replace any set by bounded frequencies while changing</w:t>
      </w:r>
      <w:r>
        <w:t xml:space="preserve"> </w:t>
      </w:r>
      <m:oMath>
        <m:r>
          <m:t>K</m:t>
        </m:r>
      </m:oMath>
      <w:r>
        <w:t xml:space="preserve"> </w:t>
      </w:r>
      <w:r>
        <w:t xml:space="preserve">by at most a prescribed error. The displayed bound is very large and depends on</w:t>
      </w:r>
      <w:r>
        <w:t xml:space="preserve"> </w:t>
      </w:r>
      <m:oMath>
        <m:r>
          <m:t>N</m:t>
        </m:r>
      </m:oMath>
      <w:r>
        <w:t xml:space="preserve"> </w:t>
      </w:r>
      <w:r>
        <w:t xml:space="preserve">and the error, but not on the original maximum frequency. This supplies an approximation procedure; it does not prove a lower bound uniform in</w:t>
      </w:r>
      <w:r>
        <w:t xml:space="preserve"> </w:t>
      </w:r>
      <m:oMath>
        <m:r>
          <m:t>N</m:t>
        </m:r>
      </m:oMath>
      <w:r>
        <w:t xml:space="preserve">.</w:t>
      </w:r>
    </w:p>
    <w:p>
      <w:pPr>
        <w:pStyle w:val="BodyText"/>
      </w:pPr>
      <w:r>
        <w:t xml:space="preserve">Sources: arithmetic record and separate audit.</w:t>
      </w:r>
    </w:p>
    <w:bookmarkEnd w:id="138"/>
    <w:bookmarkStart w:id="139" w:name="X2b8a83a5b5f59fc38c4a97ec48c23645fa6353d"/>
    <w:p>
      <w:pPr>
        <w:pStyle w:val="Heading3"/>
      </w:pPr>
      <w:r>
        <w:t xml:space="preserve">09. Detune frequencies irrationally and take a limit</w:t>
      </w:r>
    </w:p>
    <w:p>
      <w:pPr>
        <w:pStyle w:val="FirstParagraph"/>
        <w:keepLines/>
      </w:pPr>
      <w:r>
        <w:rPr>
          <w:bCs/>
          <w:b/>
        </w:rPr>
        <w:t xml:space="preserve">Outcome: interchange of limits refuted exactly.</w:t>
      </w:r>
      <w:r>
        <w:t xml:space="preserve"> </w:t>
      </w:r>
      <w:r>
        <w:t xml:space="preserve">Infinitesimal irrational detuning can make phases explore a larger torus and permits near-simultaneous negative alignment. For</w:t>
      </w:r>
      <w:r>
        <w:t xml:space="preserve"> </w:t>
      </w:r>
      <m:oMath>
        <m:r>
          <m:rPr>
            <m:sty m:val="p"/>
          </m:rPr>
          <m:t>{</m:t>
        </m:r>
        <m:r>
          <m:t>1</m:t>
        </m:r>
        <m:r>
          <m:rPr>
            <m:sty m:val="p"/>
          </m:rPr>
          <m:t>,</m:t>
        </m:r>
        <m:r>
          <m:t>2</m:t>
        </m:r>
        <m:r>
          <m:rPr>
            <m:sty m:val="p"/>
          </m:rPr>
          <m:t>}</m:t>
        </m:r>
      </m:oMath>
      <w:r>
        <w:t xml:space="preserve">, the original depth is</w:t>
      </w:r>
      <w:r>
        <w:t xml:space="preserve"> </w:t>
      </w:r>
      <m:oMath>
        <m:r>
          <m:t>9</m:t>
        </m:r>
        <m:r>
          <m:rPr>
            <m:sty m:val="p"/>
          </m:rPr>
          <m:t>/</m:t>
        </m:r>
        <m:r>
          <m:t>8</m:t>
        </m:r>
      </m:oMath>
      <w:r>
        <w:t xml:space="preserve">; for</w:t>
      </w:r>
      <w:r>
        <w:t xml:space="preserve"> </w:t>
      </w:r>
      <m:oMath>
        <m:r>
          <m:rPr>
            <m:sty m:val="p"/>
          </m:rPr>
          <m:t>{</m:t>
        </m:r>
        <m:r>
          <m:t>1</m:t>
        </m:r>
        <m:r>
          <m:rPr>
            <m:sty m:val="p"/>
          </m:rPr>
          <m:t>,</m:t>
        </m:r>
        <m:r>
          <m:t>2</m:t>
        </m:r>
        <m:r>
          <m:rPr>
            <m:sty m:val="p"/>
          </m:rPr>
          <m:t>+</m:t>
        </m:r>
        <m:r>
          <m:t>ε</m:t>
        </m:r>
        <m:r>
          <m:rPr>
            <m:sty m:val="p"/>
          </m:rPr>
          <m:t>}</m:t>
        </m:r>
      </m:oMath>
      <w:r>
        <w:t xml:space="preserve"> </w:t>
      </w:r>
      <w:r>
        <w:t xml:space="preserve">with irrational</w:t>
      </w:r>
      <w:r>
        <w:t xml:space="preserve"> </w:t>
      </w:r>
      <m:oMath>
        <m:r>
          <m:t>ε</m:t>
        </m:r>
      </m:oMath>
      <w:r>
        <w:t xml:space="preserve">, the unrestricted-time infimum has depth two. Returning the detuning to zero therefore does not recover the original full-time infimum. On any fixed observation interval the signals do converge. The obstruction is the order of the time and detuning limits, not continuity of cosine or the correctness of torus equidistribution.</w:t>
      </w:r>
    </w:p>
    <w:p>
      <w:pPr>
        <w:pStyle w:val="BodyText"/>
      </w:pPr>
      <w:r>
        <w:t xml:space="preserve">Source: arithmetic record.</w:t>
      </w:r>
    </w:p>
    <w:bookmarkEnd w:id="139"/>
    <w:bookmarkStart w:id="140" w:name="X9e9b1bd295166825fa90b04211d7b4b9b50483b"/>
    <w:p>
      <w:pPr>
        <w:pStyle w:val="Heading3"/>
      </w:pPr>
      <w:r>
        <w:t xml:space="preserve">10. Read the complex image curve through area and winding</w:t>
      </w:r>
    </w:p>
    <w:p>
      <w:pPr>
        <w:pStyle w:val="FirstParagraph"/>
        <w:keepLines/>
      </w:pPr>
      <w:r>
        <w:rPr>
          <w:bCs/>
          <w:b/>
        </w:rPr>
        <w:t xml:space="preserve">Outcome: identities valid; direct geometric inference refuted.</w:t>
      </w:r>
      <w:r>
        <w:t xml:space="preserve"> </w:t>
      </w:r>
      <w:r>
        <w:t xml:space="preserve">The polynomial</w:t>
      </w:r>
      <w:r>
        <w:t xml:space="preserve"> </w:t>
      </w:r>
      <m:oMath>
        <m:sSub>
          <m:e>
            <m:r>
              <m:t>P</m:t>
            </m:r>
          </m:e>
          <m:sub>
            <m:r>
              <m:t>A</m:t>
            </m:r>
          </m:sub>
        </m:sSub>
        <m:d>
          <m:dPr>
            <m:begChr m:val="("/>
            <m:sepChr m:val=""/>
            <m:endChr m:val=")"/>
            <m:grow/>
          </m:dPr>
          <m:e>
            <m:r>
              <m:t>z</m:t>
            </m:r>
          </m:e>
        </m:d>
        <m:r>
          <m:rPr>
            <m:sty m:val="p"/>
          </m:rPr>
          <m:t>=</m:t>
        </m:r>
        <m:r>
          <m:rPr>
            <m:sty m:val="p"/>
          </m:rPr>
          <m:t>∑</m:t>
        </m:r>
        <m:sSup>
          <m:e>
            <m:r>
              <m:t>z</m:t>
            </m:r>
          </m:e>
          <m:sup>
            <m:r>
              <m:t>a</m:t>
            </m:r>
          </m:sup>
        </m:sSup>
      </m:oMath>
      <w:r>
        <w:t xml:space="preserve"> </w:t>
      </w:r>
      <w:r>
        <w:t xml:space="preserve">traces a complex curve whose signed area has an exact Fourier formula. Poisson extension also controls its values inside the unit disk. These are legitimate whole-function transformations, but signed area carries frequency weights that cannot be replaced automatically by the number of frequencies. Large exterior values similarly need not provide the desired boundary minimum. The tested transfers fail on explicit examples. Additional coefficient-sensitive geometry might still be useful; the recorded calculations do not eliminate that broader possibility.</w:t>
      </w:r>
    </w:p>
    <w:p>
      <w:pPr>
        <w:pStyle w:val="BodyText"/>
      </w:pPr>
      <w:r>
        <w:t xml:space="preserve">Source: arithmetic record.</w:t>
      </w:r>
    </w:p>
    <w:bookmarkEnd w:id="140"/>
    <w:bookmarkStart w:id="141" w:name="X2b3be5e2d437ee0ccd9c3f022bbc60f79e6b26c"/>
    <w:p>
      <w:pPr>
        <w:pStyle w:val="Heading3"/>
      </w:pPr>
      <w:r>
        <w:t xml:space="preserve">11. Round a positive Fejér taper with bounded prefix errors</w:t>
      </w:r>
    </w:p>
    <w:p>
      <w:pPr>
        <w:pStyle w:val="FirstParagraph"/>
        <w:keepLines/>
      </w:pPr>
      <w:r>
        <w:rPr>
          <w:bCs/>
          <w:b/>
        </w:rPr>
        <w:t xml:space="preserve">Outcome: finite obstruction certified; asymptotic behavior unresolved.</w:t>
      </w:r>
      <w:r>
        <w:t xml:space="preserve"> </w:t>
      </w:r>
      <w:r>
        <w:t xml:space="preserve">A prefix-floor rule converts a nonnegative weighted profile into an admissible zero-or-one frequency mask. Its cumulative rounding error is bounded, suggesting that positivity might survive approximately. Eight targeted sizes were checked. At</w:t>
      </w:r>
      <w:r>
        <w:t xml:space="preserve"> </w:t>
      </w:r>
      <m:oMath>
        <m:r>
          <m:t>N</m:t>
        </m:r>
        <m:r>
          <m:rPr>
            <m:sty m:val="p"/>
          </m:rPr>
          <m:t>=</m:t>
        </m:r>
        <m:r>
          <m:t>131071</m:t>
        </m:r>
      </m:oMath>
      <w:r>
        <w:t xml:space="preserve">, an exact rational negative witness proves</w:t>
      </w:r>
      <w:r>
        <w:t xml:space="preserve"> </w:t>
      </w:r>
      <m:oMath>
        <m:r>
          <m:t>K</m:t>
        </m:r>
        <m:r>
          <m:rPr>
            <m:sty m:val="p"/>
          </m:rPr>
          <m:t>/</m:t>
        </m:r>
        <m:rad>
          <m:radPr>
            <m:degHide m:val="on"/>
          </m:radPr>
          <m:deg/>
          <m:e>
            <m:r>
              <m:t>N</m:t>
            </m:r>
          </m:e>
        </m:rad>
        <m:r>
          <m:rPr>
            <m:sty m:val="p"/>
          </m:rPr>
          <m:t>&gt;</m:t>
        </m:r>
        <m:r>
          <m:t>241</m:t>
        </m:r>
        <m:r>
          <m:rPr>
            <m:sty m:val="p"/>
          </m:rPr>
          <m:t>/</m:t>
        </m:r>
        <m:r>
          <m:t>125</m:t>
        </m:r>
      </m:oMath>
      <w:r>
        <w:t xml:space="preserve"> </w:t>
      </w:r>
      <w:r>
        <w:t xml:space="preserve">for the specified constructed set. This is a certified value at one point, not its global minimum. Neither that finite check nor the prefix-error identity rules out every possible asymptotic improvement or every other rounding rule.</w:t>
      </w:r>
    </w:p>
    <w:p>
      <w:pPr>
        <w:pStyle w:val="BodyText"/>
      </w:pPr>
      <w:r>
        <w:t xml:space="preserve">Sources: construction record and stored checks.</w:t>
      </w:r>
    </w:p>
    <w:bookmarkEnd w:id="141"/>
    <w:bookmarkStart w:id="142" w:name="X4676633011b1eebf59abd0e0e2f6f5cbcb68280"/>
    <w:p>
      <w:pPr>
        <w:pStyle w:val="Heading3"/>
      </w:pPr>
      <w:r>
        <w:t xml:space="preserve">12. Reverse the signal by a nonlinear change of time</w:t>
      </w:r>
    </w:p>
    <w:p>
      <w:pPr>
        <w:pStyle w:val="FirstParagraph"/>
      </w:pPr>
      <w:r>
        <w:rPr>
          <w:bCs/>
          <w:b/>
        </w:rPr>
        <w:t xml:space="preserve">Outcome: exact reversal and a uniform small-error variant refuted.</w:t>
      </w:r>
      <w:r>
        <w:t xml:space="preserve"> </w:t>
      </w:r>
      <w:r>
        <w:t xml:space="preserve">The proposal seeks one transformation of the common time that maps the whole wave approximately to its negative. Such a transformation would transfer the obvious positive peak into a negative peak without independently altering the modes. Exact examples show that the necessary symmetry is absent. The notes also rule out the tested universal reversal with sublinear uniform error. Choosing a separate phase for every frequency would solve a different feasibility problem. Special parity-symmetric sets do possess exact reversal; branch 80 classifies their maximal-depth case.</w:t>
      </w:r>
    </w:p>
    <w:p>
      <w:pPr>
        <w:pStyle w:val="BodyText"/>
      </w:pPr>
      <w:r>
        <w:t xml:space="preserve">Source: construction record.</w:t>
      </w:r>
    </w:p>
    <w:bookmarkEnd w:id="142"/>
    <w:bookmarkStart w:id="143" w:name="Xec171da8d957adf05a51ba36223e9c7d6b46f82"/>
    <w:p>
      <w:pPr>
        <w:pStyle w:val="Heading3"/>
      </w:pPr>
      <w:r>
        <w:t xml:space="preserve">13. Randomize whole sets and exchange the order of play</w:t>
      </w:r>
    </w:p>
    <w:p>
      <w:pPr>
        <w:pStyle w:val="FirstParagraph"/>
        <w:keepLines/>
      </w:pPr>
      <w:r>
        <w:rPr>
          <w:bCs/>
          <w:b/>
        </w:rPr>
        <w:t xml:space="preserve">Outcome: relaxation too weak; domain correction preserved.</w:t>
      </w:r>
      <w:r>
        <w:t xml:space="preserve"> </w:t>
      </w:r>
      <w:r>
        <w:t xml:space="preserve">Mixing entire frequency sets appears to invite a minimax proof. In the unrestricted frequency universe, the examined relaxed game has value</w:t>
      </w:r>
      <w:r>
        <w:t xml:space="preserve"> </w:t>
      </w:r>
      <m:oMath>
        <m:r>
          <m:t>1</m:t>
        </m:r>
        <m:r>
          <m:rPr>
            <m:sty m:val="p"/>
          </m:rPr>
          <m:t>/</m:t>
        </m:r>
        <m:r>
          <m:t>2</m:t>
        </m:r>
      </m:oMath>
      <w:r>
        <w:t xml:space="preserve">, so it cannot prove any lower bound growing with</w:t>
      </w:r>
      <w:r>
        <w:t xml:space="preserve"> </w:t>
      </w:r>
      <m:oMath>
        <m:r>
          <m:t>N</m:t>
        </m:r>
      </m:oMath>
      <w:r>
        <w:t xml:space="preserve">. A later clarification distinguishes that universe from a fixed finite cutoff, where the exact value is different and explicitly calculated. This correction matters: an infinite-domain construction cannot be asserted for every bounded domain. The failed relaxation would require a rounding theorem preserving a negative witness, and no such theorem was obtained.</w:t>
      </w:r>
    </w:p>
    <w:p>
      <w:pPr>
        <w:pStyle w:val="BodyText"/>
      </w:pPr>
      <w:r>
        <w:t xml:space="preserve">Sources: construction record and corrected game-domain statement.</w:t>
      </w:r>
    </w:p>
    <w:bookmarkEnd w:id="143"/>
    <w:bookmarkStart w:id="144" w:name="X10919194db1fa9aa35ce40006e7c65cdcf616b2"/>
    <w:p>
      <w:pPr>
        <w:pStyle w:val="Heading3"/>
      </w:pPr>
      <w:r>
        <w:t xml:space="preserve">14. Translate negative peaks into spin frustration and cuts</w:t>
      </w:r>
    </w:p>
    <w:p>
      <w:pPr>
        <w:pStyle w:val="FirstParagraph"/>
      </w:pPr>
      <w:r>
        <w:rPr>
          <w:bCs/>
          <w:b/>
        </w:rPr>
        <w:t xml:space="preserve">Outcome: valid transfer with an unresolved equivalent-scale requirement.</w:t>
      </w:r>
      <w:r>
        <w:t xml:space="preserve"> </w:t>
      </w:r>
      <w:r>
        <w:t xml:space="preserve">A frequency distance graph supports a spin or cut interpretation. Properly constructed whole-graph cuts do yield witnesses for the original cosine problem. Independent-phase and magnetic-gauge shortcuts, however, do not preserve the one-parameter model and are explicitly rejected. The cut surplus sufficient for a square-root bound turns out to have essentially the same quantitative difficulty as the original target. This is a useful reformulation, not an independent proof. Later finite-graph and lattice-operator branches distinguish which graph compressions preserve enough information.</w:t>
      </w:r>
    </w:p>
    <w:p>
      <w:pPr>
        <w:pStyle w:val="BodyText"/>
      </w:pPr>
      <w:r>
        <w:t xml:space="preserve">Source: construction record.</w:t>
      </w:r>
    </w:p>
    <w:bookmarkEnd w:id="144"/>
    <w:bookmarkStart w:id="145" w:name="Xcb145b66c9e0b5772e3b5da7cc08b017b6b0647"/>
    <w:p>
      <w:pPr>
        <w:pStyle w:val="Heading3"/>
      </w:pPr>
      <w:r>
        <w:t xml:space="preserve">15. Clip negative values and restore the desired spectrum</w:t>
      </w:r>
    </w:p>
    <w:p>
      <w:pPr>
        <w:pStyle w:val="FirstParagraph"/>
        <w:keepLines/>
      </w:pPr>
      <w:r>
        <w:rPr>
          <w:bCs/>
          <w:b/>
        </w:rPr>
        <w:t xml:space="preserve">Outcome: positivity shortcut refuted; iteration characterized.</w:t>
      </w:r>
      <w:r>
        <w:t xml:space="preserve"> </w:t>
      </w:r>
      <w:r>
        <w:t xml:space="preserve">Clipping a wave makes it nonnegative, but projecting the clipped function back onto its original Fourier support can recreate negative values. An exact example demonstrates that failure. A natural alternating rule that adapts the constant term instead does converge to the unknown threshold</w:t>
      </w:r>
      <w:r>
        <w:t xml:space="preserve"> </w:t>
      </w:r>
      <m:oMath>
        <m:r>
          <m:t>K</m:t>
        </m:r>
        <m:d>
          <m:dPr>
            <m:begChr m:val="("/>
            <m:sepChr m:val=""/>
            <m:endChr m:val=")"/>
            <m:grow/>
          </m:dPr>
          <m:e>
            <m:r>
              <m:t>A</m:t>
            </m:r>
          </m:e>
        </m:d>
      </m:oMath>
      <w:r>
        <w:t xml:space="preserve">. Its correctness as a recovery procedure is therefore compatible with its failure to prove any growth rate. A square-root theorem would need an additional bound on the total accumulated correction; convergence alone supplies no such quantitative estimate.</w:t>
      </w:r>
    </w:p>
    <w:p>
      <w:pPr>
        <w:pStyle w:val="BodyText"/>
      </w:pPr>
      <w:r>
        <w:t xml:space="preserve">Source: construction record.</w:t>
      </w:r>
    </w:p>
    <w:bookmarkEnd w:id="145"/>
    <w:bookmarkStart w:id="146" w:name="X3c61f5e500066a8b5d1cecb37a9e6459d6bc382"/>
    <w:p>
      <w:pPr>
        <w:pStyle w:val="Heading3"/>
      </w:pPr>
      <w:r>
        <w:t xml:space="preserve">16. Seek a contradiction from a vanishing weak limit</w:t>
      </w:r>
    </w:p>
    <w:p>
      <w:pPr>
        <w:pStyle w:val="FirstParagraph"/>
      </w:pPr>
      <w:r>
        <w:rPr>
          <w:bCs/>
          <w:b/>
        </w:rPr>
        <w:t xml:space="preserve">Outcome: automatic energy contradiction refuted.</w:t>
      </w:r>
      <w:r>
        <w:t xml:space="preserve"> </w:t>
      </w:r>
      <w:r>
        <w:t xml:space="preserve">A hypothetical sequence with unusually shallow negative peaks might converge weakly to a simple limit after normalization. The tempting inference is that its energy must then disappear, contradicting orthogonality. A concentrated weighted countermodel shows why this is invalid: weak convergence need not preserve squared norms or prevent energy from concentrating on shrinking sets. The model is a test of the proposed compactness inference, not a set of unit-amplitude frequencies disproving Chowla. A successful limit argument would require an additional quantitative compactness or uniform-integrability property.</w:t>
      </w:r>
    </w:p>
    <w:p>
      <w:pPr>
        <w:pStyle w:val="BodyText"/>
      </w:pPr>
      <w:r>
        <w:t xml:space="preserve">Source: information record.</w:t>
      </w:r>
    </w:p>
    <w:bookmarkEnd w:id="146"/>
    <w:bookmarkStart w:id="147" w:name="X187799c08cdbc6eb83cec5558297b07313393c7"/>
    <w:p>
      <w:pPr>
        <w:pStyle w:val="Heading3"/>
      </w:pPr>
      <w:r>
        <w:t xml:space="preserve">17. Bound the information content of the shifted wave</w:t>
      </w:r>
    </w:p>
    <w:p>
      <w:pPr>
        <w:pStyle w:val="FirstParagraph"/>
        <w:keepLines/>
      </w:pPr>
      <w:r>
        <w:rPr>
          <w:bCs/>
          <w:b/>
        </w:rPr>
        <w:t xml:space="preserve">Outcome: Shannon shortcut refuted; Rényi target equivalent to the problem.</w:t>
      </w:r>
      <w:r>
        <w:t xml:space="preserve"> </w:t>
      </w:r>
      <w:r>
        <w:t xml:space="preserve">The normalized nonnegative function</w:t>
      </w:r>
      <w:r>
        <w:t xml:space="preserve"> </w:t>
      </w:r>
      <m:oMath>
        <m:r>
          <m:t>1</m:t>
        </m:r>
        <m:r>
          <m:rPr>
            <m:sty m:val="p"/>
          </m:rPr>
          <m:t>+</m:t>
        </m:r>
        <m:sSub>
          <m:e>
            <m:r>
              <m:t>f</m:t>
            </m:r>
          </m:e>
          <m:sub>
            <m:r>
              <m:t>A</m:t>
            </m:r>
          </m:sub>
        </m:sSub>
        <m:r>
          <m:rPr>
            <m:sty m:val="p"/>
          </m:rPr>
          <m:t>/</m:t>
        </m:r>
        <m:r>
          <m:t>K</m:t>
        </m:r>
      </m:oMath>
      <w:r>
        <w:t xml:space="preserve"> </w:t>
      </w:r>
      <w:r>
        <w:t xml:space="preserve">is a probability density with an exact second moment. Its order-two Rényi entropy therefore encodes</w:t>
      </w:r>
      <w:r>
        <w:t xml:space="preserve"> </w:t>
      </w:r>
      <m:oMath>
        <m:r>
          <m:t>N</m:t>
        </m:r>
        <m:r>
          <m:rPr>
            <m:sty m:val="p"/>
          </m:rPr>
          <m:t>/</m:t>
        </m:r>
        <m:sSup>
          <m:e>
            <m:r>
              <m:t>K</m:t>
            </m:r>
          </m:e>
          <m:sup>
            <m:r>
              <m:t>2</m:t>
            </m:r>
          </m:sup>
        </m:sSup>
      </m:oMath>
      <w:r>
        <w:t xml:space="preserve">. A uniform bound of the required kind would indeed settle the target, but it is not independently established. The weaker suggestion that ordinary Shannon entropy controls that second moment fails because rare tall spikes can behave differently under the two functionals. This distinction motivates the later entropy-budget branch, where the exact variational problem and its scope are stated explicitly.</w:t>
      </w:r>
    </w:p>
    <w:p>
      <w:pPr>
        <w:pStyle w:val="BodyText"/>
      </w:pPr>
      <w:r>
        <w:t xml:space="preserve">Source: information record.</w:t>
      </w:r>
    </w:p>
    <w:bookmarkEnd w:id="147"/>
    <w:bookmarkStart w:id="148" w:name="Xbe4012f6b188dbd6c01c43baf5d994371d64a16"/>
    <w:p>
      <w:pPr>
        <w:pStyle w:val="Heading3"/>
      </w:pPr>
      <w:r>
        <w:t xml:space="preserve">18. Prevent hidden peaks with a sparse uncertainty inequality</w:t>
      </w:r>
    </w:p>
    <w:p>
      <w:pPr>
        <w:pStyle w:val="FirstParagraph"/>
        <w:keepLines/>
      </w:pPr>
      <w:r>
        <w:rPr>
          <w:bCs/>
          <w:b/>
        </w:rPr>
        <w:t xml:space="preserve">Outcome: a valid but quantitatively insufficient bound.</w:t>
      </w:r>
      <w:r>
        <w:t xml:space="preserve"> </w:t>
      </w:r>
      <w:r>
        <w:t xml:space="preserve">A Turán–Nazarov inequality controls an exponential polynomial on an interval from its values on a measurable subset. Applying it to the set where the negative contribution is limited yields a lower bound for</w:t>
      </w:r>
      <w:r>
        <w:t xml:space="preserve"> </w:t>
      </w:r>
      <m:oMath>
        <m:r>
          <m:t>K</m:t>
        </m:r>
      </m:oMath>
      <w:r>
        <w:t xml:space="preserve"> </w:t>
      </w:r>
      <w:r>
        <w:t xml:space="preserve">independent of the largest frequency. Its dependence on the number of terms is exponentially weak, however, and does not approach the desired square-root scale. The calculation is a legitimate application of an existing theorem. It rules out neither stronger uncertainty estimates for this special coefficient pattern nor other ways to exploit the same inequality.</w:t>
      </w:r>
    </w:p>
    <w:p>
      <w:pPr>
        <w:pStyle w:val="BodyText"/>
      </w:pPr>
      <w:r>
        <w:t xml:space="preserve">Source: information record.</w:t>
      </w:r>
    </w:p>
    <w:bookmarkEnd w:id="148"/>
    <w:bookmarkStart w:id="149" w:name="X24bae2b76c83eaf9e4d03bcfe2842ef2d976e94"/>
    <w:p>
      <w:pPr>
        <w:pStyle w:val="Heading3"/>
      </w:pPr>
      <w:r>
        <w:t xml:space="preserve">19. Replace trigonometry by an algebraic square certificate</w:t>
      </w:r>
    </w:p>
    <w:p>
      <w:pPr>
        <w:pStyle w:val="FirstParagraph"/>
        <w:keepLines/>
      </w:pPr>
      <w:r>
        <w:rPr>
          <w:bCs/>
          <w:b/>
        </w:rPr>
        <w:t xml:space="preserve">Outcome: per-set certification valid; premature degree bound false.</w:t>
      </w:r>
      <w:r>
        <w:t xml:space="preserve"> </w:t>
      </w:r>
      <w:r>
        <w:t xml:space="preserve">Substituting</w:t>
      </w:r>
      <w:r>
        <w:t xml:space="preserve"> </w:t>
      </w:r>
      <m:oMath>
        <m:r>
          <m:t>y</m:t>
        </m:r>
        <m:r>
          <m:rPr>
            <m:sty m:val="p"/>
          </m:rPr>
          <m:t>=</m:t>
        </m:r>
        <m:r>
          <m:rPr>
            <m:sty m:val="p"/>
          </m:rPr>
          <m:t>cos</m:t>
        </m:r>
        <m:r>
          <m:t>x</m:t>
        </m:r>
      </m:oMath>
      <w:r>
        <w:t xml:space="preserve"> </w:t>
      </w:r>
      <w:r>
        <w:t xml:space="preserve">gives</w:t>
      </w:r>
      <w:r>
        <w:t xml:space="preserve"> </w:t>
      </w:r>
      <m:oMath>
        <m:sSub>
          <m:e>
            <m:r>
              <m:t>f</m:t>
            </m:r>
          </m:e>
          <m:sub>
            <m:r>
              <m:t>A</m:t>
            </m:r>
          </m:sub>
        </m:sSub>
        <m:r>
          <m:rPr>
            <m:sty m:val="p"/>
          </m:rPr>
          <m:t>=</m:t>
        </m:r>
        <m:r>
          <m:rPr>
            <m:sty m:val="p"/>
          </m:rPr>
          <m:t>∑</m:t>
        </m:r>
        <m:sSub>
          <m:e>
            <m:r>
              <m:t>T</m:t>
            </m:r>
          </m:e>
          <m:sub>
            <m:r>
              <m:t>a</m:t>
            </m:r>
          </m:sub>
        </m:sSub>
        <m:d>
          <m:dPr>
            <m:begChr m:val="("/>
            <m:sepChr m:val=""/>
            <m:endChr m:val=")"/>
            <m:grow/>
          </m:dPr>
          <m:e>
            <m:r>
              <m:t>y</m:t>
            </m:r>
          </m:e>
        </m:d>
      </m:oMath>
      <w:r>
        <w:t xml:space="preserve">, so positivity can be certified on</w:t>
      </w:r>
      <w:r>
        <w:t xml:space="preserve"> </w:t>
      </w:r>
      <m:oMath>
        <m:d>
          <m:dPr>
            <m:begChr m:val="["/>
            <m:sepChr m:val=""/>
            <m:endChr m:val="]"/>
            <m:grow/>
          </m:dPr>
          <m:e>
            <m:r>
              <m:rPr>
                <m:sty m:val="p"/>
              </m:rPr>
              <m:t>−</m:t>
            </m:r>
            <m:r>
              <m:t>1</m:t>
            </m:r>
            <m:r>
              <m:rPr>
                <m:sty m:val="p"/>
              </m:rPr>
              <m:t>,</m:t>
            </m:r>
            <m:r>
              <m:t>1</m:t>
            </m:r>
          </m:e>
        </m:d>
      </m:oMath>
      <w:r>
        <w:t xml:space="preserve"> </w:t>
      </w:r>
      <w:r>
        <w:t xml:space="preserve">using standard polynomial sum-of-squares representations. This provides an exact method for a prescribed set. The polynomial degree is nevertheless tied to the largest frequency, even when the number of terms is small. A certificate-degree bound based on term count alone does not follow before compression. Branches 08 and 56 address approximate frequency compression, while branch 83 uses polynomials in the value of the wave instead.</w:t>
      </w:r>
    </w:p>
    <w:p>
      <w:pPr>
        <w:pStyle w:val="BodyText"/>
      </w:pPr>
      <w:r>
        <w:t xml:space="preserve">Source: information record.</w:t>
      </w:r>
    </w:p>
    <w:bookmarkEnd w:id="149"/>
    <w:bookmarkStart w:id="150" w:name="X6ff4d49659f96710de4ee4bdb3831de6835f34e"/>
    <w:p>
      <w:pPr>
        <w:pStyle w:val="Heading3"/>
      </w:pPr>
      <w:r>
        <w:t xml:space="preserve">20. Use a passive-filter logarithmic balance law</w:t>
      </w:r>
    </w:p>
    <w:p>
      <w:pPr>
        <w:pStyle w:val="FirstParagraph"/>
      </w:pPr>
      <w:r>
        <w:rPr>
          <w:bCs/>
          <w:b/>
        </w:rPr>
        <w:t xml:space="preserve">Outcome: logarithmic identity valid; proposed shortcut refuted.</w:t>
      </w:r>
      <w:r>
        <w:t xml:space="preserve"> </w:t>
      </w:r>
      <w:r>
        <w:t xml:space="preserve">Shifting the analytic polynomial into the positive-real half-plane creates a zero-free function and a mean-log identity reminiscent of a passive filter’s balance law. The examined inference from this average logarithmic information to a sufficiently large negative excursion fails on an explicit zero-free family. Its true negative excursions can be linear while the proposed criterion does not capture them. This separates a correct analytic identity from an unsupported quantitative conclusion. It does not assert that passive-system methods, causal factorizations, or all logarithmic estimates are intrinsically unsuitable.</w:t>
      </w:r>
    </w:p>
    <w:p>
      <w:pPr>
        <w:pStyle w:val="BodyText"/>
      </w:pPr>
      <w:r>
        <w:t xml:space="preserve">Source: information record.</w:t>
      </w:r>
    </w:p>
    <w:bookmarkEnd w:id="150"/>
    <w:bookmarkEnd w:id="151"/>
    <w:bookmarkStart w:id="162" w:name="X0d393d7f623c86bb234d0a31d572067e47e7466"/>
    <w:p>
      <w:pPr>
        <w:pStyle w:val="Heading2"/>
      </w:pPr>
      <w:r>
        <w:t xml:space="preserve">Approaches 21–30: positivity, arithmetic, and discrete constructions</w:t>
      </w:r>
    </w:p>
    <w:bookmarkStart w:id="152" w:name="X59008fb7a5eef97fbae927f74c20d303882f9c2"/>
    <w:p>
      <w:pPr>
        <w:pStyle w:val="Heading3"/>
      </w:pPr>
      <w:r>
        <w:t xml:space="preserve">21. Divide the critical probability density into identical steps</w:t>
      </w:r>
    </w:p>
    <w:p>
      <w:pPr>
        <w:pStyle w:val="FirstParagraph"/>
        <w:keepLines/>
      </w:pPr>
      <w:r>
        <w:rPr>
          <w:bCs/>
          <w:b/>
        </w:rPr>
        <w:t xml:space="preserve">Outcome: a general obstruction proved.</w:t>
      </w:r>
      <w:r>
        <w:t xml:space="preserve"> </w:t>
      </w:r>
      <w:r>
        <w:t xml:space="preserve">The critical density</w:t>
      </w:r>
      <w:r>
        <w:t xml:space="preserve"> </w:t>
      </w:r>
      <m:oMath>
        <m:r>
          <m:t>u</m:t>
        </m:r>
        <m:r>
          <m:rPr>
            <m:sty m:val="p"/>
          </m:rPr>
          <m:t>=</m:t>
        </m:r>
        <m:d>
          <m:dPr>
            <m:begChr m:val="("/>
            <m:sepChr m:val=""/>
            <m:endChr m:val=")"/>
            <m:grow/>
          </m:dPr>
          <m:e>
            <m:r>
              <m:t>K</m:t>
            </m:r>
            <m:r>
              <m:rPr>
                <m:sty m:val="p"/>
              </m:rPr>
              <m:t>+</m:t>
            </m:r>
            <m:sSub>
              <m:e>
                <m:r>
                  <m:t>f</m:t>
                </m:r>
              </m:e>
              <m:sub>
                <m:r>
                  <m:t>A</m:t>
                </m:r>
              </m:sub>
            </m:sSub>
          </m:e>
        </m:d>
        <m:r>
          <m:rPr>
            <m:sty m:val="p"/>
          </m:rPr>
          <m:t>/</m:t>
        </m:r>
        <m:r>
          <m:t>K</m:t>
        </m:r>
      </m:oMath>
      <w:r>
        <w:t xml:space="preserve"> </w:t>
      </w:r>
      <w:r>
        <w:t xml:space="preserve">is nonnegative and touches zero. If it were an integer convolution power of a probability measure, its finite Fourier support would force the root to have a nonnegative trigonometric-polynomial density. Convolving such a nonzero density with itself is strictly positive everywhere, contradicting the zero of</w:t>
      </w:r>
      <w:r>
        <w:t xml:space="preserve"> </w:t>
      </w:r>
      <m:oMath>
        <m:r>
          <m:t>u</m:t>
        </m:r>
      </m:oMath>
      <w:r>
        <w:t xml:space="preserve">. Thus no identical probability root of order at least two exists. With an extra positive shift, the possible root order is still bounded by the largest Fourier coefficient. This structural fact alone has no growing dependence on</w:t>
      </w:r>
      <w:r>
        <w:t xml:space="preserve"> </w:t>
      </w:r>
      <m:oMath>
        <m:r>
          <m:t>N</m:t>
        </m:r>
      </m:oMath>
      <w:r>
        <w:t xml:space="preserve">.</w:t>
      </w:r>
    </w:p>
    <w:p>
      <w:pPr>
        <w:pStyle w:val="BodyText"/>
      </w:pPr>
      <w:r>
        <w:t xml:space="preserve">Source: analysis record.</w:t>
      </w:r>
    </w:p>
    <w:bookmarkEnd w:id="152"/>
    <w:bookmarkStart w:id="153" w:name="X606cccb80e1da8c352a8542088a6579ed5fd541"/>
    <w:p>
      <w:pPr>
        <w:pStyle w:val="Heading3"/>
      </w:pPr>
      <w:r>
        <w:t xml:space="preserve">22. Turn the shifted wave into a transport map</w:t>
      </w:r>
    </w:p>
    <w:p>
      <w:pPr>
        <w:pStyle w:val="FirstParagraph"/>
        <w:keepLines/>
      </w:pPr>
      <w:r>
        <w:rPr>
          <w:bCs/>
          <w:b/>
        </w:rPr>
        <w:t xml:space="preserve">Outcome: exact reformulation; proposed continuity principle refuted.</w:t>
      </w:r>
      <w:r>
        <w:t xml:space="preserve"> </w:t>
      </w:r>
      <w:r>
        <w:t xml:space="preserve">Integrating</w:t>
      </w:r>
      <w:r>
        <w:t xml:space="preserve"> </w:t>
      </w:r>
      <m:oMath>
        <m:r>
          <m:t>1</m:t>
        </m:r>
        <m:r>
          <m:rPr>
            <m:sty m:val="p"/>
          </m:rPr>
          <m:t>+</m:t>
        </m:r>
        <m:sSub>
          <m:e>
            <m:r>
              <m:t>f</m:t>
            </m:r>
          </m:e>
          <m:sub>
            <m:r>
              <m:t>A</m:t>
            </m:r>
          </m:sub>
        </m:sSub>
        <m:r>
          <m:rPr>
            <m:sty m:val="p"/>
          </m:rPr>
          <m:t>/</m:t>
        </m:r>
        <m:r>
          <m:t>K</m:t>
        </m:r>
      </m:oMath>
      <w:r>
        <w:t xml:space="preserve"> </w:t>
      </w:r>
      <w:r>
        <w:t xml:space="preserve">gives a monotone degree-one map of the circle. Its derivative energy is exactly</w:t>
      </w:r>
      <w:r>
        <w:t xml:space="preserve"> </w:t>
      </w:r>
      <m:oMath>
        <m:r>
          <m:t>N</m:t>
        </m:r>
        <m:r>
          <m:rPr>
            <m:sty m:val="p"/>
          </m:rPr>
          <m:t>/</m:t>
        </m:r>
        <m:d>
          <m:dPr>
            <m:begChr m:val="("/>
            <m:sepChr m:val=""/>
            <m:endChr m:val=")"/>
            <m:grow/>
          </m:dPr>
          <m:e>
            <m:r>
              <m:t>2</m:t>
            </m:r>
            <m:sSup>
              <m:e>
                <m:r>
                  <m:t>K</m:t>
                </m:r>
              </m:e>
              <m:sup>
                <m:r>
                  <m:t>2</m:t>
                </m:r>
              </m:sup>
            </m:sSup>
          </m:e>
        </m:d>
      </m:oMath>
      <w:r>
        <w:t xml:space="preserve">, so controlling that energy uniformly would prove the conjecture. Small displacement of the map does not supply this control: the primitive sets</w:t>
      </w:r>
      <w:r>
        <w:t xml:space="preserve"> </w:t>
      </w:r>
      <m:oMath>
        <m:r>
          <m:rPr>
            <m:sty m:val="p"/>
          </m:rPr>
          <m:t>{</m:t>
        </m:r>
        <m:r>
          <m:t>q</m:t>
        </m:r>
        <m:r>
          <m:rPr>
            <m:sty m:val="p"/>
          </m:rPr>
          <m:t>,</m:t>
        </m:r>
        <m:r>
          <m:t>q</m:t>
        </m:r>
        <m:r>
          <m:rPr>
            <m:sty m:val="p"/>
          </m:rPr>
          <m:t>+</m:t>
        </m:r>
        <m:r>
          <m:t>2</m:t>
        </m:r>
        <m:r>
          <m:rPr>
            <m:sty m:val="p"/>
          </m:rPr>
          <m:t>}</m:t>
        </m:r>
      </m:oMath>
      <w:r>
        <w:t xml:space="preserve"> </w:t>
      </w:r>
      <w:r>
        <w:t xml:space="preserve">with odd</w:t>
      </w:r>
      <w:r>
        <w:t xml:space="preserve"> </w:t>
      </w:r>
      <m:oMath>
        <m:r>
          <m:t>q</m:t>
        </m:r>
      </m:oMath>
      <w:r>
        <w:t xml:space="preserve"> </w:t>
      </w:r>
      <w:r>
        <w:t xml:space="preserve">approach the identity uniformly while their derivative energy stays fixed. Even a one-frequency example has a non-Lipschitz inverse at a critical point. Transport geometry therefore preserves the question but does not answer it through these qualitative properties.</w:t>
      </w:r>
    </w:p>
    <w:p>
      <w:pPr>
        <w:pStyle w:val="BodyText"/>
      </w:pPr>
      <w:r>
        <w:t xml:space="preserve">Source: analysis record.</w:t>
      </w:r>
    </w:p>
    <w:bookmarkEnd w:id="153"/>
    <w:bookmarkStart w:id="154" w:name="use-only-boundary-contact-points"/>
    <w:p>
      <w:pPr>
        <w:pStyle w:val="Heading3"/>
      </w:pPr>
      <w:r>
        <w:t xml:space="preserve">23. Use only boundary contact points</w:t>
      </w:r>
    </w:p>
    <w:p>
      <w:pPr>
        <w:pStyle w:val="FirstParagraph"/>
        <w:keepLines/>
      </w:pPr>
      <w:r>
        <w:rPr>
          <w:bCs/>
          <w:b/>
        </w:rPr>
        <w:t xml:space="preserve">Outcome: contact inequalities proved; required mass bound refuted.</w:t>
      </w:r>
      <w:r>
        <w:t xml:space="preserve"> </w:t>
      </w:r>
      <w:r>
        <w:t xml:space="preserve">A Schur transform of the analytic polynomial produces exact angular derivatives and positive boundary Pick matrices at minimum points. These yield legitimate restrictions on contact data. The hoped-for lower bound for total contact mass in terms of</w:t>
      </w:r>
      <w:r>
        <w:t xml:space="preserve"> </w:t>
      </w:r>
      <m:oMath>
        <m:r>
          <m:t>N</m:t>
        </m:r>
        <m:r>
          <m:rPr>
            <m:sty m:val="p"/>
          </m:rPr>
          <m:t>/</m:t>
        </m:r>
        <m:sSup>
          <m:e>
            <m:r>
              <m:t>K</m:t>
            </m:r>
          </m:e>
          <m:sup>
            <m:r>
              <m:t>2</m:t>
            </m:r>
          </m:sup>
        </m:sSup>
      </m:oMath>
      <w:r>
        <w:t xml:space="preserve"> </w:t>
      </w:r>
      <w:r>
        <w:t xml:space="preserve">fails for</w:t>
      </w:r>
      <w:r>
        <w:t xml:space="preserve"> </w:t>
      </w:r>
      <m:oMath>
        <m:r>
          <m:t>A</m:t>
        </m:r>
        <m:r>
          <m:rPr>
            <m:sty m:val="p"/>
          </m:rPr>
          <m:t>=</m:t>
        </m:r>
        <m:r>
          <m:rPr>
            <m:sty m:val="p"/>
          </m:rPr>
          <m:t>{</m:t>
        </m:r>
        <m:r>
          <m:t>1</m:t>
        </m:r>
        <m:r>
          <m:rPr>
            <m:sty m:val="p"/>
          </m:rPr>
          <m:t>,</m:t>
        </m:r>
        <m:r>
          <m:t>D</m:t>
        </m:r>
        <m:r>
          <m:rPr>
            <m:sty m:val="p"/>
          </m:rPr>
          <m:t>}</m:t>
        </m:r>
      </m:oMath>
      <w:r>
        <w:t xml:space="preserve">, with odd</w:t>
      </w:r>
      <w:r>
        <w:t xml:space="preserve"> </w:t>
      </w:r>
      <m:oMath>
        <m:r>
          <m:t>D</m:t>
        </m:r>
      </m:oMath>
      <w:r>
        <w:t xml:space="preserve">: there is one contact, its mass is</w:t>
      </w:r>
      <w:r>
        <w:t xml:space="preserve"> </w:t>
      </w:r>
      <m:oMath>
        <m:r>
          <m:t>1</m:t>
        </m:r>
        <m:r>
          <m:rPr>
            <m:sty m:val="p"/>
          </m:rPr>
          <m:t>/</m:t>
        </m:r>
        <m:d>
          <m:dPr>
            <m:begChr m:val="("/>
            <m:sepChr m:val=""/>
            <m:endChr m:val=")"/>
            <m:grow/>
          </m:dPr>
          <m:e>
            <m:r>
              <m:t>D</m:t>
            </m:r>
            <m:r>
              <m:rPr>
                <m:sty m:val="p"/>
              </m:rPr>
              <m:t>+</m:t>
            </m:r>
            <m:r>
              <m:t>1</m:t>
            </m:r>
          </m:e>
        </m:d>
      </m:oMath>
      <w:r>
        <w:t xml:space="preserve">, and</w:t>
      </w:r>
      <w:r>
        <w:t xml:space="preserve"> </w:t>
      </w:r>
      <m:oMath>
        <m:r>
          <m:t>N</m:t>
        </m:r>
        <m:r>
          <m:rPr>
            <m:sty m:val="p"/>
          </m:rPr>
          <m:t>/</m:t>
        </m:r>
        <m:sSup>
          <m:e>
            <m:r>
              <m:t>K</m:t>
            </m:r>
          </m:e>
          <m:sup>
            <m:r>
              <m:t>2</m:t>
            </m:r>
          </m:sup>
        </m:sSup>
        <m:r>
          <m:rPr>
            <m:sty m:val="p"/>
          </m:rPr>
          <m:t>=</m:t>
        </m:r>
        <m:r>
          <m:t>1</m:t>
        </m:r>
        <m:r>
          <m:rPr>
            <m:sty m:val="p"/>
          </m:rPr>
          <m:t>/</m:t>
        </m:r>
        <m:r>
          <m:t>2</m:t>
        </m:r>
      </m:oMath>
      <w:r>
        <w:t xml:space="preserve"> </w:t>
      </w:r>
      <w:r>
        <w:t xml:space="preserve">stays fixed. The correction that a nonnegative zero has order at least two, not necessarily exactly two, is preserved. More coefficient information would be needed.</w:t>
      </w:r>
    </w:p>
    <w:p>
      <w:pPr>
        <w:pStyle w:val="BodyText"/>
      </w:pPr>
      <w:r>
        <w:t xml:space="preserve">Sources: analysis record and audit.</w:t>
      </w:r>
    </w:p>
    <w:bookmarkEnd w:id="154"/>
    <w:bookmarkStart w:id="155" w:name="X0bda2a1fd4791d73a02dcbf0c22a23aad1664a3"/>
    <w:p>
      <w:pPr>
        <w:pStyle w:val="Heading3"/>
      </w:pPr>
      <w:r>
        <w:t xml:space="preserve">24. Build a positive quadrature with one heavy atom</w:t>
      </w:r>
    </w:p>
    <w:p>
      <w:pPr>
        <w:pStyle w:val="FirstParagraph"/>
        <w:keepLines/>
      </w:pPr>
      <w:r>
        <w:rPr>
          <w:bCs/>
          <w:b/>
        </w:rPr>
        <w:t xml:space="preserve">Outcome: transfer proved; uniform heavy-atom mechanism refuted.</w:t>
      </w:r>
      <w:r>
        <w:t xml:space="preserve"> </w:t>
      </w:r>
      <w:r>
        <w:t xml:space="preserve">A positive quadrature annihilating the prescribed frequencies can turn a heavy atom into a lower bound on the negative excursion elsewhere. The difficulty is constructing that atom. For consecutive frequencies, a nonnegative squared polynomial forces every atom’s weight to be at most</w:t>
      </w:r>
      <w:r>
        <w:t xml:space="preserve"> </w:t>
      </w:r>
      <m:oMath>
        <m:r>
          <m:t>1</m:t>
        </m:r>
        <m:r>
          <m:rPr>
            <m:sty m:val="p"/>
          </m:rPr>
          <m:t>/</m:t>
        </m:r>
        <m:d>
          <m:dPr>
            <m:begChr m:val="("/>
            <m:sepChr m:val=""/>
            <m:endChr m:val=")"/>
            <m:grow/>
          </m:dPr>
          <m:e>
            <m:r>
              <m:t>N</m:t>
            </m:r>
            <m:r>
              <m:rPr>
                <m:sty m:val="p"/>
              </m:rPr>
              <m:t>+</m:t>
            </m:r>
            <m:r>
              <m:t>1</m:t>
            </m:r>
          </m:e>
        </m:d>
      </m:oMath>
      <w:r>
        <w:t xml:space="preserve">, and therefore requires at least</w:t>
      </w:r>
      <w:r>
        <w:t xml:space="preserve"> </w:t>
      </w:r>
      <m:oMath>
        <m:r>
          <m:t>N</m:t>
        </m:r>
        <m:r>
          <m:rPr>
            <m:sty m:val="p"/>
          </m:rPr>
          <m:t>+</m:t>
        </m:r>
        <m:r>
          <m:t>1</m:t>
        </m:r>
      </m:oMath>
      <w:r>
        <w:t xml:space="preserve"> </w:t>
      </w:r>
      <w:r>
        <w:t xml:space="preserve">nodes. This defeats the tested universal square-root node count or heavy-atom claim. The obstruction is fully compatible with the existence of positive quadratures and does not rule out different sampling functionals with additional structure.</w:t>
      </w:r>
    </w:p>
    <w:p>
      <w:pPr>
        <w:pStyle w:val="BodyText"/>
      </w:pPr>
      <w:r>
        <w:t xml:space="preserve">Source: geometry record.</w:t>
      </w:r>
    </w:p>
    <w:bookmarkEnd w:id="155"/>
    <w:bookmarkStart w:id="156" w:name="use-every-galois-conjugate-at-once"/>
    <w:p>
      <w:pPr>
        <w:pStyle w:val="Heading3"/>
      </w:pPr>
      <w:r>
        <w:t xml:space="preserve">25. Use every Galois conjugate at once</w:t>
      </w:r>
    </w:p>
    <w:p>
      <w:pPr>
        <w:pStyle w:val="FirstParagraph"/>
      </w:pPr>
      <w:r>
        <w:rPr>
          <w:bCs/>
          <w:b/>
        </w:rPr>
        <w:t xml:space="preserve">Outcome: trace identities proved; generic norm argument insufficient.</w:t>
      </w:r>
      <w:r>
        <w:t xml:space="preserve"> </w:t>
      </w:r>
      <w:r>
        <w:t xml:space="preserve">Evaluating a strictly positive integer Laurent polynomial at a suitable root of unity gives positive algebraic-integer conjugates. Their sum, squared sum, and product have exact formulas. The product is a positive integer, but that fact does not control their relative variance. A cyclotomic unit family has norm exactly one while its second-moment-to-mean-square ratio diverges. Its coefficients are weighted, so it refutes a broader arithmetic shortcut rather than Chowla. Any successful strengthening must use the original flat nonzero Fourier coefficients essentially.</w:t>
      </w:r>
    </w:p>
    <w:p>
      <w:pPr>
        <w:pStyle w:val="BodyText"/>
      </w:pPr>
      <w:r>
        <w:t xml:space="preserve">Source: geometry record.</w:t>
      </w:r>
    </w:p>
    <w:bookmarkEnd w:id="156"/>
    <w:bookmarkStart w:id="157" w:name="X7661d90f9044baa108988e2e86ba38138009c90"/>
    <w:p>
      <w:pPr>
        <w:pStyle w:val="Heading3"/>
      </w:pPr>
      <w:r>
        <w:t xml:space="preserve">26. Quantize coefficients of spectral factors</w:t>
      </w:r>
    </w:p>
    <w:p>
      <w:pPr>
        <w:pStyle w:val="FirstParagraph"/>
        <w:keepLines/>
      </w:pPr>
      <w:r>
        <w:rPr>
          <w:bCs/>
          <w:b/>
        </w:rPr>
        <w:t xml:space="preserve">Outcome: conditional counting bound and an exact obstruction proved.</w:t>
      </w:r>
      <w:r>
        <w:t xml:space="preserve"> </w:t>
      </w:r>
      <w:r>
        <w:t xml:space="preserve">Suppose</w:t>
      </w:r>
      <w:r>
        <w:t xml:space="preserve"> </w:t>
      </w:r>
      <m:oMath>
        <m:r>
          <m:t>H</m:t>
        </m:r>
        <m:r>
          <m:rPr>
            <m:sty m:val="p"/>
          </m:rPr>
          <m:t>=</m:t>
        </m:r>
        <m:r>
          <m:t>2</m:t>
        </m:r>
        <m:r>
          <m:t>m</m:t>
        </m:r>
        <m:r>
          <m:rPr>
            <m:sty m:val="p"/>
          </m:rPr>
          <m:t>+</m:t>
        </m:r>
        <m:r>
          <m:t>2</m:t>
        </m:r>
        <m:sSub>
          <m:e>
            <m:r>
              <m:t>f</m:t>
            </m:r>
          </m:e>
          <m:sub>
            <m:r>
              <m:t>A</m:t>
            </m:r>
          </m:sub>
        </m:sSub>
      </m:oMath>
      <w:r>
        <w:t xml:space="preserve"> </w:t>
      </w:r>
      <w:r>
        <w:t xml:space="preserve">is a sum of squared moduli with coefficients in</w:t>
      </w:r>
      <w:r>
        <w:t xml:space="preserve"> </w:t>
      </w:r>
      <m:oMath>
        <m:sSup>
          <m:e>
            <m:r>
              <m:t>q</m:t>
            </m:r>
          </m:e>
          <m:sup>
            <m:r>
              <m:rPr>
                <m:sty m:val="p"/>
              </m:rPr>
              <m:t>−</m:t>
            </m:r>
            <m:r>
              <m:t>1</m:t>
            </m:r>
          </m:sup>
        </m:sSup>
        <m:r>
          <m:rPr>
            <m:sty m:val="p"/>
            <m:scr m:val="double-struck"/>
          </m:rPr>
          <m:t>Z</m:t>
        </m:r>
        <m:d>
          <m:dPr>
            <m:begChr m:val="["/>
            <m:sepChr m:val=""/>
            <m:endChr m:val="]"/>
            <m:grow/>
          </m:dPr>
          <m:e>
            <m:r>
              <m:t>i</m:t>
            </m:r>
          </m:e>
        </m:d>
      </m:oMath>
      <w:r>
        <w:t xml:space="preserve">. Counting coefficient energy gives the correctly normalized inequality</w:t>
      </w:r>
      <w:r>
        <w:t xml:space="preserve"> </w:t>
      </w:r>
      <m:oMath>
        <m:r>
          <m:t>N</m:t>
        </m:r>
        <m:r>
          <m:rPr>
            <m:sty m:val="p"/>
          </m:rPr>
          <m:t>≤</m:t>
        </m:r>
        <m:r>
          <m:t>2</m:t>
        </m:r>
        <m:sSup>
          <m:e>
            <m:r>
              <m:t>m</m:t>
            </m:r>
          </m:e>
          <m:sup>
            <m:r>
              <m:t>2</m:t>
            </m:r>
          </m:sup>
        </m:sSup>
        <m:sSup>
          <m:e>
            <m:r>
              <m:t>q</m:t>
            </m:r>
          </m:e>
          <m:sup>
            <m:r>
              <m:t>2</m:t>
            </m:r>
          </m:sup>
        </m:sSup>
        <m:r>
          <m:rPr>
            <m:sty m:val="p"/>
          </m:rPr>
          <m:t>−</m:t>
        </m:r>
        <m:r>
          <m:t>m</m:t>
        </m:r>
      </m:oMath>
      <w:r>
        <w:t xml:space="preserve">. A uniformly bounded suitable denominator would yield the target. For</w:t>
      </w:r>
      <w:r>
        <w:t xml:space="preserve"> </w:t>
      </w:r>
      <m:oMath>
        <m:r>
          <m:t>A</m:t>
        </m:r>
        <m:r>
          <m:rPr>
            <m:sty m:val="p"/>
          </m:rPr>
          <m:t>=</m:t>
        </m:r>
        <m:r>
          <m:rPr>
            <m:sty m:val="p"/>
          </m:rPr>
          <m:t>{</m:t>
        </m:r>
        <m:r>
          <m:t>1</m:t>
        </m:r>
        <m:r>
          <m:rPr>
            <m:sty m:val="p"/>
          </m:rPr>
          <m:t>,</m:t>
        </m:r>
        <m:r>
          <m:t>2</m:t>
        </m:r>
        <m:r>
          <m:rPr>
            <m:sty m:val="p"/>
          </m:rPr>
          <m:t>,</m:t>
        </m:r>
        <m:r>
          <m:t>3</m:t>
        </m:r>
        <m:r>
          <m:rPr>
            <m:sty m:val="p"/>
          </m:rPr>
          <m:t>,</m:t>
        </m:r>
        <m:r>
          <m:t>5</m:t>
        </m:r>
        <m:r>
          <m:rPr>
            <m:sty m:val="p"/>
          </m:rPr>
          <m:t>,</m:t>
        </m:r>
        <m:r>
          <m:t>6</m:t>
        </m:r>
        <m:r>
          <m:rPr>
            <m:sty m:val="p"/>
          </m:rPr>
          <m:t>,</m:t>
        </m:r>
        <m:r>
          <m:t>7</m:t>
        </m:r>
        <m:r>
          <m:rPr>
            <m:sty m:val="p"/>
          </m:rPr>
          <m:t>,</m:t>
        </m:r>
        <m:r>
          <m:t>8</m:t>
        </m:r>
        <m:r>
          <m:rPr>
            <m:sty m:val="p"/>
          </m:rPr>
          <m:t>}</m:t>
        </m:r>
      </m:oMath>
      <w:r>
        <w:t xml:space="preserve"> </w:t>
      </w:r>
      <w:r>
        <w:t xml:space="preserve">at</w:t>
      </w:r>
      <w:r>
        <w:t xml:space="preserve"> </w:t>
      </w:r>
      <m:oMath>
        <m:r>
          <m:t>m</m:t>
        </m:r>
        <m:r>
          <m:rPr>
            <m:sty m:val="p"/>
          </m:rPr>
          <m:t>=</m:t>
        </m:r>
        <m:r>
          <m:t>2</m:t>
        </m:r>
      </m:oMath>
      <w:r>
        <w:t xml:space="preserve">, exact positivity certificates coexist with an energy obstruction to denominator one. Rational decompositions still exist with some denominator for every strictly positive rational polynomial. The missing assertion is uniform denominator control, not existence of ordinary spectral factors.</w:t>
      </w:r>
    </w:p>
    <w:p>
      <w:pPr>
        <w:pStyle w:val="BodyText"/>
      </w:pPr>
      <w:r>
        <w:t xml:space="preserve">Source: geometry record.</w:t>
      </w:r>
    </w:p>
    <w:bookmarkEnd w:id="157"/>
    <w:bookmarkStart w:id="158" w:name="remove-signs-from-complementary-codes"/>
    <w:p>
      <w:pPr>
        <w:pStyle w:val="Heading3"/>
      </w:pPr>
      <w:r>
        <w:t xml:space="preserve">27. Remove signs from complementary codes</w:t>
      </w:r>
    </w:p>
    <w:p>
      <w:pPr>
        <w:pStyle w:val="FirstParagraph"/>
        <w:keepLines/>
      </w:pPr>
      <w:r>
        <w:rPr>
          <w:bCs/>
          <w:b/>
        </w:rPr>
        <w:t xml:space="preserve">Outcome: the specified admissible family fails asymptotically.</w:t>
      </w:r>
      <w:r>
        <w:t xml:space="preserve"> </w:t>
      </w:r>
      <w:r>
        <w:t xml:space="preserve">Complementary signed polynomials have a striking exact cancellation of squared moduli. The construction converts their signs into positive frequency masks in the hope of inheriting that cancellation with unit amplitudes. A continuous negative witness shows instead that the resulting family has</w:t>
      </w:r>
      <w:r>
        <w:t xml:space="preserve"> </w:t>
      </w:r>
      <m:oMath>
        <m:r>
          <m:t>K</m:t>
        </m:r>
        <m:r>
          <m:rPr>
            <m:sty m:val="p"/>
          </m:rPr>
          <m:t>/</m:t>
        </m:r>
        <m:rad>
          <m:radPr>
            <m:degHide m:val="on"/>
          </m:radPr>
          <m:deg/>
          <m:e>
            <m:r>
              <m:t>N</m:t>
            </m:r>
          </m:e>
        </m:rad>
      </m:oMath>
      <w:r>
        <w:t xml:space="preserve"> </w:t>
      </w:r>
      <w:r>
        <w:t xml:space="preserve">tending to infinity. An exact finite certificate also establishes</w:t>
      </w:r>
      <w:r>
        <w:t xml:space="preserve"> </w:t>
      </w:r>
      <m:oMath>
        <m:r>
          <m:t>K</m:t>
        </m:r>
        <m:r>
          <m:rPr>
            <m:sty m:val="p"/>
          </m:rPr>
          <m:t>&gt;</m:t>
        </m:r>
        <m:r>
          <m:t>6770</m:t>
        </m:r>
      </m:oMath>
      <w:r>
        <w:t xml:space="preserve"> </w:t>
      </w:r>
      <w:r>
        <w:t xml:space="preserve">at</w:t>
      </w:r>
      <w:r>
        <w:t xml:space="preserve"> </w:t>
      </w:r>
      <m:oMath>
        <m:r>
          <m:t>N</m:t>
        </m:r>
        <m:r>
          <m:rPr>
            <m:sty m:val="p"/>
          </m:rPr>
          <m:t>=</m:t>
        </m:r>
        <m:r>
          <m:t>32895</m:t>
        </m:r>
      </m:oMath>
      <w:r>
        <w:t xml:space="preserve">. The asymptotic conclusion comes from a separate proof, not extrapolation of the computation. The result concerns the explicit sign-removal mechanism, not every use of complementary codes.</w:t>
      </w:r>
    </w:p>
    <w:p>
      <w:pPr>
        <w:pStyle w:val="BodyText"/>
      </w:pPr>
      <w:r>
        <w:t xml:space="preserve">Sources: construction record and stored checks.</w:t>
      </w:r>
    </w:p>
    <w:bookmarkEnd w:id="158"/>
    <w:bookmarkStart w:id="159" w:name="Xc876f3f41ae132a74b9b0c980c4669248a45478"/>
    <w:p>
      <w:pPr>
        <w:pStyle w:val="Heading3"/>
      </w:pPr>
      <w:r>
        <w:t xml:space="preserve">28. Cancel increasingly many frequency moments</w:t>
      </w:r>
    </w:p>
    <w:p>
      <w:pPr>
        <w:pStyle w:val="FirstParagraph"/>
        <w:keepLines/>
      </w:pPr>
      <w:r>
        <w:rPr>
          <w:bCs/>
          <w:b/>
        </w:rPr>
        <w:t xml:space="preserve">Outcome: the specified Prouhet construction fails asymptotically.</w:t>
      </w:r>
      <w:r>
        <w:t xml:space="preserve"> </w:t>
      </w:r>
      <w:r>
        <w:t xml:space="preserve">A Thue–Morse or Prouhet identity balances signed power sums through increasingly high orders. Removing the signs to form admissible frequency sets exposes an uncancelled dense background. An explicit phase then produces a negative excursion large enough that</w:t>
      </w:r>
      <w:r>
        <w:t xml:space="preserve"> </w:t>
      </w:r>
      <m:oMath>
        <m:r>
          <m:t>K</m:t>
        </m:r>
        <m:r>
          <m:rPr>
            <m:sty m:val="p"/>
          </m:rPr>
          <m:t>/</m:t>
        </m:r>
        <m:rad>
          <m:radPr>
            <m:degHide m:val="on"/>
          </m:radPr>
          <m:deg/>
          <m:e>
            <m:r>
              <m:t>N</m:t>
            </m:r>
          </m:e>
        </m:rad>
      </m:oMath>
      <w:r>
        <w:t xml:space="preserve"> </w:t>
      </w:r>
      <w:r>
        <w:t xml:space="preserve">diverges along the constructed family. At</w:t>
      </w:r>
      <w:r>
        <w:t xml:space="preserve"> </w:t>
      </w:r>
      <m:oMath>
        <m:r>
          <m:t>N</m:t>
        </m:r>
        <m:r>
          <m:rPr>
            <m:sty m:val="p"/>
          </m:rPr>
          <m:t>=</m:t>
        </m:r>
        <m:r>
          <m:t>32768</m:t>
        </m:r>
      </m:oMath>
      <w:r>
        <w:t xml:space="preserve">, a rational certificate gives</w:t>
      </w:r>
      <w:r>
        <w:t xml:space="preserve"> </w:t>
      </w:r>
      <m:oMath>
        <m:r>
          <m:t>K</m:t>
        </m:r>
        <m:r>
          <m:rPr>
            <m:sty m:val="p"/>
          </m:rPr>
          <m:t>&gt;</m:t>
        </m:r>
        <m:r>
          <m:t>6951</m:t>
        </m:r>
      </m:oMath>
      <w:r>
        <w:t xml:space="preserve">. This illustrates why matching many frequency moments near one phase is not control of the complete cosine function. Other constructions with different density or geometry are not excluded.</w:t>
      </w:r>
    </w:p>
    <w:p>
      <w:pPr>
        <w:pStyle w:val="BodyText"/>
      </w:pPr>
      <w:r>
        <w:t xml:space="preserve">Sources: construction record and stored checks.</w:t>
      </w:r>
    </w:p>
    <w:bookmarkEnd w:id="159"/>
    <w:bookmarkStart w:id="160" w:name="X5ebdb85761c1c343365d6fa3ad8708705e57a78"/>
    <w:p>
      <w:pPr>
        <w:pStyle w:val="Heading3"/>
      </w:pPr>
      <w:r>
        <w:t xml:space="preserve">29. Flatten positive Fourier multiplicities by fractional powers</w:t>
      </w:r>
    </w:p>
    <w:p>
      <w:pPr>
        <w:pStyle w:val="FirstParagraph"/>
        <w:keepLines/>
      </w:pPr>
      <w:r>
        <w:rPr>
          <w:bCs/>
          <w:b/>
        </w:rPr>
        <w:t xml:space="preserve">Outcome: positivity preservation refuted for the tested exponent range.</w:t>
      </w:r>
      <w:r>
        <w:t xml:space="preserve"> </w:t>
      </w:r>
      <w:r>
        <w:t xml:space="preserve">An autocorrelation polynomial is nonnegative but generally has repeated difference multiplicities. The proposal raises each positive coefficient to a fractional power, hoping to move continuously toward a flat support with equal coefficients. The record gives an explicit family for which the transformed polynomial has a negative value for every exponent</w:t>
      </w:r>
      <w:r>
        <w:t xml:space="preserve"> </w:t>
      </w:r>
      <m:oMath>
        <m:r>
          <m:t>0</m:t>
        </m:r>
        <m:r>
          <m:rPr>
            <m:sty m:val="p"/>
          </m:rPr>
          <m:t>≤</m:t>
        </m:r>
        <m:r>
          <m:t>p</m:t>
        </m:r>
        <m:r>
          <m:rPr>
            <m:sty m:val="p"/>
          </m:rPr>
          <m:t>&lt;</m:t>
        </m:r>
        <m:r>
          <m:t>1</m:t>
        </m:r>
      </m:oMath>
      <w:r>
        <w:t xml:space="preserve">. Thus coefficientwise flattening does not preserve nonnegativity in this setting. This is an obstruction to the proposed operation; it neither contradicts spectral factorization nor proves that every alternative way to remove multiplicities must fail.</w:t>
      </w:r>
    </w:p>
    <w:p>
      <w:pPr>
        <w:pStyle w:val="BodyText"/>
      </w:pPr>
      <w:r>
        <w:t xml:space="preserve">Source: construction record.</w:t>
      </w:r>
    </w:p>
    <w:bookmarkEnd w:id="160"/>
    <w:bookmarkStart w:id="161" w:name="X722a0be9a71533239aa3768ba02f3f690ab4bc8"/>
    <w:p>
      <w:pPr>
        <w:pStyle w:val="Heading3"/>
      </w:pPr>
      <w:r>
        <w:t xml:space="preserve">30. Forbid infinite strict descent at a fixed number of frequencies</w:t>
      </w:r>
    </w:p>
    <w:p>
      <w:pPr>
        <w:pStyle w:val="FirstParagraph"/>
        <w:keepLines/>
      </w:pPr>
      <w:r>
        <w:rPr>
          <w:bCs/>
          <w:b/>
        </w:rPr>
        <w:t xml:space="preserve">Outcome: structural compactness result in the notes; no algorithmic stopping certificate.</w:t>
      </w:r>
      <w:r>
        <w:t xml:space="preserve"> </w:t>
      </w:r>
      <w:r>
        <w:t xml:space="preserve">Extending branch 08, the record studies the set of attainable depths for a fixed</w:t>
      </w:r>
      <w:r>
        <w:t xml:space="preserve"> </w:t>
      </w:r>
      <m:oMath>
        <m:r>
          <m:t>N</m:t>
        </m:r>
      </m:oMath>
      <w:r>
        <w:t xml:space="preserve">. Its subgroup-limit argument rules out an infinite strictly decreasing sequence of these values, hence gives a well-ordering property. It does not make the set of values finite; an explicit family distinguishes those assertions. Nor does it give an effective bound on the number of descent steps or a test that a current set is globally optimal. Most importantly, the statement is fixed-size and supplies no positive lower bound uniform over all</w:t>
      </w:r>
      <w:r>
        <w:t xml:space="preserve"> </w:t>
      </w:r>
      <m:oMath>
        <m:r>
          <m:t>N</m:t>
        </m:r>
      </m:oMath>
      <w:r>
        <w:t xml:space="preserve">.</w:t>
      </w:r>
    </w:p>
    <w:p>
      <w:pPr>
        <w:pStyle w:val="BodyText"/>
      </w:pPr>
      <w:r>
        <w:t xml:space="preserve">Sources: descent record and audit.</w:t>
      </w:r>
    </w:p>
    <w:bookmarkEnd w:id="161"/>
    <w:bookmarkEnd w:id="162"/>
    <w:bookmarkStart w:id="173" w:name="X47d4112f680de4d1cfade3475d69189ef9bce67"/>
    <w:p>
      <w:pPr>
        <w:pStyle w:val="Heading2"/>
      </w:pPr>
      <w:r>
        <w:t xml:space="preserve">Approaches 31–40: quantitative certificates and controlled transformations</w:t>
      </w:r>
    </w:p>
    <w:bookmarkStart w:id="163" w:name="Xd56a203927699babbc349b201463432b7bbdc34"/>
    <w:p>
      <w:pPr>
        <w:pStyle w:val="Heading3"/>
      </w:pPr>
      <w:r>
        <w:t xml:space="preserve">31. Solve coefficient equations modulo integers</w:t>
      </w:r>
    </w:p>
    <w:p>
      <w:pPr>
        <w:pStyle w:val="FirstParagraph"/>
        <w:keepLines/>
      </w:pPr>
      <w:r>
        <w:rPr>
          <w:bCs/>
          <w:b/>
        </w:rPr>
        <w:t xml:space="preserve">Outcome: unrestricted congruences too weak; an energy-capped version exact.</w:t>
      </w:r>
      <w:r>
        <w:t xml:space="preserve"> </w:t>
      </w:r>
      <w:r>
        <w:t xml:space="preserve">Reducing a sum-of-squares identity modulo an integer seems to permit local arithmetic tests before constructing a rational factorization. Without a coefficient-energy cap, the examined congruences can always be satisfied and provide no useful obstruction. With total energy</w:t>
      </w:r>
      <w:r>
        <w:t xml:space="preserve"> </w:t>
      </w:r>
      <m:oMath>
        <m:r>
          <m:t>E</m:t>
        </m:r>
      </m:oMath>
      <w:r>
        <w:t xml:space="preserve">, a modulus larger than</w:t>
      </w:r>
      <w:r>
        <w:t xml:space="preserve"> </w:t>
      </w:r>
      <m:oMath>
        <m:r>
          <m:t>E</m:t>
        </m:r>
        <m:r>
          <m:rPr>
            <m:sty m:val="p"/>
          </m:rPr>
          <m:t>+</m:t>
        </m:r>
        <m:sSup>
          <m:e>
            <m:r>
              <m:t>q</m:t>
            </m:r>
          </m:e>
          <m:sup>
            <m:r>
              <m:t>2</m:t>
            </m:r>
          </m:sup>
        </m:sSup>
      </m:oMath>
      <w:r>
        <w:t xml:space="preserve"> </w:t>
      </w:r>
      <w:r>
        <w:t xml:space="preserve">makes coefficient congruence imply exact equality. That is a valid finite arithmetic reduction, but enforcing the energy constraint retains the central difficulty. Passing modular equations alone should therefore never be reported as a rational positivity certificate.</w:t>
      </w:r>
    </w:p>
    <w:p>
      <w:pPr>
        <w:pStyle w:val="BodyText"/>
      </w:pPr>
      <w:r>
        <w:t xml:space="preserve">Source: denominator record.</w:t>
      </w:r>
    </w:p>
    <w:bookmarkEnd w:id="163"/>
    <w:bookmarkStart w:id="164" w:name="X0852fa6e2ecbcb380b713665d2927855d58c696"/>
    <w:p>
      <w:pPr>
        <w:pStyle w:val="Heading3"/>
      </w:pPr>
      <w:r>
        <w:t xml:space="preserve">32. Construct a denominator independent of maximum frequency</w:t>
      </w:r>
    </w:p>
    <w:p>
      <w:pPr>
        <w:pStyle w:val="FirstParagraph"/>
        <w:keepLines/>
      </w:pPr>
      <w:r>
        <w:rPr>
          <w:bCs/>
          <w:b/>
        </w:rPr>
        <w:t xml:space="preserve">Outcome: an explicit sufficient bound proved in the notes.</w:t>
      </w:r>
      <w:r>
        <w:t xml:space="preserve"> </w:t>
      </w:r>
      <w:r>
        <w:t xml:space="preserve">With an additional positive shift, a binomial approximation to a square root is controlled in the Fourier coefficient norm. The number of frequencies in a power is bounded by the number of original modes and the power, not by their largest index. Rational coefficients and a diagonally dominant remainder then yield a finite sum of squares with a denominator depending on</w:t>
      </w:r>
      <w:r>
        <w:t xml:space="preserve"> </w:t>
      </w:r>
      <m:oMath>
        <m:r>
          <m:t>N</m:t>
        </m:r>
      </m:oMath>
      <w:r>
        <w:t xml:space="preserve"> </w:t>
      </w:r>
      <w:r>
        <w:t xml:space="preserve">and the positivity margin. The resulting bound is enormous. It proves existence constructively but does not give the absolute denominator needed for a square-root lower bound.</w:t>
      </w:r>
    </w:p>
    <w:p>
      <w:pPr>
        <w:pStyle w:val="BodyText"/>
      </w:pPr>
      <w:r>
        <w:t xml:space="preserve">Sources: denominator record, audit, and power-norm audit.</w:t>
      </w:r>
    </w:p>
    <w:bookmarkEnd w:id="164"/>
    <w:bookmarkStart w:id="165" w:name="X526c2cdb34488548dff283ee5b224ccff79d111"/>
    <w:p>
      <w:pPr>
        <w:pStyle w:val="Heading3"/>
      </w:pPr>
      <w:r>
        <w:t xml:space="preserve">33. Make a prescribed denominator a finite decision problem</w:t>
      </w:r>
    </w:p>
    <w:p>
      <w:pPr>
        <w:pStyle w:val="FirstParagraph"/>
      </w:pPr>
      <w:r>
        <w:rPr>
          <w:bCs/>
          <w:b/>
        </w:rPr>
        <w:t xml:space="preserve">Outcome: an existence bound for a finite search proved; full search not executed.</w:t>
      </w:r>
      <w:r>
        <w:t xml:space="preserve"> </w:t>
      </w:r>
      <w:r>
        <w:t xml:space="preserve">If a decomposition exists at a specified denominator, its integral coefficient energy is fixed. The notes compress coefficient-position relations while keeping the original frequencies as anchors, producing an explicit finite degree bound for at least one representation. Hence denominator admissibility can in principle be decided by finite enumeration. The bound does not constrain every possible representation, since gratuitously shifted factors can have arbitrarily large degree. The full enumerative algorithm was not run; the code checks its component identities and examples rather than claiming a completed universal search.</w:t>
      </w:r>
    </w:p>
    <w:p>
      <w:pPr>
        <w:pStyle w:val="BodyText"/>
      </w:pPr>
      <w:r>
        <w:t xml:space="preserve">Source: denominator record.</w:t>
      </w:r>
    </w:p>
    <w:bookmarkEnd w:id="165"/>
    <w:bookmarkStart w:id="166" w:name="X8f7cd19ae47fb2c5c01440dc6b5d3fd6e86bb1e"/>
    <w:p>
      <w:pPr>
        <w:pStyle w:val="Heading3"/>
      </w:pPr>
      <w:r>
        <w:t xml:space="preserve">34. Replace positivity by all fractional inverse Hardy norms</w:t>
      </w:r>
    </w:p>
    <w:p>
      <w:pPr>
        <w:pStyle w:val="FirstParagraph"/>
        <w:keepLines/>
      </w:pPr>
      <w:r>
        <w:rPr>
          <w:bCs/>
          <w:b/>
        </w:rPr>
        <w:t xml:space="preserve">Outcome: necessary inequalities proved; their joint converse refuted.</w:t>
      </w:r>
      <w:r>
        <w:t xml:space="preserve"> </w:t>
      </w:r>
      <w:r>
        <w:t xml:space="preserve">Positive real part of</w:t>
      </w:r>
      <w:r>
        <w:t xml:space="preserve"> </w:t>
      </w:r>
      <m:oMath>
        <m:r>
          <m:t>H</m:t>
        </m:r>
        <m:r>
          <m:rPr>
            <m:sty m:val="p"/>
          </m:rPr>
          <m:t>=</m:t>
        </m:r>
        <m:r>
          <m:t>k</m:t>
        </m:r>
        <m:r>
          <m:rPr>
            <m:sty m:val="p"/>
          </m:rPr>
          <m:t>+</m:t>
        </m:r>
        <m:sSub>
          <m:e>
            <m:r>
              <m:t>P</m:t>
            </m:r>
          </m:e>
          <m:sub>
            <m:r>
              <m:t>A</m:t>
            </m:r>
          </m:sub>
        </m:sSub>
      </m:oMath>
      <w:r>
        <w:t xml:space="preserve"> </w:t>
      </w:r>
      <w:r>
        <w:t xml:space="preserve">implies</w:t>
      </w:r>
      <w:r>
        <w:t xml:space="preserve"> </w:t>
      </w:r>
      <m:oMath>
        <m:r>
          <m:rPr>
            <m:sty m:val="p"/>
          </m:rPr>
          <m:t>∥</m:t>
        </m:r>
        <m:sSup>
          <m:e>
            <m:d>
              <m:dPr>
                <m:begChr m:val="("/>
                <m:sepChr m:val=""/>
                <m:endChr m:val=")"/>
                <m:grow/>
              </m:dPr>
              <m:e>
                <m:r>
                  <m:t>k</m:t>
                </m:r>
                <m:r>
                  <m:rPr>
                    <m:sty m:val="p"/>
                  </m:rPr>
                  <m:t>/</m:t>
                </m:r>
                <m:r>
                  <m:t>H</m:t>
                </m:r>
              </m:e>
            </m:d>
          </m:e>
          <m:sup>
            <m:r>
              <m:t>p</m:t>
            </m:r>
          </m:sup>
        </m:sSup>
        <m:sSubSup>
          <m:e>
            <m:r>
              <m:rPr>
                <m:sty m:val="p"/>
              </m:rPr>
              <m:t>∥</m:t>
            </m:r>
          </m:e>
          <m:sub>
            <m:sSup>
              <m:e>
                <m:r>
                  <m:t>H</m:t>
                </m:r>
              </m:e>
              <m:sup>
                <m:r>
                  <m:t>2</m:t>
                </m:r>
              </m:sup>
            </m:sSup>
          </m:sub>
          <m:sup>
            <m:r>
              <m:t>2</m:t>
            </m:r>
          </m:sup>
        </m:sSubSup>
        <m:r>
          <m:rPr>
            <m:sty m:val="p"/>
          </m:rPr>
          <m:t>≤</m:t>
        </m:r>
        <m:r>
          <m:rPr>
            <m:sty m:val="p"/>
          </m:rPr>
          <m:t>sec</m:t>
        </m:r>
        <m:d>
          <m:dPr>
            <m:begChr m:val="("/>
            <m:sepChr m:val=""/>
            <m:endChr m:val=")"/>
            <m:grow/>
          </m:dPr>
          <m:e>
            <m:r>
              <m:t>π</m:t>
            </m:r>
            <m:r>
              <m:t>p</m:t>
            </m:r>
          </m:e>
        </m:d>
      </m:oMath>
      <w:r>
        <w:t xml:space="preserve"> </w:t>
      </w:r>
      <w:r>
        <w:t xml:space="preserve">for every</w:t>
      </w:r>
      <w:r>
        <w:t xml:space="preserve"> </w:t>
      </w:r>
      <m:oMath>
        <m:r>
          <m:t>0</m:t>
        </m:r>
        <m:r>
          <m:rPr>
            <m:sty m:val="p"/>
          </m:rPr>
          <m:t>&lt;</m:t>
        </m:r>
        <m:r>
          <m:t>p</m:t>
        </m:r>
        <m:r>
          <m:rPr>
            <m:sty m:val="p"/>
          </m:rPr>
          <m:t>&lt;</m:t>
        </m:r>
        <m:r>
          <m:t>1</m:t>
        </m:r>
        <m:r>
          <m:rPr>
            <m:sty m:val="p"/>
          </m:rPr>
          <m:t>/</m:t>
        </m:r>
        <m:r>
          <m:t>2</m:t>
        </m:r>
      </m:oMath>
      <w:r>
        <w:t xml:space="preserve">. The hope was that retaining the whole family, rather than one norm, would recover the relevant positivity. For</w:t>
      </w:r>
      <w:r>
        <w:t xml:space="preserve"> </w:t>
      </w:r>
      <m:oMath>
        <m:sSub>
          <m:e>
            <m:r>
              <m:t>H</m:t>
            </m:r>
          </m:e>
          <m:sub>
            <m:r>
              <m:t>N</m:t>
            </m:r>
          </m:sub>
        </m:sSub>
        <m:r>
          <m:rPr>
            <m:sty m:val="p"/>
          </m:rPr>
          <m:t>=</m:t>
        </m:r>
        <m:r>
          <m:t>1</m:t>
        </m:r>
        <m:r>
          <m:rPr>
            <m:sty m:val="p"/>
          </m:rPr>
          <m:t>+</m:t>
        </m:r>
        <m:r>
          <m:t>z</m:t>
        </m:r>
        <m:r>
          <m:rPr>
            <m:sty m:val="p"/>
          </m:rPr>
          <m:t>+</m:t>
        </m:r>
        <m:r>
          <m:rPr>
            <m:sty m:val="p"/>
          </m:rPr>
          <m:t>⋯</m:t>
        </m:r>
        <m:r>
          <m:rPr>
            <m:sty m:val="p"/>
          </m:rPr>
          <m:t>+</m:t>
        </m:r>
        <m:sSup>
          <m:e>
            <m:r>
              <m:t>z</m:t>
            </m:r>
          </m:e>
          <m:sup>
            <m:r>
              <m:t>N</m:t>
            </m:r>
          </m:sup>
        </m:sSup>
      </m:oMath>
      <w:r>
        <w:t xml:space="preserve">, every inequality holds even when the trial shift does not make the real part nonnegative on the circle. The record proves a stronger norm estimate for this family. Thus all these averaged inverse norms together still do not replace the required pointwise condition.</w:t>
      </w:r>
    </w:p>
    <w:p>
      <w:pPr>
        <w:pStyle w:val="BodyText"/>
      </w:pPr>
      <w:r>
        <w:t xml:space="preserve">Sources: analysis record and audit.</w:t>
      </w:r>
    </w:p>
    <w:bookmarkEnd w:id="166"/>
    <w:bookmarkStart w:id="167" w:name="X8008b420b01af3164932b0e27f4d39f063bb4f6"/>
    <w:p>
      <w:pPr>
        <w:pStyle w:val="Heading3"/>
      </w:pPr>
      <w:r>
        <w:t xml:space="preserve">35. Cool the observation measure instead of changing the signal</w:t>
      </w:r>
    </w:p>
    <w:p>
      <w:pPr>
        <w:pStyle w:val="FirstParagraph"/>
        <w:keepLines/>
      </w:pPr>
      <w:r>
        <w:rPr>
          <w:bCs/>
          <w:b/>
        </w:rPr>
        <w:t xml:space="preserve">Outcome: Gibbs identities proved; sufficient variance condition unresolved.</w:t>
      </w:r>
      <w:r>
        <w:t xml:space="preserve"> </w:t>
      </w:r>
      <w:r>
        <w:t xml:space="preserve">Weighting time by</w:t>
      </w:r>
      <w:r>
        <w:t xml:space="preserve"> </w:t>
      </w:r>
      <m:oMath>
        <m:sSup>
          <m:e>
            <m:r>
              <m:t>e</m:t>
            </m:r>
          </m:e>
          <m:sup>
            <m:r>
              <m:rPr>
                <m:sty m:val="p"/>
              </m:rPr>
              <m:t>−</m:t>
            </m:r>
            <m:r>
              <m:t>β</m:t>
            </m:r>
            <m:sSub>
              <m:e>
                <m:r>
                  <m:t>f</m:t>
                </m:r>
              </m:e>
              <m:sub>
                <m:r>
                  <m:t>A</m:t>
                </m:r>
              </m:sub>
            </m:sSub>
          </m:sup>
        </m:sSup>
      </m:oMath>
      <w:r>
        <w:t xml:space="preserve"> </w:t>
      </w:r>
      <w:r>
        <w:t xml:space="preserve">favors negative values while leaving every original frequency and amplitude unchanged. Derivatives of the log partition function give the tilted mean and variance, yielding an exact candidate bridge to the desired scale. A proposed overly strong uniform variance lower bound fails on a certified small example. Direct comparison of densities gives only a weaker bound. The remaining variance statement is a concrete research target, not an established theorem. Branches 63, 66, and 82 develop the same weighting mechanism in other forms.</w:t>
      </w:r>
    </w:p>
    <w:p>
      <w:pPr>
        <w:pStyle w:val="BodyText"/>
      </w:pPr>
      <w:r>
        <w:t xml:space="preserve">Source: analysis record.</w:t>
      </w:r>
    </w:p>
    <w:bookmarkEnd w:id="167"/>
    <w:bookmarkStart w:id="168" w:name="X78083e1bbf97e6eb55e9e3aeaca53e377a22853"/>
    <w:p>
      <w:pPr>
        <w:pStyle w:val="Heading3"/>
      </w:pPr>
      <w:r>
        <w:t xml:space="preserve">36. Descend through fractional changes of frequency weights</w:t>
      </w:r>
    </w:p>
    <w:p>
      <w:pPr>
        <w:pStyle w:val="FirstParagraph"/>
      </w:pPr>
      <w:r>
        <w:rPr>
          <w:bCs/>
          <w:b/>
        </w:rPr>
        <w:t xml:space="preserve">Outcome: fractional descent proved; automatic integer rounding refuted.</w:t>
      </w:r>
      <w:r>
        <w:t xml:space="preserve"> </w:t>
      </w:r>
      <w:r>
        <w:t xml:space="preserve">The directional derivative of the minimum depends exactly on the perturbation’s values at the current contact points. This permits a strict fractional descent from every binary frequency set in the examined relaxation. An explicit example nevertheless has a negative initial derivative and a worse value after the corresponding full integer exchange. The descent direction therefore cannot simply be rounded into an admissible improved set. The result identifies a discrete barrier between the weighted relaxation and the original model; it does not imply that no multi-frequency exchange can improve a set.</w:t>
      </w:r>
    </w:p>
    <w:p>
      <w:pPr>
        <w:pStyle w:val="BodyText"/>
      </w:pPr>
      <w:r>
        <w:t xml:space="preserve">Source: analysis record.</w:t>
      </w:r>
    </w:p>
    <w:bookmarkEnd w:id="168"/>
    <w:bookmarkStart w:id="169" w:name="Xeaa0ddf4d53bc4f5577289c5af88c520c6ccd96"/>
    <w:p>
      <w:pPr>
        <w:pStyle w:val="Heading3"/>
      </w:pPr>
      <w:r>
        <w:t xml:space="preserve">37. Correct cyclic aliasing before certifying the circle</w:t>
      </w:r>
    </w:p>
    <w:p>
      <w:pPr>
        <w:pStyle w:val="FirstParagraph"/>
        <w:keepLines/>
      </w:pPr>
      <w:r>
        <w:rPr>
          <w:bCs/>
          <w:b/>
        </w:rPr>
        <w:t xml:space="preserve">Outcome: exact correction identity and continuous certificate proved.</w:t>
      </w:r>
      <w:r>
        <w:t xml:space="preserve"> </w:t>
      </w:r>
      <w:r>
        <w:t xml:space="preserve">Cyclic autocorrelations combine differences modulo a period, whereas the original polynomial uses ordinary integer differences. The record writes the missing Laurent correction explicitly and then bounds the error between a sampled minimum and the continuous one by</w:t>
      </w:r>
      <w:r>
        <w:t xml:space="preserve"> </w:t>
      </w:r>
      <m:oMath>
        <m:sSup>
          <m:e>
            <m:r>
              <m:t>π</m:t>
            </m:r>
          </m:e>
          <m:sup>
            <m:r>
              <m:t>2</m:t>
            </m:r>
          </m:sup>
        </m:sSup>
        <m:r>
          <m:rPr>
            <m:sty m:val="p"/>
          </m:rPr>
          <m:t>∑</m:t>
        </m:r>
        <m:sSup>
          <m:e>
            <m:r>
              <m:t>a</m:t>
            </m:r>
          </m:e>
          <m:sup>
            <m:r>
              <m:t>2</m:t>
            </m:r>
          </m:sup>
        </m:sSup>
        <m:r>
          <m:rPr>
            <m:sty m:val="p"/>
          </m:rPr>
          <m:t>/</m:t>
        </m:r>
        <m:d>
          <m:dPr>
            <m:begChr m:val="("/>
            <m:sepChr m:val=""/>
            <m:endChr m:val=")"/>
            <m:grow/>
          </m:dPr>
          <m:e>
            <m:r>
              <m:t>2</m:t>
            </m:r>
            <m:sSup>
              <m:e>
                <m:r>
                  <m:t>Q</m:t>
                </m:r>
              </m:e>
              <m:sup>
                <m:r>
                  <m:t>2</m:t>
                </m:r>
              </m:sup>
            </m:sSup>
          </m:e>
        </m:d>
      </m:oMath>
      <w:r>
        <w:t xml:space="preserve"> </w:t>
      </w:r>
      <w:r>
        <w:t xml:space="preserve">on a</w:t>
      </w:r>
      <w:r>
        <w:t xml:space="preserve"> </w:t>
      </w:r>
      <m:oMath>
        <m:r>
          <m:t>Q</m:t>
        </m:r>
      </m:oMath>
      <w:r>
        <w:t xml:space="preserve">-point grid. This provides a valid continuous certificate once the sampled values themselves are controlled. The error depends on the frequencies, so a fixed grid is insufficient. Branch 90 later supplies a particularly transparent infinite family showing the same sampling danger.</w:t>
      </w:r>
    </w:p>
    <w:p>
      <w:pPr>
        <w:pStyle w:val="BodyText"/>
      </w:pPr>
      <w:r>
        <w:t xml:space="preserve">Source: construction record.</w:t>
      </w:r>
    </w:p>
    <w:bookmarkEnd w:id="169"/>
    <w:bookmarkStart w:id="170" w:name="Xdab79c4e93163f82933fca222877a664322e902"/>
    <w:p>
      <w:pPr>
        <w:pStyle w:val="Heading3"/>
      </w:pPr>
      <w:r>
        <w:t xml:space="preserve">38. Generate sparse frequencies with a Fibonacci automaton</w:t>
      </w:r>
    </w:p>
    <w:p>
      <w:pPr>
        <w:pStyle w:val="FirstParagraph"/>
        <w:keepLines/>
      </w:pPr>
      <w:r>
        <w:rPr>
          <w:bCs/>
          <w:b/>
        </w:rPr>
        <w:t xml:space="preserve">Outcome: explicit sparse family fails as a counterexample candidate.</w:t>
      </w:r>
      <w:r>
        <w:t xml:space="preserve"> </w:t>
      </w:r>
      <w:r>
        <w:t xml:space="preserve">To avoid the dense backgrounds that defeated branches 27 and 28, this construction uses digit strings with no adjacent ones. The admissible frequency set becomes sparse and its size follows a Fibonacci recurrence. A carefully chosen phase still produces a linear negative excursion: the record proves</w:t>
      </w:r>
      <w:r>
        <w:t xml:space="preserve"> </w:t>
      </w:r>
      <m:oMath>
        <m:r>
          <m:t>K</m:t>
        </m:r>
        <m:d>
          <m:dPr>
            <m:begChr m:val="("/>
            <m:sepChr m:val=""/>
            <m:endChr m:val=")"/>
            <m:grow/>
          </m:dPr>
          <m:e>
            <m:sSub>
              <m:e>
                <m:r>
                  <m:t>A</m:t>
                </m:r>
              </m:e>
              <m:sub>
                <m:r>
                  <m:t>m</m:t>
                </m:r>
              </m:sub>
            </m:sSub>
          </m:e>
        </m:d>
        <m:r>
          <m:rPr>
            <m:sty m:val="p"/>
          </m:rPr>
          <m:t>&gt;</m:t>
        </m:r>
        <m:sSub>
          <m:e>
            <m:r>
              <m:t>N</m:t>
            </m:r>
          </m:e>
          <m:sub>
            <m:r>
              <m:t>m</m:t>
            </m:r>
          </m:sub>
        </m:sSub>
        <m:r>
          <m:rPr>
            <m:sty m:val="p"/>
          </m:rPr>
          <m:t>/</m:t>
        </m:r>
        <m:r>
          <m:t>20</m:t>
        </m:r>
      </m:oMath>
      <w:r>
        <w:t xml:space="preserve"> </w:t>
      </w:r>
      <w:r>
        <w:t xml:space="preserve">for every</w:t>
      </w:r>
      <w:r>
        <w:t xml:space="preserve"> </w:t>
      </w:r>
      <m:oMath>
        <m:r>
          <m:t>m</m:t>
        </m:r>
        <m:r>
          <m:rPr>
            <m:sty m:val="p"/>
          </m:rPr>
          <m:t>≥</m:t>
        </m:r>
        <m:r>
          <m:t>20</m:t>
        </m:r>
      </m:oMath>
      <w:r>
        <w:t xml:space="preserve">. Exact prefix probabilities support the witness. This is an infinite-family obstruction to the stated automaton construction, not evidence that sparsity itself must create a large negative minimum in every frequency set.</w:t>
      </w:r>
    </w:p>
    <w:p>
      <w:pPr>
        <w:pStyle w:val="BodyText"/>
      </w:pPr>
      <w:r>
        <w:t xml:space="preserve">Source: construction record.</w:t>
      </w:r>
    </w:p>
    <w:bookmarkEnd w:id="170"/>
    <w:bookmarkStart w:id="171" w:name="X690149b3ee1115a954fb599cf0406502a996ba7"/>
    <w:p>
      <w:pPr>
        <w:pStyle w:val="Heading3"/>
      </w:pPr>
      <w:r>
        <w:t xml:space="preserve">39. Encode a multidimensional torus by a random integer direction</w:t>
      </w:r>
    </w:p>
    <w:p>
      <w:pPr>
        <w:pStyle w:val="FirstParagraph"/>
      </w:pPr>
      <w:r>
        <w:rPr>
          <w:bCs/>
          <w:b/>
        </w:rPr>
        <w:t xml:space="preserve">Outcome: controlled probabilistic transfer proved in the notes.</w:t>
      </w:r>
      <w:r>
        <w:t xml:space="preserve"> </w:t>
      </w:r>
      <w:r>
        <w:t xml:space="preserve">A trigonometric sum on a genuine torus can be restricted along an integer direction. Avoiding finitely many relation hyperplanes, with an explicit large sampling range, gives distinct positive one-dimensional frequencies whose depth differs from the torus minimum by at most a chosen error, with stated probability. This extends the relation-preservation mechanism of branch 08. An arbitrary coding direction need not work, and a finite torsion group is not interchangeable with a torus. The bound guarantees existence and probability, not computational efficiency at useful sizes.</w:t>
      </w:r>
    </w:p>
    <w:p>
      <w:pPr>
        <w:pStyle w:val="BodyText"/>
      </w:pPr>
      <w:r>
        <w:t xml:space="preserve">Source: construction record.</w:t>
      </w:r>
    </w:p>
    <w:bookmarkEnd w:id="171"/>
    <w:bookmarkStart w:id="172" w:name="X75316e4989c511eb163097ec1d2302cb9c65025"/>
    <w:p>
      <w:pPr>
        <w:pStyle w:val="Heading3"/>
      </w:pPr>
      <w:r>
        <w:t xml:space="preserve">40. Rotate one factor or dilate all frequencies</w:t>
      </w:r>
    </w:p>
    <w:p>
      <w:pPr>
        <w:pStyle w:val="FirstParagraph"/>
        <w:keepLines/>
      </w:pPr>
      <w:r>
        <w:rPr>
          <w:bCs/>
          <w:b/>
        </w:rPr>
        <w:t xml:space="preserve">Outcome: arithmetic distinction and dilation invariance proved.</w:t>
      </w:r>
      <w:r>
        <w:t xml:space="preserve"> </w:t>
      </w:r>
      <w:r>
        <w:t xml:space="preserve">Multiplying a spectral factor by a phase does not always make all its coefficients rational; an explicit positive one-frequency polynomial has no single Gaussian-rational factor at any denominator. A frequency dilation can change that single-factor question. In contrast, when any finite number of squared factors is allowed, the set of admissible denominators is invariant under the substitution</w:t>
      </w:r>
      <w:r>
        <w:t xml:space="preserve"> </w:t>
      </w:r>
      <m:oMath>
        <m:r>
          <m:t>z</m:t>
        </m:r>
        <m:r>
          <m:rPr>
            <m:sty m:val="p"/>
          </m:rPr>
          <m:t>↦</m:t>
        </m:r>
        <m:sSup>
          <m:e>
            <m:r>
              <m:t>z</m:t>
            </m:r>
          </m:e>
          <m:sup>
            <m:r>
              <m:t>L</m:t>
            </m:r>
          </m:sup>
        </m:sSup>
      </m:oMath>
      <w:r>
        <w:t xml:space="preserve">. Residue-class decomposition proves the reverse direction. This prevents common frequency scaling from removing the multi-factor denominator obstruction and clarifies which factorization problem is actually being studied.</w:t>
      </w:r>
    </w:p>
    <w:p>
      <w:pPr>
        <w:pStyle w:val="BodyText"/>
      </w:pPr>
      <w:r>
        <w:t xml:space="preserve">Sources: phase and dilation record and audit.</w:t>
      </w:r>
    </w:p>
    <w:bookmarkEnd w:id="172"/>
    <w:bookmarkEnd w:id="173"/>
    <w:bookmarkStart w:id="184" w:name="X438b611c12aeef6df9790cbf8cc0b82399e6ee5"/>
    <w:p>
      <w:pPr>
        <w:pStyle w:val="Heading2"/>
      </w:pPr>
      <w:r>
        <w:t xml:space="preserve">Approaches 41–50: reconstructed interdisciplinary branches</w:t>
      </w:r>
    </w:p>
    <w:p>
      <w:pPr>
        <w:pStyle w:val="FirstParagraph"/>
      </w:pPr>
      <w:r>
        <w:t xml:space="preserve">The original working files for this round were lost after an environment failure. The linked texts are explicit reconstructions from surviving research statements. They contain inspectable arguments, but they are not restored original files. In particular, the missing finite certificates in entry 42 must not be silently promoted to freshly verified evidence.</w:t>
      </w:r>
    </w:p>
    <w:bookmarkStart w:id="174" w:name="Xa0a94fe14547f57c15050c842d69ebebeca8f08"/>
    <w:p>
      <w:pPr>
        <w:pStyle w:val="Heading3"/>
      </w:pPr>
      <w:r>
        <w:t xml:space="preserve">41. Synchronize the waves like coupled biological oscillators</w:t>
      </w:r>
    </w:p>
    <w:p>
      <w:pPr>
        <w:pStyle w:val="FirstParagraph"/>
        <w:keepLines/>
      </w:pPr>
      <w:r>
        <w:rPr>
          <w:bCs/>
          <w:b/>
        </w:rPr>
        <w:t xml:space="preserve">Outcome: orbit-preservation failure proved in the reconstruction.</w:t>
      </w:r>
      <w:r>
        <w:t xml:space="preserve"> </w:t>
      </w:r>
      <w:r>
        <w:t xml:space="preserve">A sinusoidally coupled oscillator system can synchronize phases, but its coupling vector generally leaves the one-dimensional orbit</w:t>
      </w:r>
      <w:r>
        <w:t xml:space="preserve"> </w:t>
      </w:r>
      <m:oMath>
        <m:sSub>
          <m:e>
            <m:d>
              <m:dPr>
                <m:begChr m:val="("/>
                <m:sepChr m:val=""/>
                <m:endChr m:val=")"/>
                <m:grow/>
              </m:dPr>
              <m:e>
                <m:r>
                  <m:t>a</m:t>
                </m:r>
                <m:r>
                  <m:t>x</m:t>
                </m:r>
              </m:e>
            </m:d>
          </m:e>
          <m:sub>
            <m:r>
              <m:t>a</m:t>
            </m:r>
            <m:r>
              <m:rPr>
                <m:sty m:val="p"/>
              </m:rPr>
              <m:t>∈</m:t>
            </m:r>
            <m:r>
              <m:t>A</m:t>
            </m:r>
          </m:sub>
        </m:sSub>
      </m:oMath>
      <w:r>
        <w:t xml:space="preserve">. A Taylor expansion from zero initial phases proves this for distinct frequencies and nonzero coupling. Projecting the dynamics back onto that orbit merely changes the speed of traversal when the speed stays positive, leaving the minimum unchanged. The historical finite algebra checks are described as earlier checks, not recovered outputs. The mathematical obstruction is to this specific synchronization transfer; specially designed dynamics remain outside it.</w:t>
      </w:r>
    </w:p>
    <w:p>
      <w:pPr>
        <w:pStyle w:val="BodyText"/>
      </w:pPr>
      <w:r>
        <w:t xml:space="preserve">Source: reconstructed biology record.</w:t>
      </w:r>
    </w:p>
    <w:bookmarkEnd w:id="174"/>
    <w:bookmarkStart w:id="175" w:name="Xbdc0afd66afe1f5ad969a6066ac7fced5763e62"/>
    <w:p>
      <w:pPr>
        <w:pStyle w:val="Heading3"/>
      </w:pPr>
      <w:r>
        <w:t xml:space="preserve">42. Search for an epistatic trap in single-frequency selection</w:t>
      </w:r>
    </w:p>
    <w:p>
      <w:pPr>
        <w:pStyle w:val="FirstParagraph"/>
        <w:keepLines/>
      </w:pPr>
      <w:r>
        <w:rPr>
          <w:bCs/>
          <w:b/>
        </w:rPr>
        <w:t xml:space="preserve">Outcome: historical local-trap claim with a stated evidence gap.</w:t>
      </w:r>
      <w:r>
        <w:t xml:space="preserve"> </w:t>
      </w:r>
      <w:r>
        <w:t xml:space="preserve">The earlier record reported that</w:t>
      </w:r>
      <w:r>
        <w:t xml:space="preserve"> </w:t>
      </w:r>
      <m:oMath>
        <m:r>
          <m:rPr>
            <m:sty m:val="p"/>
          </m:rPr>
          <m:t>{</m:t>
        </m:r>
        <m:r>
          <m:t>1</m:t>
        </m:r>
        <m:r>
          <m:rPr>
            <m:sty m:val="p"/>
          </m:rPr>
          <m:t>,</m:t>
        </m:r>
        <m:r>
          <m:t>4</m:t>
        </m:r>
        <m:r>
          <m:rPr>
            <m:sty m:val="p"/>
          </m:rPr>
          <m:t>,</m:t>
        </m:r>
        <m:r>
          <m:t>5</m:t>
        </m:r>
        <m:r>
          <m:rPr>
            <m:sty m:val="p"/>
          </m:rPr>
          <m:t>,</m:t>
        </m:r>
        <m:r>
          <m:t>6</m:t>
        </m:r>
        <m:r>
          <m:rPr>
            <m:sty m:val="p"/>
          </m:rPr>
          <m:t>}</m:t>
        </m:r>
      </m:oMath>
      <w:r>
        <w:t xml:space="preserve"> </w:t>
      </w:r>
      <w:r>
        <w:t xml:space="preserve">is worse globally than</w:t>
      </w:r>
      <w:r>
        <w:t xml:space="preserve"> </w:t>
      </w:r>
      <m:oMath>
        <m:r>
          <m:rPr>
            <m:sty m:val="p"/>
          </m:rPr>
          <m:t>{</m:t>
        </m:r>
        <m:r>
          <m:t>1</m:t>
        </m:r>
        <m:r>
          <m:rPr>
            <m:sty m:val="p"/>
          </m:rPr>
          <m:t>,</m:t>
        </m:r>
        <m:r>
          <m:t>2</m:t>
        </m:r>
        <m:r>
          <m:rPr>
            <m:sty m:val="p"/>
          </m:rPr>
          <m:t>,</m:t>
        </m:r>
        <m:r>
          <m:t>3</m:t>
        </m:r>
        <m:r>
          <m:rPr>
            <m:sty m:val="p"/>
          </m:rPr>
          <m:t>,</m:t>
        </m:r>
        <m:r>
          <m:t>4</m:t>
        </m:r>
        <m:r>
          <m:rPr>
            <m:sty m:val="p"/>
          </m:rPr>
          <m:t>}</m:t>
        </m:r>
      </m:oMath>
      <w:r>
        <w:t xml:space="preserve">, yet every single-frequency replacement worsens its depth beyond a fixed threshold. The infinite replacement tail, for the new frequency at least 500, has a complete reconstructed analytic proof. The 1,980 rational witnesses covering smaller replacements and several original positivity certificates were lost. Consequently the full local-minimum claim is retained as historical pending re-certification, not presented as newly reproduced. The intended lesson concerns interactions between simultaneous discrete changes, not a general asymptotic bound.</w:t>
      </w:r>
    </w:p>
    <w:p>
      <w:pPr>
        <w:pStyle w:val="BodyText"/>
      </w:pPr>
      <w:r>
        <w:t xml:space="preserve">Source: reconstructed biology record.</w:t>
      </w:r>
    </w:p>
    <w:bookmarkEnd w:id="175"/>
    <w:bookmarkStart w:id="176" w:name="Xa91ab31b283a67e67dca54b2a8ab7fc3daaeaa0"/>
    <w:p>
      <w:pPr>
        <w:pStyle w:val="Heading3"/>
      </w:pPr>
      <w:r>
        <w:t xml:space="preserve">43. Make the shifted wave a nonlinear population equilibrium</w:t>
      </w:r>
    </w:p>
    <w:p>
      <w:pPr>
        <w:pStyle w:val="FirstParagraph"/>
        <w:keepLines/>
      </w:pPr>
      <w:r>
        <w:rPr>
          <w:bCs/>
          <w:b/>
        </w:rPr>
        <w:t xml:space="preserve">Outcome: exact finite-spectrum equilibrium ruled out in the stated model.</w:t>
      </w:r>
      <w:r>
        <w:t xml:space="preserve"> </w:t>
      </w:r>
      <w:r>
        <w:t xml:space="preserve">A constant-coefficient linear differential operator preserves the largest frequency, while a homogeneous polynomial reaction of degree</w:t>
      </w:r>
      <w:r>
        <w:t xml:space="preserve"> </w:t>
      </w:r>
      <m:oMath>
        <m:r>
          <m:t>p</m:t>
        </m:r>
        <m:r>
          <m:rPr>
            <m:sty m:val="p"/>
          </m:rPr>
          <m:t>≥</m:t>
        </m:r>
        <m:r>
          <m:t>2</m:t>
        </m:r>
      </m:oMath>
      <w:r>
        <w:t xml:space="preserve"> </w:t>
      </w:r>
      <w:r>
        <w:t xml:space="preserve">generates a nonzero coefficient at</w:t>
      </w:r>
      <w:r>
        <w:t xml:space="preserve"> </w:t>
      </w:r>
      <m:oMath>
        <m:r>
          <m:t>p</m:t>
        </m:r>
      </m:oMath>
      <w:r>
        <w:t xml:space="preserve"> </w:t>
      </w:r>
      <w:r>
        <w:t xml:space="preserve">times that frequency. It cannot be cancelled in the proposed scalar equilibrium. The reconstruction also quantifies the unavoidable residual. Consecutive frequencies refute the particular</w:t>
      </w:r>
      <w:r>
        <w:t xml:space="preserve"> </w:t>
      </w:r>
      <m:oMath>
        <m:r>
          <m:t>C</m:t>
        </m:r>
        <m:r>
          <m:rPr>
            <m:sty m:val="p"/>
          </m:rPr>
          <m:t>/</m:t>
        </m:r>
        <m:r>
          <m:t>N</m:t>
        </m:r>
      </m:oMath>
      <w:r>
        <w:t xml:space="preserve"> </w:t>
      </w:r>
      <w:r>
        <w:t xml:space="preserve">residual estimate that would have implied a square-root bound. Multicomponent systems, spatially varying coefficients, nonlinear derivatives, and infinite spectra are not addressed. The biological analogy motivates the question but does not validate the mathematical transfer.</w:t>
      </w:r>
    </w:p>
    <w:p>
      <w:pPr>
        <w:pStyle w:val="BodyText"/>
      </w:pPr>
      <w:r>
        <w:t xml:space="preserve">Source: reconstructed biology record.</w:t>
      </w:r>
    </w:p>
    <w:bookmarkEnd w:id="176"/>
    <w:bookmarkStart w:id="177" w:name="Xa46f0e0567e4590cee3b992fa8bb656e2bf277d"/>
    <w:p>
      <w:pPr>
        <w:pStyle w:val="Heading3"/>
      </w:pPr>
      <w:r>
        <w:t xml:space="preserve">44. Use consensus and small individual influence</w:t>
      </w:r>
    </w:p>
    <w:p>
      <w:pPr>
        <w:pStyle w:val="FirstParagraph"/>
        <w:keepLines/>
      </w:pPr>
      <w:r>
        <w:rPr>
          <w:bCs/>
          <w:b/>
        </w:rPr>
        <w:t xml:space="preserve">Outcome: transfer errors quantified; qualitative network shortcut refuted.</w:t>
      </w:r>
      <w:r>
        <w:t xml:space="preserve"> </w:t>
      </w:r>
      <w:r>
        <w:t xml:space="preserve">A stochastic consensus matrix produces a weighted cosine average. Its distance from uniform influence gives exact uniform and squared-error bounds for transfer back to</w:t>
      </w:r>
      <w:r>
        <w:t xml:space="preserve"> </w:t>
      </w:r>
      <m:oMath>
        <m:sSub>
          <m:e>
            <m:r>
              <m:t>f</m:t>
            </m:r>
          </m:e>
          <m:sub>
            <m:r>
              <m:t>A</m:t>
            </m:r>
          </m:sub>
        </m:sSub>
      </m:oMath>
      <w:r>
        <w:t xml:space="preserve">. Correlations between the resulting opinions cannot be discarded: their sum retains the original variance. A rank-one reversible consensus network with individually small influences realizes a Fejér-weighted signal whose negative depth is constant despite growing variance. Thus rapid agreement and low influence do not ensure the desired excursion. A quantitatively accurate, informative consensus could still transfer a certificate, but its needed properties are unproved.</w:t>
      </w:r>
    </w:p>
    <w:p>
      <w:pPr>
        <w:pStyle w:val="BodyText"/>
      </w:pPr>
      <w:r>
        <w:t xml:space="preserve">Source: reconstructed social record.</w:t>
      </w:r>
    </w:p>
    <w:bookmarkEnd w:id="177"/>
    <w:bookmarkStart w:id="178" w:name="Xedf5675de21470b2368177943d6daae126c9b88"/>
    <w:p>
      <w:pPr>
        <w:pStyle w:val="Heading3"/>
      </w:pPr>
      <w:r>
        <w:t xml:space="preserve">45. Infer global agreement from every proper coalition</w:t>
      </w:r>
    </w:p>
    <w:p>
      <w:pPr>
        <w:pStyle w:val="FirstParagraph"/>
      </w:pPr>
      <w:r>
        <w:rPr>
          <w:bCs/>
          <w:b/>
        </w:rPr>
        <w:t xml:space="preserve">Outcome: simultaneous phase-consistency shortcut refuted.</w:t>
      </w:r>
      <w:r>
        <w:t xml:space="preserve"> </w:t>
      </w:r>
      <w:r>
        <w:t xml:space="preserve">An explicit integer frequency family has the property that each proper subset can nearly align negatively at some time, whereas the whole set cannot meet the stated common phase threshold. The threshold depends on the number of frequencies, a necessary qualification. This models the difference between locally compatible judgments and a globally consistent assignment. The same full frequency set nevertheless has a large negative sum, so near-unanimous alignment is stronger than the original task requires. The obstruction therefore refutes the coalition criterion, not the square-root conjecture.</w:t>
      </w:r>
    </w:p>
    <w:p>
      <w:pPr>
        <w:pStyle w:val="BodyText"/>
      </w:pPr>
      <w:r>
        <w:t xml:space="preserve">Source: reconstructed social record.</w:t>
      </w:r>
    </w:p>
    <w:bookmarkEnd w:id="178"/>
    <w:bookmarkStart w:id="179" w:name="X92c36d8864c3760f9d1a79ee03f98b75af513a3"/>
    <w:p>
      <w:pPr>
        <w:pStyle w:val="Heading3"/>
      </w:pPr>
      <w:r>
        <w:t xml:space="preserve">46. Observe noisy votes generated by a common hidden phase</w:t>
      </w:r>
    </w:p>
    <w:p>
      <w:pPr>
        <w:pStyle w:val="FirstParagraph"/>
        <w:keepLines/>
      </w:pPr>
      <w:r>
        <w:rPr>
          <w:bCs/>
          <w:b/>
        </w:rPr>
        <w:t xml:space="preserve">Outcome: exact Bayesian identities; ordinary-majority detector too weak.</w:t>
      </w:r>
      <w:r>
        <w:t xml:space="preserve"> </w:t>
      </w:r>
      <w:r>
        <w:t xml:space="preserve">Conditionally independent binary votes are generated from the cosine values at one hidden time. Their unconditional higher correlations encode frequency relations, and their posterior mean is not automatically half the vote sum. The reconstruction proves a general square-root spread for the auxiliary votes. However, conditioning only on negative majority yields at most an</w:t>
      </w:r>
      <w:r>
        <w:t xml:space="preserve"> </w:t>
      </w:r>
      <m:oMath>
        <m:r>
          <m:t>O</m:t>
        </m:r>
        <m:d>
          <m:dPr>
            <m:begChr m:val="("/>
            <m:sepChr m:val=""/>
            <m:endChr m:val=")"/>
            <m:grow/>
          </m:dPr>
          <m:e>
            <m:r>
              <m:rPr>
                <m:sty m:val="p"/>
              </m:rPr>
              <m:t>log</m:t>
            </m:r>
            <m:r>
              <m:t>N</m:t>
            </m:r>
          </m:e>
        </m:d>
      </m:oMath>
      <w:r>
        <w:t xml:space="preserve"> </w:t>
      </w:r>
      <w:r>
        <w:t xml:space="preserve">lower certificate on consecutive frequencies. That limitation concerns the detector’s estimate, not the true depth. Rare, more informative voting events remain possible and motivate the later nonlinear product detector.</w:t>
      </w:r>
    </w:p>
    <w:p>
      <w:pPr>
        <w:pStyle w:val="BodyText"/>
      </w:pPr>
      <w:r>
        <w:t xml:space="preserve">Source: reconstructed social record.</w:t>
      </w:r>
    </w:p>
    <w:bookmarkEnd w:id="179"/>
    <w:bookmarkStart w:id="180" w:name="X61e074cc6512eeba3bbb272a89bc27129addfa1"/>
    <w:p>
      <w:pPr>
        <w:pStyle w:val="Heading3"/>
      </w:pPr>
      <w:r>
        <w:t xml:space="preserve">47. Spend polynomial degree more economically</w:t>
      </w:r>
    </w:p>
    <w:p>
      <w:pPr>
        <w:pStyle w:val="FirstParagraph"/>
        <w:keepLines/>
      </w:pPr>
      <w:r>
        <w:rPr>
          <w:bCs/>
          <w:b/>
        </w:rPr>
        <w:t xml:space="preserve">Outcome: reconstructed improvement of a sufficient factorization degree.</w:t>
      </w:r>
      <w:r>
        <w:t xml:space="preserve"> </w:t>
      </w:r>
      <w:r>
        <w:t xml:space="preserve">A Chebyshev approximation to the square root of a positively shifted polynomial is controlled on a Bernstein ellipse. Combining its approximation error with a support-count bound gives a sufficient degree of order</w:t>
      </w:r>
      <w:r>
        <w:t xml:space="preserve"> </w:t>
      </w:r>
      <m:oMath>
        <m:sSup>
          <m:e>
            <m:r>
              <m:t>N</m:t>
            </m:r>
          </m:e>
          <m:sup>
            <m:r>
              <m:t>3</m:t>
            </m:r>
            <m:r>
              <m:rPr>
                <m:sty m:val="p"/>
              </m:rPr>
              <m:t>/</m:t>
            </m:r>
            <m:r>
              <m:t>2</m:t>
            </m:r>
          </m:sup>
        </m:sSup>
        <m:r>
          <m:rPr>
            <m:sty m:val="p"/>
          </m:rPr>
          <m:t>log</m:t>
        </m:r>
        <m:d>
          <m:dPr>
            <m:begChr m:val="("/>
            <m:sepChr m:val=""/>
            <m:endChr m:val=")"/>
            <m:grow/>
          </m:dPr>
          <m:e>
            <m:r>
              <m:t>N</m:t>
            </m:r>
            <m:r>
              <m:rPr>
                <m:sty m:val="p"/>
              </m:rPr>
              <m:t>+</m:t>
            </m:r>
            <m:r>
              <m:t>1</m:t>
            </m:r>
          </m:e>
        </m:d>
      </m:oMath>
      <w:r>
        <w:t xml:space="preserve"> </w:t>
      </w:r>
      <w:r>
        <w:t xml:space="preserve">in the examined construction, improving the project’s earlier bound. Rational rounding and exact remainder correction then produce suitable denominators. The denominator still grows rapidly with</w:t>
      </w:r>
      <w:r>
        <w:t xml:space="preserve"> </w:t>
      </w:r>
      <m:oMath>
        <m:r>
          <m:t>N</m:t>
        </m:r>
      </m:oMath>
      <w:r>
        <w:t xml:space="preserve">, and the method does not establish the conjecture. This is a reconstruction of the argument; original historical parameter runs are not represented as recovered files or a literature-first result.</w:t>
      </w:r>
    </w:p>
    <w:p>
      <w:pPr>
        <w:pStyle w:val="BodyText"/>
      </w:pPr>
      <w:r>
        <w:t xml:space="preserve">Source: reconstructed certificate record.</w:t>
      </w:r>
    </w:p>
    <w:bookmarkEnd w:id="180"/>
    <w:bookmarkStart w:id="181" w:name="Xc5e23fda43794a0d5582b900d7b4e6bca92654f"/>
    <w:p>
      <w:pPr>
        <w:pStyle w:val="Heading3"/>
      </w:pPr>
      <w:r>
        <w:t xml:space="preserve">48. Add a monic helper and then try to remove it</w:t>
      </w:r>
    </w:p>
    <w:p>
      <w:pPr>
        <w:pStyle w:val="FirstParagraph"/>
      </w:pPr>
      <w:r>
        <w:rPr>
          <w:bCs/>
          <w:b/>
        </w:rPr>
        <w:t xml:space="preserve">Outcome: two precise facts, with a failed cancellation shortcut.</w:t>
      </w:r>
      <w:r>
        <w:t xml:space="preserve"> </w:t>
      </w:r>
      <w:r>
        <w:t xml:space="preserve">A monic integer helper whose roots all lie on the unit circle can be cancelled from a sum-of-squares certificate without changing the denominator. A general strictly positive integer Laurent polynomial can also be multiplied by some monic helper to obtain a diagonally dominant integer certificate. The helper in the second statement need not satisfy the first statement’s root condition. An explicit example exposes that distinction. Dividing it away gives rational functions of the variable, not necessarily polynomials with rational numeric coefficients. The apparent removal of the denominator obstruction is therefore invalid.</w:t>
      </w:r>
    </w:p>
    <w:p>
      <w:pPr>
        <w:pStyle w:val="BodyText"/>
      </w:pPr>
      <w:r>
        <w:t xml:space="preserve">Source: reconstructed certificate record.</w:t>
      </w:r>
    </w:p>
    <w:bookmarkEnd w:id="181"/>
    <w:bookmarkStart w:id="182" w:name="combine-two-coprime-denominators"/>
    <w:p>
      <w:pPr>
        <w:pStyle w:val="Heading3"/>
      </w:pPr>
      <w:r>
        <w:t xml:space="preserve">49. Combine two coprime denominators</w:t>
      </w:r>
    </w:p>
    <w:p>
      <w:pPr>
        <w:pStyle w:val="FirstParagraph"/>
      </w:pPr>
      <w:r>
        <w:rPr>
          <w:bCs/>
          <w:b/>
        </w:rPr>
        <w:t xml:space="preserve">Outcome: greatest-common-divisor gluing refuted; large-denominator gluing valid.</w:t>
      </w:r>
      <w:r>
        <w:t xml:space="preserve"> </w:t>
      </w:r>
      <w:r>
        <w:t xml:space="preserve">The same positive polynomial has exact certificates at denominators 81 and 128 but none at denominator one. Their coprimality therefore does not permit a Bézout-style collapse of positive square sums. The certificates and impossibility argument are explicit, and the surviving integer checker in branch 50 verifies their arithmetic. A constructive positive statement goes in the other direction: sufficiently large multiples of the common divisor can be assembled from repeated certificates. The example uses a specific shift and does not automatically refute every differently shifted denominator conjecture.</w:t>
      </w:r>
    </w:p>
    <w:p>
      <w:pPr>
        <w:pStyle w:val="BodyText"/>
      </w:pPr>
      <w:r>
        <w:t xml:space="preserve">Sources: reconstructed certificate record and surviving reconstructed checks.</w:t>
      </w:r>
    </w:p>
    <w:bookmarkEnd w:id="182"/>
    <w:bookmarkStart w:id="183" w:name="Xb792c73582135542aac5017edf17bb36008adcf"/>
    <w:p>
      <w:pPr>
        <w:pStyle w:val="Heading3"/>
      </w:pPr>
      <w:r>
        <w:t xml:space="preserve">50. Round a factor and repair the remainder exactly</w:t>
      </w:r>
    </w:p>
    <w:p>
      <w:pPr>
        <w:pStyle w:val="FirstParagraph"/>
      </w:pPr>
      <w:r>
        <w:rPr>
          <w:bCs/>
          <w:b/>
        </w:rPr>
        <w:t xml:space="preserve">Outcome: general rounding lemma and two exact certificates reconstructed and checked.</w:t>
      </w:r>
      <w:r>
        <w:t xml:space="preserve"> </w:t>
      </w:r>
      <w:r>
        <w:t xml:space="preserve">If an approximate factor leaves a strictly diagonally dominant residual, sufficiently fine rational rounding preserves that margin. The residual then decomposes exactly into elementary squared factors. The notes give an explicit denominator threshold, valid for every larger integer, and a bound independent of the original maximum frequency. The 81 and 128 examples have surviving integer verification code and output. Earlier failed trial denominators are only historical failures of one rounding attempt; their missing vectors are not restored, and those failures do not prove denominator impossibility.</w:t>
      </w:r>
    </w:p>
    <w:p>
      <w:pPr>
        <w:pStyle w:val="BodyText"/>
      </w:pPr>
      <w:r>
        <w:t xml:space="preserve">Sources: reconstructed rounding record, checker, and results.</w:t>
      </w:r>
    </w:p>
    <w:bookmarkEnd w:id="183"/>
    <w:bookmarkEnd w:id="184"/>
    <w:bookmarkStart w:id="205" w:name="X7d8f0f3bcb8902d230ba3ee48b2fff49a10781d"/>
    <w:p>
      <w:pPr>
        <w:pStyle w:val="Heading2"/>
      </w:pPr>
      <w:r>
        <w:t xml:space="preserve">Approaches 51–70: replacing a guessed constant by explicit functions</w:t>
      </w:r>
    </w:p>
    <w:bookmarkStart w:id="185" w:name="X85bb1deb11f0ecea2d047a4cbf77ffa442811ec"/>
    <w:p>
      <w:pPr>
        <w:pStyle w:val="Heading3"/>
      </w:pPr>
      <w:r>
        <w:t xml:space="preserve">51. Define the exact size-dependent extremal coefficient</w:t>
      </w:r>
    </w:p>
    <w:p>
      <w:pPr>
        <w:pStyle w:val="FirstParagraph"/>
        <w:keepLines/>
      </w:pPr>
      <w:r>
        <w:rPr>
          <w:bCs/>
          <w:b/>
        </w:rPr>
        <w:t xml:space="preserve">Outcome: quantifiers clarified; uniform positivity unresolved.</w:t>
      </w:r>
      <w:r>
        <w:t xml:space="preserve"> </w:t>
      </w:r>
      <w:r>
        <w:t xml:space="preserve">Defining</w:t>
      </w:r>
      <w:r>
        <w:t xml:space="preserve"> </w:t>
      </w:r>
      <m:oMath>
        <m:sSub>
          <m:e>
            <m:r>
              <m:t>c</m:t>
            </m:r>
          </m:e>
          <m:sub>
            <m:r>
              <m:t>N</m:t>
            </m:r>
          </m:sub>
        </m:sSub>
        <m:r>
          <m:rPr>
            <m:sty m:val="p"/>
          </m:rPr>
          <m:t>=</m:t>
        </m:r>
        <m:sSub>
          <m:e>
            <m:r>
              <m:rPr>
                <m:sty m:val="p"/>
              </m:rPr>
              <m:t>inf</m:t>
            </m:r>
          </m:e>
          <m:sub>
            <m:d>
              <m:dPr>
                <m:begChr m:val="|"/>
                <m:sepChr m:val=""/>
                <m:endChr m:val="|"/>
                <m:grow/>
              </m:dPr>
              <m:e>
                <m:r>
                  <m:t>A</m:t>
                </m:r>
              </m:e>
            </m:d>
            <m:r>
              <m:rPr>
                <m:sty m:val="p"/>
              </m:rPr>
              <m:t>=</m:t>
            </m:r>
            <m:r>
              <m:t>N</m:t>
            </m:r>
          </m:sub>
        </m:sSub>
        <m:r>
          <m:t>K</m:t>
        </m:r>
        <m:d>
          <m:dPr>
            <m:begChr m:val="("/>
            <m:sepChr m:val=""/>
            <m:endChr m:val=")"/>
            <m:grow/>
          </m:dPr>
          <m:e>
            <m:r>
              <m:t>A</m:t>
            </m:r>
          </m:e>
        </m:d>
        <m:r>
          <m:rPr>
            <m:sty m:val="p"/>
          </m:rPr>
          <m:t>/</m:t>
        </m:r>
        <m:rad>
          <m:radPr>
            <m:degHide m:val="on"/>
          </m:radPr>
          <m:deg/>
          <m:e>
            <m:r>
              <m:t>N</m:t>
            </m:r>
          </m:e>
        </m:rad>
      </m:oMath>
      <w:r>
        <w:t xml:space="preserve"> </w:t>
      </w:r>
      <w:r>
        <w:t xml:space="preserve">makes precise the suggestion that the coefficient might be a function. The conjecture asks whether</w:t>
      </w:r>
      <w:r>
        <w:t xml:space="preserve"> </w:t>
      </w:r>
      <m:oMath>
        <m:sSub>
          <m:e>
            <m:r>
              <m:rPr>
                <m:sty m:val="p"/>
              </m:rPr>
              <m:t>inf</m:t>
            </m:r>
          </m:e>
          <m:sub>
            <m:r>
              <m:t>N</m:t>
            </m:r>
          </m:sub>
        </m:sSub>
        <m:sSub>
          <m:e>
            <m:r>
              <m:t>c</m:t>
            </m:r>
          </m:e>
          <m:sub>
            <m:r>
              <m:t>N</m:t>
            </m:r>
          </m:sub>
        </m:sSub>
        <m:r>
          <m:rPr>
            <m:sty m:val="p"/>
          </m:rPr>
          <m:t>&gt;</m:t>
        </m:r>
        <m:r>
          <m:t>0</m:t>
        </m:r>
      </m:oMath>
      <w:r>
        <w:t xml:space="preserve">. Each fixed-size value is positive, and the earlier attainment argument applies, but neither statement prevents those values from approaching zero as the size grows. The notes distinguish an estimate tending to zero from an actual counterexample sequence. Introducing the exact function is a useful organizational step; it is not a calculation of its values or a replacement for the missing uniform bound.</w:t>
      </w:r>
    </w:p>
    <w:p>
      <w:pPr>
        <w:pStyle w:val="BodyText"/>
      </w:pPr>
      <w:r>
        <w:t xml:space="preserve">Source: extremal-function record.</w:t>
      </w:r>
    </w:p>
    <w:bookmarkEnd w:id="185"/>
    <w:bookmarkStart w:id="186" w:name="Xe4d98d4cfc1879ee8f56f8ea53e140267e81bcb"/>
    <w:p>
      <w:pPr>
        <w:pStyle w:val="Heading3"/>
      </w:pPr>
      <w:r>
        <w:t xml:space="preserve">52. Insert logarithmic or slowly varying corrections</w:t>
      </w:r>
    </w:p>
    <w:p>
      <w:pPr>
        <w:pStyle w:val="FirstParagraph"/>
        <w:keepLines/>
      </w:pPr>
      <w:r>
        <w:rPr>
          <w:bCs/>
          <w:b/>
        </w:rPr>
        <w:t xml:space="preserve">Outcome: scale comparisons checked; stronger general bound not established.</w:t>
      </w:r>
      <w:r>
        <w:t xml:space="preserve"> </w:t>
      </w:r>
      <w:r>
        <w:t xml:space="preserve">Candidates such as</w:t>
      </w:r>
      <w:r>
        <w:t xml:space="preserve"> </w:t>
      </w:r>
      <m:oMath>
        <m:rad>
          <m:radPr>
            <m:degHide m:val="on"/>
          </m:radPr>
          <m:deg/>
          <m:e>
            <m:r>
              <m:t>N</m:t>
            </m:r>
          </m:e>
        </m:rad>
        <m:r>
          <m:rPr>
            <m:sty m:val="p"/>
          </m:rPr>
          <m:t>/</m:t>
        </m:r>
        <m:sSup>
          <m:e>
            <m:r>
              <m:rPr>
                <m:sty m:val="p"/>
              </m:rPr>
              <m:t>log</m:t>
            </m:r>
          </m:e>
          <m:sup>
            <m:r>
              <m:t>p</m:t>
            </m:r>
          </m:sup>
        </m:sSup>
        <m:d>
          <m:dPr>
            <m:begChr m:val="("/>
            <m:sepChr m:val=""/>
            <m:endChr m:val=")"/>
            <m:grow/>
          </m:dPr>
          <m:e>
            <m:r>
              <m:t>N</m:t>
            </m:r>
            <m:r>
              <m:rPr>
                <m:sty m:val="p"/>
              </m:rPr>
              <m:t>+</m:t>
            </m:r>
            <m:r>
              <m:t>2</m:t>
            </m:r>
          </m:e>
        </m:d>
      </m:oMath>
      <w:r>
        <w:t xml:space="preserve">, iterated logarithms, and slowly varying corrections describe possible intermediate estimates. The branch checks what each proposed scale would and would not imply. A proved lower estimate that decays after normalization does not show that the true coefficient decays; that logical confusion would manufacture a false disproof. No universal lower bound of the proposed logarithmic strength is established here. These functions serve as explicit hypotheses and comparison targets, not fitted laws inferred from the available small examples.</w:t>
      </w:r>
    </w:p>
    <w:p>
      <w:pPr>
        <w:pStyle w:val="BodyText"/>
      </w:pPr>
      <w:r>
        <w:t xml:space="preserve">Source: slow-correction record.</w:t>
      </w:r>
    </w:p>
    <w:bookmarkEnd w:id="186"/>
    <w:bookmarkStart w:id="187" w:name="Xe031cb7017a7348b509d1c0938d2c8a33042e25"/>
    <w:p>
      <w:pPr>
        <w:pStyle w:val="Heading3"/>
      </w:pPr>
      <w:r>
        <w:t xml:space="preserve">53. Hide the coefficient inside a nested loss recursion</w:t>
      </w:r>
    </w:p>
    <w:p>
      <w:pPr>
        <w:pStyle w:val="FirstParagraph"/>
        <w:keepLines/>
      </w:pPr>
      <w:r>
        <w:rPr>
          <w:bCs/>
          <w:b/>
        </w:rPr>
        <w:t xml:space="preserve">Outcome: abstract criterion proved; link to the real extremal function missing.</w:t>
      </w:r>
      <w:r>
        <w:t xml:space="preserve"> </w:t>
      </w:r>
      <w:r>
        <w:t xml:space="preserve">A recursive scheme might preserve a positive coefficient if each step loses only a fraction</w:t>
      </w:r>
      <w:r>
        <w:t xml:space="preserve"> </w:t>
      </w:r>
      <m:oMath>
        <m:sSub>
          <m:e>
            <m:r>
              <m:t>δ</m:t>
            </m:r>
          </m:e>
          <m:sub>
            <m:r>
              <m:t>n</m:t>
            </m:r>
          </m:sub>
        </m:sSub>
      </m:oMath>
      <w:r>
        <w:t xml:space="preserve">. For</w:t>
      </w:r>
      <w:r>
        <w:t xml:space="preserve"> </w:t>
      </w:r>
      <m:oMath>
        <m:r>
          <m:t>0</m:t>
        </m:r>
        <m:r>
          <m:rPr>
            <m:sty m:val="p"/>
          </m:rPr>
          <m:t>≤</m:t>
        </m:r>
        <m:sSub>
          <m:e>
            <m:r>
              <m:t>δ</m:t>
            </m:r>
          </m:e>
          <m:sub>
            <m:r>
              <m:t>n</m:t>
            </m:r>
          </m:sub>
        </m:sSub>
        <m:r>
          <m:rPr>
            <m:sty m:val="p"/>
          </m:rPr>
          <m:t>&lt;</m:t>
        </m:r>
        <m:r>
          <m:t>1</m:t>
        </m:r>
      </m:oMath>
      <w:r>
        <w:t xml:space="preserve">, the product</w:t>
      </w:r>
      <w:r>
        <w:t xml:space="preserve"> </w:t>
      </w:r>
      <m:oMath>
        <m:r>
          <m:rPr>
            <m:sty m:val="p"/>
          </m:rPr>
          <m:t>∏</m:t>
        </m:r>
        <m:d>
          <m:dPr>
            <m:begChr m:val="("/>
            <m:sepChr m:val=""/>
            <m:endChr m:val=")"/>
            <m:grow/>
          </m:dPr>
          <m:e>
            <m:r>
              <m:t>1</m:t>
            </m:r>
            <m:r>
              <m:rPr>
                <m:sty m:val="p"/>
              </m:rPr>
              <m:t>−</m:t>
            </m:r>
            <m:sSub>
              <m:e>
                <m:r>
                  <m:t>δ</m:t>
                </m:r>
              </m:e>
              <m:sub>
                <m:r>
                  <m:t>n</m:t>
                </m:r>
              </m:sub>
            </m:sSub>
          </m:e>
        </m:d>
      </m:oMath>
      <w:r>
        <w:t xml:space="preserve"> </w:t>
      </w:r>
      <w:r>
        <w:t xml:space="preserve">has a positive limit exactly when the losses are summable. Two telescoping models are checked exactly. This explains a necessary design principle for an iterative proof: indefinitely repeated small losses can still destroy the constant. No corresponding recursion for the actual</w:t>
      </w:r>
      <w:r>
        <w:t xml:space="preserve"> </w:t>
      </w:r>
      <m:oMath>
        <m:sSub>
          <m:e>
            <m:r>
              <m:t>c</m:t>
            </m:r>
          </m:e>
          <m:sub>
            <m:r>
              <m:t>N</m:t>
            </m:r>
          </m:sub>
        </m:sSub>
      </m:oMath>
      <w:r>
        <w:t xml:space="preserve"> </w:t>
      </w:r>
      <w:r>
        <w:t xml:space="preserve">has been constructed, so the product criterion alone does not advance the conjecture’s quantitative bound.</w:t>
      </w:r>
    </w:p>
    <w:p>
      <w:pPr>
        <w:pStyle w:val="BodyText"/>
      </w:pPr>
      <w:r>
        <w:t xml:space="preserve">Source: recursion record.</w:t>
      </w:r>
    </w:p>
    <w:bookmarkEnd w:id="187"/>
    <w:bookmarkStart w:id="188" w:name="X2df9bab303dc3270d9f2e14e5375a49319e554a"/>
    <w:p>
      <w:pPr>
        <w:pStyle w:val="Heading3"/>
      </w:pPr>
      <w:r>
        <w:t xml:space="preserve">54. Let the coefficient depend on frequency scale and greatest common divisor</w:t>
      </w:r>
    </w:p>
    <w:p>
      <w:pPr>
        <w:pStyle w:val="FirstParagraph"/>
        <w:keepLines/>
      </w:pPr>
      <w:r>
        <w:rPr>
          <w:bCs/>
          <w:b/>
        </w:rPr>
        <w:t xml:space="preserve">Outcome: exact invariance and insufficiency examples.</w:t>
      </w:r>
      <w:r>
        <w:t xml:space="preserve"> </w:t>
      </w:r>
      <w:r>
        <w:t xml:space="preserve">Multiplying every frequency by a positive integer reparametrizes the circle and leaves</w:t>
      </w:r>
      <w:r>
        <w:t xml:space="preserve"> </w:t>
      </w:r>
      <m:oMath>
        <m:r>
          <m:t>K</m:t>
        </m:r>
      </m:oMath>
      <w:r>
        <w:t xml:space="preserve"> </w:t>
      </w:r>
      <w:r>
        <w:t xml:space="preserve">unchanged. Thus a coefficient based only on raw maximum frequency confuses observation speed with amplitude geometry. Dividing out the common divisor removes that redundancy, but even</w:t>
      </w:r>
      <w:r>
        <w:t xml:space="preserve"> </w:t>
      </w:r>
      <m:oMath>
        <m:r>
          <m:t>N</m:t>
        </m:r>
      </m:oMath>
      <w:r>
        <w:t xml:space="preserve"> </w:t>
      </w:r>
      <w:r>
        <w:t xml:space="preserve">together with the primitive maximum frequency does not determine the minimum:</w:t>
      </w:r>
      <w:r>
        <w:t xml:space="preserve"> </w:t>
      </w:r>
      <m:oMath>
        <m:r>
          <m:rPr>
            <m:sty m:val="p"/>
          </m:rPr>
          <m:t>{</m:t>
        </m:r>
        <m:r>
          <m:t>1</m:t>
        </m:r>
        <m:r>
          <m:rPr>
            <m:sty m:val="p"/>
          </m:rPr>
          <m:t>,</m:t>
        </m:r>
        <m:r>
          <m:t>3</m:t>
        </m:r>
        <m:r>
          <m:rPr>
            <m:sty m:val="p"/>
          </m:rPr>
          <m:t>}</m:t>
        </m:r>
      </m:oMath>
      <w:r>
        <w:t xml:space="preserve"> </w:t>
      </w:r>
      <w:r>
        <w:t xml:space="preserve">and</w:t>
      </w:r>
      <w:r>
        <w:t xml:space="preserve"> </w:t>
      </w:r>
      <m:oMath>
        <m:r>
          <m:rPr>
            <m:sty m:val="p"/>
          </m:rPr>
          <m:t>{</m:t>
        </m:r>
        <m:r>
          <m:t>2</m:t>
        </m:r>
        <m:r>
          <m:rPr>
            <m:sty m:val="p"/>
          </m:rPr>
          <m:t>,</m:t>
        </m:r>
        <m:r>
          <m:t>3</m:t>
        </m:r>
        <m:r>
          <m:rPr>
            <m:sty m:val="p"/>
          </m:rPr>
          <m:t>}</m:t>
        </m:r>
      </m:oMath>
      <w:r>
        <w:t xml:space="preserve"> </w:t>
      </w:r>
      <w:r>
        <w:t xml:space="preserve">have different exact depths. More detailed arithmetic relations must be retained. This observation is compatible with useful bounds involving bandwidth; it only rejects those coarse statistics as exact descriptors.</w:t>
      </w:r>
    </w:p>
    <w:p>
      <w:pPr>
        <w:pStyle w:val="BodyText"/>
      </w:pPr>
      <w:r>
        <w:t xml:space="preserve">Source: scale-and-gcd record.</w:t>
      </w:r>
    </w:p>
    <w:bookmarkEnd w:id="188"/>
    <w:bookmarkStart w:id="189" w:name="X66078f4c9ce96d72769aeb0af1ab0df57b22bd8"/>
    <w:p>
      <w:pPr>
        <w:pStyle w:val="Heading3"/>
      </w:pPr>
      <w:r>
        <w:t xml:space="preserve">55. Measure distance from a previously certified set</w:t>
      </w:r>
    </w:p>
    <w:p>
      <w:pPr>
        <w:pStyle w:val="FirstParagraph"/>
        <w:keepLines/>
      </w:pPr>
      <w:r>
        <w:rPr>
          <w:bCs/>
          <w:b/>
        </w:rPr>
        <w:t xml:space="preserve">Outcome: a stable transfer bound proved; finite coverage absent.</w:t>
      </w:r>
      <w:r>
        <w:t xml:space="preserve"> </w:t>
      </w:r>
      <w:r>
        <w:t xml:space="preserve">If two frequency sets differ in only a few members, their cosine sums differ uniformly by at most the size of their symmetric difference. Consequently</w:t>
      </w:r>
      <w:r>
        <w:t xml:space="preserve"> </w:t>
      </w:r>
      <m:oMath>
        <m:d>
          <m:dPr>
            <m:begChr m:val="|"/>
            <m:sepChr m:val=""/>
            <m:endChr m:val="|"/>
            <m:grow/>
          </m:dPr>
          <m:e>
            <m:r>
              <m:t>K</m:t>
            </m:r>
            <m:d>
              <m:dPr>
                <m:begChr m:val="("/>
                <m:sepChr m:val=""/>
                <m:endChr m:val=")"/>
                <m:grow/>
              </m:dPr>
              <m:e>
                <m:r>
                  <m:t>A</m:t>
                </m:r>
              </m:e>
            </m:d>
            <m:r>
              <m:rPr>
                <m:sty m:val="p"/>
              </m:rPr>
              <m:t>−</m:t>
            </m:r>
            <m:r>
              <m:t>K</m:t>
            </m:r>
            <m:d>
              <m:dPr>
                <m:begChr m:val="("/>
                <m:sepChr m:val=""/>
                <m:endChr m:val=")"/>
                <m:grow/>
              </m:dPr>
              <m:e>
                <m:r>
                  <m:t>B</m:t>
                </m:r>
              </m:e>
            </m:d>
          </m:e>
        </m:d>
        <m:r>
          <m:rPr>
            <m:sty m:val="p"/>
          </m:rPr>
          <m:t>≤</m:t>
        </m:r>
        <m:d>
          <m:dPr>
            <m:begChr m:val="|"/>
            <m:sepChr m:val=""/>
            <m:endChr m:val="|"/>
            <m:grow/>
          </m:dPr>
          <m:e>
            <m:r>
              <m:t>A</m:t>
            </m:r>
            <m:r>
              <m:rPr>
                <m:sty m:val="p"/>
              </m:rPr>
              <m:t>△</m:t>
            </m:r>
            <m:r>
              <m:t>B</m:t>
            </m:r>
          </m:e>
        </m:d>
      </m:oMath>
      <w:r>
        <w:t xml:space="preserve">, providing a simple exact way to transfer a certificate from a known set to nearby sets. The same result helps quantify robustness of a discrete search. A finite library of examples, however, does not cover all unbounded frequency sets within a useful small radius. The estimate becomes a universal theorem only with an additional covering argument, which is not supplied.</w:t>
      </w:r>
    </w:p>
    <w:p>
      <w:pPr>
        <w:pStyle w:val="BodyText"/>
      </w:pPr>
      <w:r>
        <w:t xml:space="preserve">Source: set-distance record.</w:t>
      </w:r>
    </w:p>
    <w:bookmarkEnd w:id="189"/>
    <w:bookmarkStart w:id="190" w:name="X7c831986c527454161f178514af83652a3edf25"/>
    <w:p>
      <w:pPr>
        <w:pStyle w:val="Heading3"/>
      </w:pPr>
      <w:r>
        <w:t xml:space="preserve">56. Replace unrestricted frequencies by a finite-cutoff function</w:t>
      </w:r>
    </w:p>
    <w:p>
      <w:pPr>
        <w:pStyle w:val="FirstParagraph"/>
        <w:keepLines/>
      </w:pPr>
      <w:r>
        <w:rPr>
          <w:bCs/>
          <w:b/>
        </w:rPr>
        <w:t xml:space="preserve">Outcome: a fixed-size approximation procedure derived.</w:t>
      </w:r>
      <w:r>
        <w:t xml:space="preserve"> </w:t>
      </w:r>
      <w:r>
        <w:t xml:space="preserve">The finite-universe extremal quantity decreases toward the unrestricted value as the cutoff increases. Branch 08’s effective compression supplies an explicit cutoff for a prescribed absolute error, making this limiting statement quantitative at each fixed</w:t>
      </w:r>
      <w:r>
        <w:t xml:space="preserve"> </w:t>
      </w:r>
      <m:oMath>
        <m:r>
          <m:t>N</m:t>
        </m:r>
      </m:oMath>
      <w:r>
        <w:t xml:space="preserve">. In principle one can approximate the unrestricted extremal coefficient by finite search with a certified error. The required range is huge and grows with</w:t>
      </w:r>
      <w:r>
        <w:t xml:space="preserve"> </w:t>
      </w:r>
      <m:oMath>
        <m:r>
          <m:t>N</m:t>
        </m:r>
      </m:oMath>
      <w:r>
        <w:t xml:space="preserve">; practical feasibility is not claimed. This is approximate computation of fixed-size quantities, not an effective universal stopping rule that proves one constant works simultaneously for every size.</w:t>
      </w:r>
    </w:p>
    <w:p>
      <w:pPr>
        <w:pStyle w:val="BodyText"/>
      </w:pPr>
      <w:r>
        <w:t xml:space="preserve">Source: finite-cutoff record.</w:t>
      </w:r>
    </w:p>
    <w:bookmarkEnd w:id="190"/>
    <w:bookmarkStart w:id="191" w:name="use-the-average-absolute-signal"/>
    <w:p>
      <w:pPr>
        <w:pStyle w:val="Heading3"/>
      </w:pPr>
      <w:r>
        <w:t xml:space="preserve">57. Use the average absolute signal</w:t>
      </w:r>
    </w:p>
    <w:p>
      <w:pPr>
        <w:pStyle w:val="FirstParagraph"/>
        <w:keepLines/>
      </w:pPr>
      <w:r>
        <w:rPr>
          <w:bCs/>
          <w:b/>
        </w:rPr>
        <w:t xml:space="preserve">Outcome: general lower certificate proved; interval obstruction quantified.</w:t>
      </w:r>
      <w:r>
        <w:t xml:space="preserve"> </w:t>
      </w:r>
      <w:r>
        <w:t xml:space="preserve">Since the cosine sum has mean zero, its positive and negative integrals agree. Therefore</w:t>
      </w:r>
      <w:r>
        <w:t xml:space="preserve"> </w:t>
      </w:r>
      <m:oMath>
        <m:r>
          <m:t>K</m:t>
        </m:r>
        <m:r>
          <m:rPr>
            <m:sty m:val="p"/>
          </m:rPr>
          <m:t>≥</m:t>
        </m:r>
        <m:r>
          <m:rPr>
            <m:sty m:val="p"/>
          </m:rPr>
          <m:t>∥</m:t>
        </m:r>
        <m:sSub>
          <m:e>
            <m:r>
              <m:t>f</m:t>
            </m:r>
          </m:e>
          <m:sub>
            <m:r>
              <m:t>A</m:t>
            </m:r>
          </m:sub>
        </m:sSub>
        <m:sSub>
          <m:e>
            <m:r>
              <m:rPr>
                <m:sty m:val="p"/>
              </m:rPr>
              <m:t>∥</m:t>
            </m:r>
          </m:e>
          <m:sub>
            <m:r>
              <m:t>1</m:t>
            </m:r>
          </m:sub>
        </m:sSub>
        <m:r>
          <m:rPr>
            <m:sty m:val="p"/>
          </m:rPr>
          <m:t>/</m:t>
        </m:r>
        <m:r>
          <m:t>2</m:t>
        </m:r>
      </m:oMath>
      <w:r>
        <w:t xml:space="preserve">. This is a directly interpretable whole-signal certificate based on average absolute amplitude. For consecutive frequencies, however, its value is only</w:t>
      </w:r>
      <w:r>
        <w:t xml:space="preserve"> </w:t>
      </w:r>
      <m:oMath>
        <m:r>
          <m:t>O</m:t>
        </m:r>
        <m:d>
          <m:dPr>
            <m:begChr m:val="("/>
            <m:sepChr m:val=""/>
            <m:endChr m:val=")"/>
            <m:grow/>
          </m:dPr>
          <m:e>
            <m:r>
              <m:rPr>
                <m:sty m:val="p"/>
              </m:rPr>
              <m:t>log</m:t>
            </m:r>
            <m:r>
              <m:t>N</m:t>
            </m:r>
          </m:e>
        </m:d>
      </m:oMath>
      <w:r>
        <w:t xml:space="preserve">, while a direct Dirichlet-kernel witness gives a negative depth of order</w:t>
      </w:r>
      <w:r>
        <w:t xml:space="preserve"> </w:t>
      </w:r>
      <m:oMath>
        <m:r>
          <m:t>N</m:t>
        </m:r>
      </m:oMath>
      <w:r>
        <w:t xml:space="preserve">. Average magnitude therefore misses the rare deepest events on this family. The conclusion concerns the effectiveness of this particular bound and leaves open combinations with more sensitive statistics.</w:t>
      </w:r>
    </w:p>
    <w:p>
      <w:pPr>
        <w:pStyle w:val="BodyText"/>
      </w:pPr>
      <w:r>
        <w:t xml:space="preserve">Source: absolute-mean record.</w:t>
      </w:r>
    </w:p>
    <w:bookmarkEnd w:id="191"/>
    <w:bookmarkStart w:id="192" w:name="use-fourth-moments-and-additive-energy"/>
    <w:p>
      <w:pPr>
        <w:pStyle w:val="Heading3"/>
      </w:pPr>
      <w:r>
        <w:t xml:space="preserve">58. Use fourth moments and additive energy</w:t>
      </w:r>
    </w:p>
    <w:p>
      <w:pPr>
        <w:pStyle w:val="FirstParagraph"/>
        <w:keepLines/>
      </w:pPr>
      <w:r>
        <w:rPr>
          <w:bCs/>
          <w:b/>
        </w:rPr>
        <w:t xml:space="preserve">Outcome: a valid general estimate with a structural limitation.</w:t>
      </w:r>
      <w:r>
        <w:t xml:space="preserve"> </w:t>
      </w:r>
      <w:r>
        <w:t xml:space="preserve">Hölder’s inequality converts the exact second moment and the fourth moment into</w:t>
      </w:r>
      <w:r>
        <w:t xml:space="preserve"> </w:t>
      </w:r>
      <m:oMath>
        <m:r>
          <m:t>K</m:t>
        </m:r>
        <m:r>
          <m:rPr>
            <m:sty m:val="p"/>
          </m:rPr>
          <m:t>≥</m:t>
        </m:r>
        <m:sSup>
          <m:e>
            <m:r>
              <m:t>N</m:t>
            </m:r>
          </m:e>
          <m:sup>
            <m:r>
              <m:t>3</m:t>
            </m:r>
            <m:r>
              <m:rPr>
                <m:sty m:val="p"/>
              </m:rPr>
              <m:t>/</m:t>
            </m:r>
            <m:r>
              <m:t>2</m:t>
            </m:r>
          </m:sup>
        </m:sSup>
        <m:r>
          <m:rPr>
            <m:sty m:val="p"/>
          </m:rPr>
          <m:t>/</m:t>
        </m:r>
        <m:d>
          <m:dPr>
            <m:begChr m:val="("/>
            <m:sepChr m:val=""/>
            <m:endChr m:val=")"/>
            <m:grow/>
          </m:dPr>
          <m:e>
            <m:r>
              <m:t>4</m:t>
            </m:r>
            <m:rad>
              <m:radPr>
                <m:degHide m:val="on"/>
              </m:radPr>
              <m:deg/>
              <m:e>
                <m:r>
                  <m:t>2</m:t>
                </m:r>
              </m:e>
            </m:rad>
            <m:rad>
              <m:radPr>
                <m:degHide m:val="on"/>
              </m:radPr>
              <m:deg/>
              <m:e>
                <m:sSub>
                  <m:e>
                    <m:r>
                      <m:t>M</m:t>
                    </m:r>
                  </m:e>
                  <m:sub>
                    <m:r>
                      <m:t>4</m:t>
                    </m:r>
                  </m:sub>
                </m:sSub>
              </m:e>
            </m:rad>
          </m:e>
        </m:d>
      </m:oMath>
      <w:r>
        <w:t xml:space="preserve">. Correct moment counting includes both relations of the form</w:t>
      </w:r>
      <w:r>
        <w:t xml:space="preserve"> </w:t>
      </w:r>
      <m:oMath>
        <m:r>
          <m:t>a</m:t>
        </m:r>
        <m:r>
          <m:rPr>
            <m:sty m:val="p"/>
          </m:rPr>
          <m:t>+</m:t>
        </m:r>
        <m:r>
          <m:t>b</m:t>
        </m:r>
        <m:r>
          <m:rPr>
            <m:sty m:val="p"/>
          </m:rPr>
          <m:t>=</m:t>
        </m:r>
        <m:r>
          <m:t>c</m:t>
        </m:r>
        <m:r>
          <m:rPr>
            <m:sty m:val="p"/>
          </m:rPr>
          <m:t>+</m:t>
        </m:r>
        <m:r>
          <m:t>d</m:t>
        </m:r>
      </m:oMath>
      <w:r>
        <w:t xml:space="preserve"> </w:t>
      </w:r>
      <w:r>
        <w:t xml:space="preserve">and those of the form</w:t>
      </w:r>
      <w:r>
        <w:t xml:space="preserve"> </w:t>
      </w:r>
      <m:oMath>
        <m:r>
          <m:t>a</m:t>
        </m:r>
        <m:r>
          <m:rPr>
            <m:sty m:val="p"/>
          </m:rPr>
          <m:t>+</m:t>
        </m:r>
        <m:r>
          <m:t>b</m:t>
        </m:r>
        <m:r>
          <m:rPr>
            <m:sty m:val="p"/>
          </m:rPr>
          <m:t>+</m:t>
        </m:r>
        <m:r>
          <m:t>c</m:t>
        </m:r>
        <m:r>
          <m:rPr>
            <m:sty m:val="p"/>
          </m:rPr>
          <m:t>=</m:t>
        </m:r>
        <m:r>
          <m:t>d</m:t>
        </m:r>
      </m:oMath>
      <w:r>
        <w:t xml:space="preserve">. The certificate can be strong when such relations are sparse, but consecutive frequencies have a sufficiently large fourth moment that the bound loses their true depth. Omitting one relation type would give an incorrect calculation. The method is therefore a tested partial certificate, not a universal square-root proof.</w:t>
      </w:r>
    </w:p>
    <w:p>
      <w:pPr>
        <w:pStyle w:val="BodyText"/>
      </w:pPr>
      <w:r>
        <w:t xml:space="preserve">Source: fourth-moment record.</w:t>
      </w:r>
    </w:p>
    <w:bookmarkEnd w:id="192"/>
    <w:bookmarkStart w:id="193" w:name="let-skewness-determine-the-lower-edge"/>
    <w:p>
      <w:pPr>
        <w:pStyle w:val="Heading3"/>
      </w:pPr>
      <w:r>
        <w:t xml:space="preserve">59. Let skewness determine the lower edge</w:t>
      </w:r>
    </w:p>
    <w:p>
      <w:pPr>
        <w:pStyle w:val="FirstParagraph"/>
        <w:keepLines/>
      </w:pPr>
      <w:r>
        <w:rPr>
          <w:bCs/>
          <w:b/>
        </w:rPr>
        <w:t xml:space="preserve">Outcome: exact low-moment formula; two contrasting regimes.</w:t>
      </w:r>
      <w:r>
        <w:t xml:space="preserve"> </w:t>
      </w:r>
      <w:r>
        <w:t xml:space="preserve">A two-dimensional moment calculation gives a lower bound from</w:t>
      </w:r>
      <w:r>
        <w:t xml:space="preserve"> </w:t>
      </w:r>
      <m:oMath>
        <m:sSub>
          <m:e>
            <m:r>
              <m:t>M</m:t>
            </m:r>
          </m:e>
          <m:sub>
            <m:r>
              <m:t>2</m:t>
            </m:r>
          </m:sub>
        </m:sSub>
      </m:oMath>
      <w:r>
        <w:t xml:space="preserve"> </w:t>
      </w:r>
      <w:r>
        <w:t xml:space="preserve">and</w:t>
      </w:r>
      <w:r>
        <w:t xml:space="preserve"> </w:t>
      </w:r>
      <m:oMath>
        <m:sSub>
          <m:e>
            <m:r>
              <m:t>M</m:t>
            </m:r>
          </m:e>
          <m:sub>
            <m:r>
              <m:t>3</m:t>
            </m:r>
          </m:sub>
        </m:sSub>
      </m:oMath>
      <w:r>
        <w:t xml:space="preserve">. If there are no additive relations</w:t>
      </w:r>
      <w:r>
        <w:t xml:space="preserve"> </w:t>
      </w:r>
      <m:oMath>
        <m:r>
          <m:t>a</m:t>
        </m:r>
        <m:r>
          <m:rPr>
            <m:sty m:val="p"/>
          </m:rPr>
          <m:t>+</m:t>
        </m:r>
        <m:r>
          <m:t>b</m:t>
        </m:r>
        <m:r>
          <m:rPr>
            <m:sty m:val="p"/>
          </m:rPr>
          <m:t>=</m:t>
        </m:r>
        <m:r>
          <m:t>c</m:t>
        </m:r>
      </m:oMath>
      <w:r>
        <w:t xml:space="preserve">, the third moment vanishes and the bound reaches</w:t>
      </w:r>
      <w:r>
        <w:t xml:space="preserve"> </w:t>
      </w:r>
      <m:oMath>
        <m:rad>
          <m:radPr>
            <m:degHide m:val="on"/>
          </m:radPr>
          <m:deg/>
          <m:e>
            <m:r>
              <m:t>N</m:t>
            </m:r>
            <m:r>
              <m:rPr>
                <m:sty m:val="p"/>
              </m:rPr>
              <m:t>/</m:t>
            </m:r>
            <m:r>
              <m:t>2</m:t>
            </m:r>
          </m:e>
        </m:rad>
      </m:oMath>
      <w:r>
        <w:t xml:space="preserve">. On consecutive frequencies, their many relations make the same bound tend to</w:t>
      </w:r>
      <w:r>
        <w:t xml:space="preserve"> </w:t>
      </w:r>
      <m:oMath>
        <m:r>
          <m:t>2</m:t>
        </m:r>
        <m:r>
          <m:rPr>
            <m:sty m:val="p"/>
          </m:rPr>
          <m:t>/</m:t>
        </m:r>
        <m:r>
          <m:t>3</m:t>
        </m:r>
      </m:oMath>
      <w:r>
        <w:t xml:space="preserve">, even as the true minimum grows linearly. This contrast shows what skewness captures and what it loses. The absence-of-relations case is a special class; its conclusion cannot be transferred to every spectrum by declaring the modes independent.</w:t>
      </w:r>
    </w:p>
    <w:p>
      <w:pPr>
        <w:pStyle w:val="BodyText"/>
      </w:pPr>
      <w:r>
        <w:t xml:space="preserve">Source: third-moment record.</w:t>
      </w:r>
    </w:p>
    <w:bookmarkEnd w:id="193"/>
    <w:bookmarkStart w:id="194" w:name="Xf8088a54e6b460356f1cdc05c1420a548264c70"/>
    <w:p>
      <w:pPr>
        <w:pStyle w:val="Heading3"/>
      </w:pPr>
      <w:r>
        <w:t xml:space="preserve">60. Optimize over all residue-count certificates</w:t>
      </w:r>
    </w:p>
    <w:p>
      <w:pPr>
        <w:pStyle w:val="FirstParagraph"/>
        <w:keepLines/>
      </w:pPr>
      <w:r>
        <w:rPr>
          <w:bCs/>
          <w:b/>
        </w:rPr>
        <w:t xml:space="preserve">Outcome: exact arithmetic bounds; all-modulus limitation proved.</w:t>
      </w:r>
      <w:r>
        <w:t xml:space="preserve"> </w:t>
      </w:r>
      <w:r>
        <w:t xml:space="preserve">Averaging the cosine sum on roots of unity expresses a certificate through divisibility counts. The branch treats the modulus as a variable and asks whether choosing it optimally resolves earlier fixed-grid failures. For</w:t>
      </w:r>
      <w:r>
        <w:t xml:space="preserve"> </w:t>
      </w:r>
      <m:oMath>
        <m:r>
          <m:t>A</m:t>
        </m:r>
        <m:r>
          <m:rPr>
            <m:sty m:val="p"/>
          </m:rPr>
          <m:t>=</m:t>
        </m:r>
        <m:r>
          <m:rPr>
            <m:sty m:val="p"/>
          </m:rPr>
          <m:t>{</m:t>
        </m:r>
        <m:r>
          <m:t>1</m:t>
        </m:r>
        <m:r>
          <m:rPr>
            <m:sty m:val="p"/>
          </m:rPr>
          <m:t>,</m:t>
        </m:r>
        <m:r>
          <m:rPr>
            <m:sty m:val="p"/>
          </m:rPr>
          <m:t>…</m:t>
        </m:r>
        <m:r>
          <m:rPr>
            <m:sty m:val="p"/>
          </m:rPr>
          <m:t>,</m:t>
        </m:r>
        <m:r>
          <m:t>N</m:t>
        </m:r>
        <m:r>
          <m:rPr>
            <m:sty m:val="p"/>
          </m:rPr>
          <m:t>}</m:t>
        </m:r>
      </m:oMath>
      <w:r>
        <w:t xml:space="preserve">, the maximum of this particular bound over every modulus is exactly one. Thus allowing all moduli does not repair this restricted averaging statistic. This is stronger than failure of one chosen grid, but it does not concern all possible weighted arithmetic samples or continuous interpolation between the nodes.</w:t>
      </w:r>
    </w:p>
    <w:p>
      <w:pPr>
        <w:pStyle w:val="BodyText"/>
      </w:pPr>
      <w:r>
        <w:t xml:space="preserve">Source: residue-function record.</w:t>
      </w:r>
    </w:p>
    <w:bookmarkEnd w:id="194"/>
    <w:bookmarkStart w:id="195" w:name="read-the-spectrum-of-a-frequency-graph"/>
    <w:p>
      <w:pPr>
        <w:pStyle w:val="Heading3"/>
      </w:pPr>
      <w:r>
        <w:t xml:space="preserve">61. Read the spectrum of a frequency graph</w:t>
      </w:r>
    </w:p>
    <w:p>
      <w:pPr>
        <w:pStyle w:val="FirstParagraph"/>
        <w:keepLines/>
      </w:pPr>
      <w:r>
        <w:rPr>
          <w:bCs/>
          <w:b/>
        </w:rPr>
        <w:t xml:space="preserve">Outcome: a graph certificate proved; examples separate it from scalar moments.</w:t>
      </w:r>
      <w:r>
        <w:t xml:space="preserve"> </w:t>
      </w:r>
      <w:r>
        <w:t xml:space="preserve">The distance graph on the specified frequency vertices gives</w:t>
      </w:r>
      <w:r>
        <w:t xml:space="preserve"> </w:t>
      </w:r>
      <m:oMath>
        <m:r>
          <m:t>K</m:t>
        </m:r>
        <m:r>
          <m:rPr>
            <m:sty m:val="p"/>
          </m:rPr>
          <m:t>≥</m:t>
        </m:r>
        <m:r>
          <m:rPr>
            <m:sty m:val="p"/>
          </m:rPr>
          <m:t>−</m:t>
        </m:r>
        <m:sSub>
          <m:e>
            <m:r>
              <m:t>λ</m:t>
            </m:r>
          </m:e>
          <m:sub>
            <m:r>
              <m:rPr>
                <m:sty m:val="p"/>
              </m:rPr>
              <m:t>min</m:t>
            </m:r>
          </m:sub>
        </m:sSub>
        <m:d>
          <m:dPr>
            <m:begChr m:val="("/>
            <m:sepChr m:val=""/>
            <m:endChr m:val=")"/>
            <m:grow/>
          </m:dPr>
          <m:e>
            <m:sSub>
              <m:e>
                <m:r>
                  <m:t>G</m:t>
                </m:r>
              </m:e>
              <m:sub>
                <m:r>
                  <m:t>A</m:t>
                </m:r>
              </m:sub>
            </m:sSub>
          </m:e>
        </m:d>
        <m:r>
          <m:rPr>
            <m:sty m:val="p"/>
          </m:rPr>
          <m:t>/</m:t>
        </m:r>
        <m:r>
          <m:t>2</m:t>
        </m:r>
      </m:oMath>
      <w:r>
        <w:t xml:space="preserve">. On consecutive frequencies the graph becomes complete, so this finite compression loses their linear negative excursion. A different constructed mixed family shows that graph information can nevertheless produce square-root growth while the third-moment certificate remains bounded. The two statistics therefore preserve different structure. Neither dominates universally in the tested argument. The exact infinite-lattice operator in branch 78 retains the full minimum but does not make its estimation automatic.</w:t>
      </w:r>
    </w:p>
    <w:p>
      <w:pPr>
        <w:pStyle w:val="BodyText"/>
      </w:pPr>
      <w:r>
        <w:t xml:space="preserve">Source: graph-function record.</w:t>
      </w:r>
    </w:p>
    <w:bookmarkEnd w:id="195"/>
    <w:bookmarkStart w:id="196" w:name="Xf79db66cdde42420e7adc39c4a4ac0aa90f0416"/>
    <w:p>
      <w:pPr>
        <w:pStyle w:val="Heading3"/>
      </w:pPr>
      <w:r>
        <w:t xml:space="preserve">62. Increase the degree of a moment hierarchy</w:t>
      </w:r>
    </w:p>
    <w:p>
      <w:pPr>
        <w:pStyle w:val="FirstParagraph"/>
        <w:keepLines/>
      </w:pPr>
      <w:r>
        <w:rPr>
          <w:bCs/>
          <w:b/>
        </w:rPr>
        <w:t xml:space="preserve">Outcome: monotone convergence and uniform approximation in the notes.</w:t>
      </w:r>
      <w:r>
        <w:t xml:space="preserve"> </w:t>
      </w:r>
      <w:r>
        <w:t xml:space="preserve">The Rayleigh-type quantities</w:t>
      </w:r>
      <w:r>
        <w:t xml:space="preserve"> </w:t>
      </w:r>
      <m:oMath>
        <m:sSub>
          <m:e>
            <m:r>
              <m:t>B</m:t>
            </m:r>
          </m:e>
          <m:sub>
            <m:r>
              <m:t>d</m:t>
            </m:r>
          </m:sub>
        </m:sSub>
        <m:r>
          <m:rPr>
            <m:sty m:val="p"/>
          </m:rPr>
          <m:t>=</m:t>
        </m:r>
        <m:r>
          <m:rPr>
            <m:sty m:val="p"/>
          </m:rPr>
          <m:t>−</m:t>
        </m:r>
        <m:sSub>
          <m:e>
            <m:r>
              <m:rPr>
                <m:sty m:val="p"/>
              </m:rPr>
              <m:t>min</m:t>
            </m:r>
          </m:e>
          <m:sub>
            <m:r>
              <m:rPr>
                <m:sty m:val="p"/>
              </m:rPr>
              <m:t>deg</m:t>
            </m:r>
            <m:r>
              <m:t>p</m:t>
            </m:r>
            <m:r>
              <m:rPr>
                <m:sty m:val="p"/>
              </m:rPr>
              <m:t>≤</m:t>
            </m:r>
            <m:r>
              <m:t>d</m:t>
            </m:r>
          </m:sub>
        </m:sSub>
        <m:r>
          <m:rPr>
            <m:sty m:val="p"/>
            <m:scr m:val="double-struck"/>
          </m:rPr>
          <m:t>E</m:t>
        </m:r>
        <m:d>
          <m:dPr>
            <m:begChr m:val="["/>
            <m:sepChr m:val=""/>
            <m:endChr m:val="]"/>
            <m:grow/>
          </m:dPr>
          <m:e>
            <m:sSub>
              <m:e>
                <m:r>
                  <m:t>f</m:t>
                </m:r>
              </m:e>
              <m:sub>
                <m:r>
                  <m:t>A</m:t>
                </m:r>
              </m:sub>
            </m:sSub>
            <m:r>
              <m:t>p</m:t>
            </m:r>
            <m:sSup>
              <m:e>
                <m:d>
                  <m:dPr>
                    <m:begChr m:val="("/>
                    <m:sepChr m:val=""/>
                    <m:endChr m:val=")"/>
                    <m:grow/>
                  </m:dPr>
                  <m:e>
                    <m:sSub>
                      <m:e>
                        <m:r>
                          <m:t>f</m:t>
                        </m:r>
                      </m:e>
                      <m:sub>
                        <m:r>
                          <m:t>A</m:t>
                        </m:r>
                      </m:sub>
                    </m:sSub>
                  </m:e>
                </m:d>
              </m:e>
              <m:sup>
                <m:r>
                  <m:t>2</m:t>
                </m:r>
              </m:sup>
            </m:sSup>
          </m:e>
        </m:d>
        <m:r>
          <m:rPr>
            <m:sty m:val="p"/>
          </m:rPr>
          <m:t>/</m:t>
        </m:r>
        <m:r>
          <m:rPr>
            <m:sty m:val="p"/>
            <m:scr m:val="double-struck"/>
          </m:rPr>
          <m:t>E</m:t>
        </m:r>
        <m:d>
          <m:dPr>
            <m:begChr m:val="["/>
            <m:sepChr m:val=""/>
            <m:endChr m:val="]"/>
            <m:grow/>
          </m:dPr>
          <m:e>
            <m:r>
              <m:t>p</m:t>
            </m:r>
            <m:sSup>
              <m:e>
                <m:d>
                  <m:dPr>
                    <m:begChr m:val="("/>
                    <m:sepChr m:val=""/>
                    <m:endChr m:val=")"/>
                    <m:grow/>
                  </m:dPr>
                  <m:e>
                    <m:sSub>
                      <m:e>
                        <m:r>
                          <m:t>f</m:t>
                        </m:r>
                      </m:e>
                      <m:sub>
                        <m:r>
                          <m:t>A</m:t>
                        </m:r>
                      </m:sub>
                    </m:sSub>
                  </m:e>
                </m:d>
              </m:e>
              <m:sup>
                <m:r>
                  <m:t>2</m:t>
                </m:r>
              </m:sup>
            </m:sSup>
          </m:e>
        </m:d>
      </m:oMath>
      <w:r>
        <w:t xml:space="preserve"> </w:t>
      </w:r>
      <w:r>
        <w:t xml:space="preserve">increase toward</w:t>
      </w:r>
      <w:r>
        <w:t xml:space="preserve"> </w:t>
      </w:r>
      <m:oMath>
        <m:r>
          <m:t>K</m:t>
        </m:r>
      </m:oMath>
      <w:r>
        <w:t xml:space="preserve">. A near-minimum measure estimate yields a sufficient degree depending only on</w:t>
      </w:r>
      <w:r>
        <w:t xml:space="preserve"> </w:t>
      </w:r>
      <m:oMath>
        <m:r>
          <m:t>N</m:t>
        </m:r>
      </m:oMath>
      <w:r>
        <w:t xml:space="preserve"> </w:t>
      </w:r>
      <w:r>
        <w:t xml:space="preserve">and the desired error, without bounding the maximum frequency. On intervals, degrees one and two have bounded limiting values, while an explicit cubic filter already gives a linear certificate. This does not improve the known direct interval witness. The unresolved step is a square-root lower estimate for general sets; branch 83 improves the sufficient approximation degree.</w:t>
      </w:r>
    </w:p>
    <w:p>
      <w:pPr>
        <w:pStyle w:val="BodyText"/>
      </w:pPr>
      <w:r>
        <w:t xml:space="preserve">Source: moment-hierarchy record.</w:t>
      </w:r>
    </w:p>
    <w:bookmarkEnd w:id="196"/>
    <w:bookmarkStart w:id="197" w:name="make-temperature-a-variable-certificate"/>
    <w:p>
      <w:pPr>
        <w:pStyle w:val="Heading3"/>
      </w:pPr>
      <w:r>
        <w:t xml:space="preserve">63. Make temperature a variable certificate</w:t>
      </w:r>
    </w:p>
    <w:p>
      <w:pPr>
        <w:pStyle w:val="FirstParagraph"/>
        <w:keepLines/>
      </w:pPr>
      <w:r>
        <w:rPr>
          <w:bCs/>
          <w:b/>
        </w:rPr>
        <w:t xml:space="preserve">Outcome: exact convergence; universal rate target unresolved.</w:t>
      </w:r>
      <w:r>
        <w:t xml:space="preserve"> </w:t>
      </w:r>
      <w:r>
        <w:t xml:space="preserve">For positive</w:t>
      </w:r>
      <w:r>
        <w:t xml:space="preserve"> </w:t>
      </w:r>
      <m:oMath>
        <m:r>
          <m:t>β</m:t>
        </m:r>
      </m:oMath>
      <w:r>
        <w:t xml:space="preserve">,</w:t>
      </w:r>
      <w:r>
        <w:t xml:space="preserve"> </w:t>
      </w:r>
      <m:oMath>
        <m:r>
          <m:rPr>
            <m:sty m:val="p"/>
          </m:rPr>
          <m:t>log</m:t>
        </m:r>
        <m:r>
          <m:rPr>
            <m:sty m:val="p"/>
            <m:scr m:val="double-struck"/>
          </m:rPr>
          <m:t>E</m:t>
        </m:r>
        <m:sSup>
          <m:e>
            <m:r>
              <m:t>e</m:t>
            </m:r>
          </m:e>
          <m:sup>
            <m:r>
              <m:rPr>
                <m:sty m:val="p"/>
              </m:rPr>
              <m:t>−</m:t>
            </m:r>
            <m:r>
              <m:t>β</m:t>
            </m:r>
            <m:sSub>
              <m:e>
                <m:r>
                  <m:t>f</m:t>
                </m:r>
              </m:e>
              <m:sub>
                <m:r>
                  <m:t>A</m:t>
                </m:r>
              </m:sub>
            </m:sSub>
          </m:sup>
        </m:sSup>
        <m:r>
          <m:rPr>
            <m:sty m:val="p"/>
          </m:rPr>
          <m:t>/</m:t>
        </m:r>
        <m:r>
          <m:t>β</m:t>
        </m:r>
      </m:oMath>
      <w:r>
        <w:t xml:space="preserve"> </w:t>
      </w:r>
      <w:r>
        <w:t xml:space="preserve">increases toward the negative depth. Temperature thus turns a guessed coefficient into an explicit function of the complete signal. This restates the Gibbs mechanism without altering any wave amplitudes. The missing result is a choice of temperature that gives a square-root lower bound uniformly for every spectrum. Countermodels show that the first two scalar moments alone cannot supply it. Convergence as temperature tends to zero in physical terminology should not be mistaken for a quantitative uniform growth theorem.</w:t>
      </w:r>
    </w:p>
    <w:p>
      <w:pPr>
        <w:pStyle w:val="BodyText"/>
      </w:pPr>
      <w:r>
        <w:t xml:space="preserve">Source: Gibbs-function record.</w:t>
      </w:r>
    </w:p>
    <w:bookmarkEnd w:id="197"/>
    <w:bookmarkStart w:id="198" w:name="X491cd17bbed154b1c1b0dd20fc111cd92babde7"/>
    <w:p>
      <w:pPr>
        <w:pStyle w:val="Heading3"/>
      </w:pPr>
      <w:r>
        <w:t xml:space="preserve">64. Vary the order of the negative-part moment</w:t>
      </w:r>
    </w:p>
    <w:p>
      <w:pPr>
        <w:pStyle w:val="FirstParagraph"/>
        <w:keepLines/>
      </w:pPr>
      <w:r>
        <w:rPr>
          <w:bCs/>
          <w:b/>
        </w:rPr>
        <w:t xml:space="preserve">Outcome: exact asymptotic regimes on intervals; general quadratic case open.</w:t>
      </w:r>
      <w:r>
        <w:t xml:space="preserve"> </w:t>
      </w:r>
      <w:r>
        <w:t xml:space="preserve">Let</w:t>
      </w:r>
      <w:r>
        <w:t xml:space="preserve"> </w:t>
      </w:r>
      <m:oMath>
        <m:sSub>
          <m:e>
            <m:r>
              <m:t>f</m:t>
            </m:r>
          </m:e>
          <m:sub>
            <m:r>
              <m:rPr>
                <m:sty m:val="p"/>
              </m:rPr>
              <m:t>−</m:t>
            </m:r>
          </m:sub>
        </m:sSub>
        <m:r>
          <m:rPr>
            <m:sty m:val="p"/>
          </m:rPr>
          <m:t>=</m:t>
        </m:r>
        <m:r>
          <m:rPr>
            <m:sty m:val="p"/>
          </m:rPr>
          <m:t>max</m:t>
        </m:r>
        <m:d>
          <m:dPr>
            <m:begChr m:val="("/>
            <m:sepChr m:val=""/>
            <m:endChr m:val=")"/>
            <m:grow/>
          </m:dPr>
          <m:e>
            <m:r>
              <m:rPr>
                <m:sty m:val="p"/>
              </m:rPr>
              <m:t>−</m:t>
            </m:r>
            <m:sSub>
              <m:e>
                <m:r>
                  <m:t>f</m:t>
                </m:r>
              </m:e>
              <m:sub>
                <m:r>
                  <m:t>A</m:t>
                </m:r>
              </m:sub>
            </m:sSub>
            <m:r>
              <m:rPr>
                <m:sty m:val="p"/>
              </m:rPr>
              <m:t>,</m:t>
            </m:r>
            <m:r>
              <m:t>0</m:t>
            </m:r>
          </m:e>
        </m:d>
      </m:oMath>
      <w:r>
        <w:t xml:space="preserve">. Its</w:t>
      </w:r>
      <w:r>
        <w:t xml:space="preserve"> </w:t>
      </w:r>
      <m:oMath>
        <m:sSup>
          <m:e>
            <m:r>
              <m:t>L</m:t>
            </m:r>
          </m:e>
          <m:sup>
            <m:r>
              <m:t>p</m:t>
            </m:r>
          </m:sup>
        </m:sSup>
      </m:oMath>
      <w:r>
        <w:t xml:space="preserve"> </w:t>
      </w:r>
      <w:r>
        <w:t xml:space="preserve">size increases toward</w:t>
      </w:r>
      <w:r>
        <w:t xml:space="preserve"> </w:t>
      </w:r>
      <m:oMath>
        <m:r>
          <m:t>K</m:t>
        </m:r>
      </m:oMath>
      <w:r>
        <w:t xml:space="preserve"> </w:t>
      </w:r>
      <w:r>
        <w:t xml:space="preserve">as</w:t>
      </w:r>
      <w:r>
        <w:t xml:space="preserve"> </w:t>
      </w:r>
      <m:oMath>
        <m:r>
          <m:t>p</m:t>
        </m:r>
      </m:oMath>
      <w:r>
        <w:t xml:space="preserve"> </w:t>
      </w:r>
      <w:r>
        <w:t xml:space="preserve">increases. For consecutive frequencies, the record establishes bounded behavior for</w:t>
      </w:r>
      <w:r>
        <w:t xml:space="preserve"> </w:t>
      </w:r>
      <m:oMath>
        <m:r>
          <m:t>p</m:t>
        </m:r>
        <m:r>
          <m:rPr>
            <m:sty m:val="p"/>
          </m:rPr>
          <m:t>&lt;</m:t>
        </m:r>
        <m:r>
          <m:t>1</m:t>
        </m:r>
      </m:oMath>
      <w:r>
        <w:t xml:space="preserve">, logarithmic growth for</w:t>
      </w:r>
      <w:r>
        <w:t xml:space="preserve"> </w:t>
      </w:r>
      <m:oMath>
        <m:r>
          <m:t>p</m:t>
        </m:r>
        <m:r>
          <m:rPr>
            <m:sty m:val="p"/>
          </m:rPr>
          <m:t>=</m:t>
        </m:r>
        <m:r>
          <m:t>1</m:t>
        </m:r>
      </m:oMath>
      <w:r>
        <w:t xml:space="preserve">, and order</w:t>
      </w:r>
      <w:r>
        <w:t xml:space="preserve"> </w:t>
      </w:r>
      <m:oMath>
        <m:sSup>
          <m:e>
            <m:r>
              <m:t>N</m:t>
            </m:r>
          </m:e>
          <m:sup>
            <m:r>
              <m:t>1</m:t>
            </m:r>
            <m:r>
              <m:rPr>
                <m:sty m:val="p"/>
              </m:rPr>
              <m:t>−</m:t>
            </m:r>
            <m:r>
              <m:t>1</m:t>
            </m:r>
            <m:r>
              <m:rPr>
                <m:sty m:val="p"/>
              </m:rPr>
              <m:t>/</m:t>
            </m:r>
            <m:r>
              <m:t>p</m:t>
            </m:r>
          </m:sup>
        </m:sSup>
      </m:oMath>
      <w:r>
        <w:t xml:space="preserve"> </w:t>
      </w:r>
      <w:r>
        <w:t xml:space="preserve">for</w:t>
      </w:r>
      <w:r>
        <w:t xml:space="preserve"> </w:t>
      </w:r>
      <m:oMath>
        <m:r>
          <m:t>p</m:t>
        </m:r>
        <m:r>
          <m:rPr>
            <m:sty m:val="p"/>
          </m:rPr>
          <m:t>&gt;</m:t>
        </m:r>
        <m:r>
          <m:t>1</m:t>
        </m:r>
      </m:oMath>
      <w:r>
        <w:t xml:space="preserve">. Hence every fixed</w:t>
      </w:r>
      <w:r>
        <w:t xml:space="preserve"> </w:t>
      </w:r>
      <m:oMath>
        <m:r>
          <m:t>p</m:t>
        </m:r>
        <m:r>
          <m:rPr>
            <m:sty m:val="p"/>
          </m:rPr>
          <m:t>&lt;</m:t>
        </m:r>
        <m:r>
          <m:t>2</m:t>
        </m:r>
      </m:oMath>
      <w:r>
        <w:t xml:space="preserve"> </w:t>
      </w:r>
      <w:r>
        <w:t xml:space="preserve">is too weak to certify a universal square-root scale through this statistic. The interval calculation does not refute the candidate at</w:t>
      </w:r>
      <w:r>
        <w:t xml:space="preserve"> </w:t>
      </w:r>
      <m:oMath>
        <m:r>
          <m:t>p</m:t>
        </m:r>
        <m:r>
          <m:rPr>
            <m:sty m:val="p"/>
          </m:rPr>
          <m:t>=</m:t>
        </m:r>
        <m:r>
          <m:t>2</m:t>
        </m:r>
      </m:oMath>
      <w:r>
        <w:t xml:space="preserve">, nor does it prove it for general sets. The distribution’s negative tail, not total variance alone, is decisive.</w:t>
      </w:r>
    </w:p>
    <w:p>
      <w:pPr>
        <w:pStyle w:val="BodyText"/>
      </w:pPr>
      <w:r>
        <w:t xml:space="preserve">Source: negative-moment record.</w:t>
      </w:r>
    </w:p>
    <w:bookmarkEnd w:id="198"/>
    <w:bookmarkStart w:id="199" w:name="X016f6241aff4eb7c61e0481a40a819aeffe99ad"/>
    <w:p>
      <w:pPr>
        <w:pStyle w:val="Heading3"/>
      </w:pPr>
      <w:r>
        <w:t xml:space="preserve">65. Ask how often a deep negative value occurs</w:t>
      </w:r>
    </w:p>
    <w:p>
      <w:pPr>
        <w:pStyle w:val="FirstParagraph"/>
        <w:keepLines/>
      </w:pPr>
      <w:r>
        <w:rPr>
          <w:bCs/>
          <w:b/>
        </w:rPr>
        <w:t xml:space="preserve">Outcome: quantile certificate valid; fixed-probability requirement too strong.</w:t>
      </w:r>
      <w:r>
        <w:t xml:space="preserve"> </w:t>
      </w:r>
      <w:r>
        <w:t xml:space="preserve">A negative quantile supplies a lower bound for</w:t>
      </w:r>
      <w:r>
        <w:t xml:space="preserve"> </w:t>
      </w:r>
      <m:oMath>
        <m:r>
          <m:t>K</m:t>
        </m:r>
      </m:oMath>
      <w:r>
        <w:t xml:space="preserve"> </w:t>
      </w:r>
      <w:r>
        <w:t xml:space="preserve">with an interpretable sampling probability. The proposal would be especially useful if a square-root-depth event occupied a fixed positive fraction of every period. Consecutive frequencies rule that out: the measure of such a negative event is at most order</w:t>
      </w:r>
      <w:r>
        <w:t xml:space="preserve"> </w:t>
      </w:r>
      <m:oMath>
        <m:sSup>
          <m:e>
            <m:r>
              <m:t>N</m:t>
            </m:r>
          </m:e>
          <m:sup>
            <m:r>
              <m:rPr>
                <m:sty m:val="p"/>
              </m:rPr>
              <m:t>−</m:t>
            </m:r>
            <m:r>
              <m:t>1</m:t>
            </m:r>
            <m:r>
              <m:rPr>
                <m:sty m:val="p"/>
              </m:rPr>
              <m:t>/</m:t>
            </m:r>
            <m:r>
              <m:t>2</m:t>
            </m:r>
          </m:sup>
        </m:sSup>
      </m:oMath>
      <w:r>
        <w:t xml:space="preserve">. Their deepest excursions remain large but rare. Therefore fixed-frequency random sampling can systematically miss the relevant region. This is a limit on the requested probability guarantee, not an upper bound on the true minimum’s depth.</w:t>
      </w:r>
    </w:p>
    <w:p>
      <w:pPr>
        <w:pStyle w:val="BodyText"/>
      </w:pPr>
      <w:r>
        <w:t xml:space="preserve">Source: quantile-function record.</w:t>
      </w:r>
    </w:p>
    <w:bookmarkEnd w:id="199"/>
    <w:bookmarkStart w:id="200" w:name="Xa6db0da4eb88193d8319be4f16c5b89f3372617"/>
    <w:p>
      <w:pPr>
        <w:pStyle w:val="Heading3"/>
      </w:pPr>
      <w:r>
        <w:t xml:space="preserve">66. Budget the information needed to favor rare times</w:t>
      </w:r>
    </w:p>
    <w:p>
      <w:pPr>
        <w:pStyle w:val="FirstParagraph"/>
        <w:keepLines/>
      </w:pPr>
      <w:r>
        <w:rPr>
          <w:bCs/>
          <w:b/>
        </w:rPr>
        <w:t xml:space="preserve">Outcome: variational formula proved; a useful special-family estimate.</w:t>
      </w:r>
      <w:r>
        <w:t xml:space="preserve"> </w:t>
      </w:r>
      <w:r>
        <w:t xml:space="preserve">The branch maximizes the negative weighted mean while bounding relative entropy of the observation density. The resulting variational formula precisely quantifies the cost of concentrating attention on rare negative events. For every fixed positive entropy budget, consecutive frequencies admit a certificate of order</w:t>
      </w:r>
      <w:r>
        <w:t xml:space="preserve"> </w:t>
      </w:r>
      <m:oMath>
        <m:r>
          <m:t>N</m:t>
        </m:r>
        <m:r>
          <m:rPr>
            <m:sty m:val="p"/>
          </m:rPr>
          <m:t>/</m:t>
        </m:r>
        <m:r>
          <m:rPr>
            <m:sty m:val="p"/>
          </m:rPr>
          <m:t>log</m:t>
        </m:r>
        <m:r>
          <m:t>N</m:t>
        </m:r>
      </m:oMath>
      <w:r>
        <w:t xml:space="preserve">, overcoming the fixed-quantile obstruction on that family. No analogous square-root lower bound has been proved for all sets. This revisits branches 17 and 35 with a controlled optimization problem; it does not identify an actual thermodynamic entropy of an audio device.</w:t>
      </w:r>
    </w:p>
    <w:p>
      <w:pPr>
        <w:pStyle w:val="BodyText"/>
      </w:pPr>
      <w:r>
        <w:t xml:space="preserve">Source: entropy-budget record.</w:t>
      </w:r>
    </w:p>
    <w:bookmarkEnd w:id="200"/>
    <w:bookmarkStart w:id="201" w:name="X3a1508f7ce905afd7c3aaf2ece39496903095c9"/>
    <w:p>
      <w:pPr>
        <w:pStyle w:val="Heading3"/>
      </w:pPr>
      <w:r>
        <w:t xml:space="preserve">67. Treat the denominator itself as the unknown function</w:t>
      </w:r>
    </w:p>
    <w:p>
      <w:pPr>
        <w:pStyle w:val="FirstParagraph"/>
        <w:keepLines/>
      </w:pPr>
      <w:r>
        <w:rPr>
          <w:bCs/>
          <w:b/>
        </w:rPr>
        <w:t xml:space="preserve">Outcome: corrected conditional estimate; shift-dependent counterexamples distinguished.</w:t>
      </w:r>
      <w:r>
        <w:t xml:space="preserve"> </w:t>
      </w:r>
      <w:r>
        <w:t xml:space="preserve">For an admissible factor denominator</w:t>
      </w:r>
      <w:r>
        <w:t xml:space="preserve"> </w:t>
      </w:r>
      <m:oMath>
        <m:r>
          <m:t>q</m:t>
        </m:r>
      </m:oMath>
      <w:r>
        <w:t xml:space="preserve"> </w:t>
      </w:r>
      <w:r>
        <w:t xml:space="preserve">and</w:t>
      </w:r>
      <w:r>
        <w:t xml:space="preserve"> </w:t>
      </w:r>
      <m:oMath>
        <m:r>
          <m:t>m</m:t>
        </m:r>
        <m:r>
          <m:rPr>
            <m:sty m:val="p"/>
          </m:rPr>
          <m:t>=</m:t>
        </m:r>
        <m:r>
          <m:rPr>
            <m:sty m:val="p"/>
          </m:rPr>
          <m:t>⌊</m:t>
        </m:r>
        <m:r>
          <m:t>K</m:t>
        </m:r>
        <m:r>
          <m:rPr>
            <m:sty m:val="p"/>
          </m:rPr>
          <m:t>⌋</m:t>
        </m:r>
        <m:r>
          <m:rPr>
            <m:sty m:val="p"/>
          </m:rPr>
          <m:t>+</m:t>
        </m:r>
        <m:r>
          <m:t>2</m:t>
        </m:r>
      </m:oMath>
      <w:r>
        <w:t xml:space="preserve">, the correct coefficient-energy count is</w:t>
      </w:r>
      <w:r>
        <w:t xml:space="preserve"> </w:t>
      </w:r>
      <m:oMath>
        <m:r>
          <m:t>N</m:t>
        </m:r>
        <m:r>
          <m:rPr>
            <m:sty m:val="p"/>
          </m:rPr>
          <m:t>≤</m:t>
        </m:r>
        <m:r>
          <m:t>2</m:t>
        </m:r>
        <m:sSup>
          <m:e>
            <m:r>
              <m:t>m</m:t>
            </m:r>
          </m:e>
          <m:sup>
            <m:r>
              <m:t>2</m:t>
            </m:r>
          </m:sup>
        </m:sSup>
        <m:sSup>
          <m:e>
            <m:r>
              <m:t>q</m:t>
            </m:r>
          </m:e>
          <m:sup>
            <m:r>
              <m:t>2</m:t>
            </m:r>
          </m:sup>
        </m:sSup>
        <m:r>
          <m:rPr>
            <m:sty m:val="p"/>
          </m:rPr>
          <m:t>−</m:t>
        </m:r>
        <m:r>
          <m:t>m</m:t>
        </m:r>
      </m:oMath>
      <w:r>
        <w:t xml:space="preserve">, yielding</w:t>
      </w:r>
      <w:r>
        <w:t xml:space="preserve"> </w:t>
      </w:r>
      <m:oMath>
        <m:r>
          <m:t>K</m:t>
        </m:r>
        <m:r>
          <m:rPr>
            <m:sty m:val="p"/>
          </m:rPr>
          <m:t>≥</m:t>
        </m:r>
        <m:rad>
          <m:radPr>
            <m:degHide m:val="on"/>
          </m:radPr>
          <m:deg/>
          <m:e>
            <m:r>
              <m:t>N</m:t>
            </m:r>
          </m:e>
        </m:rad>
        <m:r>
          <m:rPr>
            <m:sty m:val="p"/>
          </m:rPr>
          <m:t>/</m:t>
        </m:r>
        <m:d>
          <m:dPr>
            <m:begChr m:val="("/>
            <m:sepChr m:val=""/>
            <m:endChr m:val=")"/>
            <m:grow/>
          </m:dPr>
          <m:e>
            <m:r>
              <m:t>3</m:t>
            </m:r>
            <m:rad>
              <m:radPr>
                <m:degHide m:val="on"/>
              </m:radPr>
              <m:deg/>
              <m:e>
                <m:r>
                  <m:t>2</m:t>
                </m:r>
              </m:e>
            </m:rad>
            <m:r>
              <m:t>q</m:t>
            </m:r>
          </m:e>
        </m:d>
      </m:oMath>
      <w:r>
        <w:t xml:space="preserve">. A denominator bounded uniformly would suffice, but no such bound is constructed. The earlier obstruction at shift</w:t>
      </w:r>
      <w:r>
        <w:t xml:space="preserve"> </w:t>
      </w:r>
      <m:oMath>
        <m:r>
          <m:t>m</m:t>
        </m:r>
        <m:r>
          <m:rPr>
            <m:sty m:val="p"/>
          </m:rPr>
          <m:t>=</m:t>
        </m:r>
        <m:r>
          <m:t>2</m:t>
        </m:r>
      </m:oMath>
      <w:r>
        <w:t xml:space="preserve"> </w:t>
      </w:r>
      <w:r>
        <w:t xml:space="preserve">must not be transferred to shift</w:t>
      </w:r>
      <w:r>
        <w:t xml:space="preserve"> </w:t>
      </w:r>
      <m:oMath>
        <m:r>
          <m:t>m</m:t>
        </m:r>
        <m:r>
          <m:rPr>
            <m:sty m:val="p"/>
          </m:rPr>
          <m:t>=</m:t>
        </m:r>
        <m:r>
          <m:t>3</m:t>
        </m:r>
      </m:oMath>
      <w:r>
        <w:t xml:space="preserve">: the same seven-frequency example has an explicit denominator-one certificate at the latter shift. The catalogue uses the corrected</w:t>
      </w:r>
      <w:r>
        <w:t xml:space="preserve"> </w:t>
      </w:r>
      <m:oMath>
        <m:sSup>
          <m:e>
            <m:r>
              <m:t>q</m:t>
            </m:r>
          </m:e>
          <m:sup>
            <m:r>
              <m:t>2</m:t>
            </m:r>
          </m:sup>
        </m:sSup>
      </m:oMath>
      <w:r>
        <w:t xml:space="preserve"> </w:t>
      </w:r>
      <w:r>
        <w:t xml:space="preserve">normalization and preserves the earlier error in the historical record.</w:t>
      </w:r>
    </w:p>
    <w:p>
      <w:pPr>
        <w:pStyle w:val="BodyText"/>
      </w:pPr>
      <w:r>
        <w:t xml:space="preserve">Source: denominator-function record.</w:t>
      </w:r>
    </w:p>
    <w:bookmarkEnd w:id="201"/>
    <w:bookmarkStart w:id="202" w:name="Xf059a66d691d6c29a32fa432e88c937cf4e2293"/>
    <w:p>
      <w:pPr>
        <w:pStyle w:val="Heading3"/>
      </w:pPr>
      <w:r>
        <w:t xml:space="preserve">68. Include resonance and observation duration in the function</w:t>
      </w:r>
    </w:p>
    <w:p>
      <w:pPr>
        <w:pStyle w:val="FirstParagraph"/>
        <w:keepLines/>
      </w:pPr>
      <w:r>
        <w:rPr>
          <w:bCs/>
          <w:b/>
        </w:rPr>
        <w:t xml:space="preserve">Outcome: exact discontinuity and finite-time continuity distinguished.</w:t>
      </w:r>
      <w:r>
        <w:t xml:space="preserve"> </w:t>
      </w:r>
      <w:r>
        <w:t xml:space="preserve">This returns to the detuning example of branch 09 to make its practical meaning explicit. The full-time infimum jumps when</w:t>
      </w:r>
      <w:r>
        <w:t xml:space="preserve"> </w:t>
      </w:r>
      <m:oMath>
        <m:r>
          <m:rPr>
            <m:sty m:val="p"/>
          </m:rPr>
          <m:t>{</m:t>
        </m:r>
        <m:r>
          <m:t>1</m:t>
        </m:r>
        <m:r>
          <m:rPr>
            <m:sty m:val="p"/>
          </m:rPr>
          <m:t>,</m:t>
        </m:r>
        <m:r>
          <m:t>2</m:t>
        </m:r>
        <m:r>
          <m:rPr>
            <m:sty m:val="p"/>
          </m:rPr>
          <m:t>}</m:t>
        </m:r>
      </m:oMath>
      <w:r>
        <w:t xml:space="preserve"> </w:t>
      </w:r>
      <w:r>
        <w:t xml:space="preserve">is replaced by</w:t>
      </w:r>
      <w:r>
        <w:t xml:space="preserve"> </w:t>
      </w:r>
      <m:oMath>
        <m:r>
          <m:rPr>
            <m:sty m:val="p"/>
          </m:rPr>
          <m:t>{</m:t>
        </m:r>
        <m:r>
          <m:t>1</m:t>
        </m:r>
        <m:r>
          <m:rPr>
            <m:sty m:val="p"/>
          </m:rPr>
          <m:t>,</m:t>
        </m:r>
        <m:r>
          <m:t>2</m:t>
        </m:r>
        <m:r>
          <m:rPr>
            <m:sty m:val="p"/>
          </m:rPr>
          <m:t>+</m:t>
        </m:r>
        <m:r>
          <m:t>ε</m:t>
        </m:r>
        <m:r>
          <m:rPr>
            <m:sty m:val="p"/>
          </m:rPr>
          <m:t>}</m:t>
        </m:r>
      </m:oMath>
      <w:r>
        <w:t xml:space="preserve"> </w:t>
      </w:r>
      <w:r>
        <w:t xml:space="preserve">with irrational detuning, yet a fixed observation interval admits an error bound proportional to its duration and the detuning. Resonance information therefore cannot be replaced by merely close numeric frequencies when unlimited time is allowed. The noninteger example is a test of an inference, not a change to Chowla’s domain. It also does not assert that a finite audio recording observes the unrestricted infimum.</w:t>
      </w:r>
    </w:p>
    <w:p>
      <w:pPr>
        <w:pStyle w:val="BodyText"/>
      </w:pPr>
      <w:r>
        <w:t xml:space="preserve">Source: resonance-function record.</w:t>
      </w:r>
    </w:p>
    <w:bookmarkEnd w:id="202"/>
    <w:bookmarkStart w:id="203" w:name="Xaa080db17b4c0557b3c370342e60c2fdae085f8"/>
    <w:p>
      <w:pPr>
        <w:pStyle w:val="Heading3"/>
      </w:pPr>
      <w:r>
        <w:t xml:space="preserve">69. Take the strongest of several available functions</w:t>
      </w:r>
    </w:p>
    <w:p>
      <w:pPr>
        <w:pStyle w:val="FirstParagraph"/>
        <w:keepLines/>
      </w:pPr>
      <w:r>
        <w:rPr>
          <w:bCs/>
          <w:b/>
        </w:rPr>
        <w:t xml:space="preserve">Outcome: valid combination; specified envelope remains insufficient.</w:t>
      </w:r>
      <w:r>
        <w:t xml:space="preserve"> </w:t>
      </w:r>
      <w:r>
        <w:t xml:space="preserve">Taking the maximum of lower certificates preserves validity and can improve individual examples. The branch combines six previously checked estimates and asks whether their weaknesses complement one another. Consecutive frequencies show that all six can remain weak together: their maximum is still only</w:t>
      </w:r>
      <w:r>
        <w:t xml:space="preserve"> </w:t>
      </w:r>
      <m:oMath>
        <m:r>
          <m:t>O</m:t>
        </m:r>
        <m:d>
          <m:dPr>
            <m:begChr m:val="("/>
            <m:sepChr m:val=""/>
            <m:endChr m:val=")"/>
            <m:grow/>
          </m:dPr>
          <m:e>
            <m:r>
              <m:rPr>
                <m:sty m:val="p"/>
              </m:rPr>
              <m:t>log</m:t>
            </m:r>
            <m:r>
              <m:t>N</m:t>
            </m:r>
          </m:e>
        </m:d>
      </m:oMath>
      <w:r>
        <w:t xml:space="preserve">, despite a true linear depth. This does not rule out every possible envelope or adaptive certificate selection. In fact, adding the cubic moment filter of branch 62 changes the conclusion on this family. The obstruction is to the documented finite menu, not to combination as a principle.</w:t>
      </w:r>
    </w:p>
    <w:p>
      <w:pPr>
        <w:pStyle w:val="BodyText"/>
      </w:pPr>
      <w:r>
        <w:t xml:space="preserve">Source: function-envelope record.</w:t>
      </w:r>
    </w:p>
    <w:bookmarkEnd w:id="203"/>
    <w:bookmarkStart w:id="204" w:name="Xbb77cb44645c61f9041f9b9dd4ecd7a3dc9d40e"/>
    <w:p>
      <w:pPr>
        <w:pStyle w:val="Heading3"/>
      </w:pPr>
      <w:r>
        <w:t xml:space="preserve">70. Replace frequencies by their smooth distribution</w:t>
      </w:r>
    </w:p>
    <w:p>
      <w:pPr>
        <w:pStyle w:val="FirstParagraph"/>
        <w:keepLines/>
      </w:pPr>
      <w:r>
        <w:rPr>
          <w:bCs/>
          <w:b/>
        </w:rPr>
        <w:t xml:space="preserve">Outcome: an exact observation-window obstruction.</w:t>
      </w:r>
      <w:r>
        <w:t xml:space="preserve"> </w:t>
      </w:r>
      <w:r>
        <w:t xml:space="preserve">The constructed distinct integer frequencies approximate a smooth profile whose cosine transform is nonnegative. At scaled times</w:t>
      </w:r>
      <w:r>
        <w:t xml:space="preserve"> </w:t>
      </w:r>
      <m:oMath>
        <m:r>
          <m:t>x</m:t>
        </m:r>
        <m:r>
          <m:rPr>
            <m:sty m:val="p"/>
          </m:rPr>
          <m:t>=</m:t>
        </m:r>
        <m:r>
          <m:t>s</m:t>
        </m:r>
        <m:r>
          <m:rPr>
            <m:sty m:val="p"/>
          </m:rPr>
          <m:t>/</m:t>
        </m:r>
        <m:d>
          <m:dPr>
            <m:begChr m:val="("/>
            <m:sepChr m:val=""/>
            <m:endChr m:val=")"/>
            <m:grow/>
          </m:dPr>
          <m:e>
            <m:r>
              <m:t>2</m:t>
            </m:r>
            <m:r>
              <m:t>N</m:t>
            </m:r>
          </m:e>
        </m:d>
      </m:oMath>
      <w:r>
        <w:t xml:space="preserve">, the deviation from that limiting profile is at most</w:t>
      </w:r>
      <w:r>
        <w:t xml:space="preserve"> </w:t>
      </w:r>
      <m:oMath>
        <m:d>
          <m:dPr>
            <m:begChr m:val="|"/>
            <m:sepChr m:val=""/>
            <m:endChr m:val="|"/>
            <m:grow/>
          </m:dPr>
          <m:e>
            <m:r>
              <m:t>s</m:t>
            </m:r>
          </m:e>
        </m:d>
      </m:oMath>
      <w:r>
        <w:t xml:space="preserve">. Consequently a window</w:t>
      </w:r>
      <w:r>
        <w:t xml:space="preserve"> </w:t>
      </w:r>
      <m:oMath>
        <m:d>
          <m:dPr>
            <m:begChr m:val="|"/>
            <m:sepChr m:val=""/>
            <m:endChr m:val="|"/>
            <m:grow/>
          </m:dPr>
          <m:e>
            <m:r>
              <m:t>s</m:t>
            </m:r>
          </m:e>
        </m:d>
        <m:r>
          <m:rPr>
            <m:sty m:val="p"/>
          </m:rPr>
          <m:t>≤</m:t>
        </m:r>
        <m:r>
          <m:t>T</m:t>
        </m:r>
      </m:oMath>
      <w:r>
        <w:t xml:space="preserve"> </w:t>
      </w:r>
      <w:r>
        <w:t xml:space="preserve">cannot certify a negative depth exceeding</w:t>
      </w:r>
      <w:r>
        <w:t xml:space="preserve"> </w:t>
      </w:r>
      <m:oMath>
        <m:r>
          <m:t>T</m:t>
        </m:r>
      </m:oMath>
      <w:r>
        <w:t xml:space="preserve">. For</w:t>
      </w:r>
      <w:r>
        <w:t xml:space="preserve"> </w:t>
      </w:r>
      <m:oMath>
        <m:r>
          <m:t>T</m:t>
        </m:r>
        <m:r>
          <m:rPr>
            <m:sty m:val="p"/>
          </m:rPr>
          <m:t>=</m:t>
        </m:r>
        <m:r>
          <m:t>o</m:t>
        </m:r>
        <m:d>
          <m:dPr>
            <m:begChr m:val="("/>
            <m:sepChr m:val=""/>
            <m:endChr m:val=")"/>
            <m:grow/>
          </m:dPr>
          <m:e>
            <m:rad>
              <m:radPr>
                <m:degHide m:val="on"/>
              </m:radPr>
              <m:deg/>
              <m:e>
                <m:r>
                  <m:t>N</m:t>
                </m:r>
              </m:e>
            </m:rad>
          </m:e>
        </m:d>
      </m:oMath>
      <w:r>
        <w:t xml:space="preserve">, this defeats a square-root certificate based only on that window. The full signal outside the window is not controlled by the conclusion, and no small global</w:t>
      </w:r>
      <w:r>
        <w:t xml:space="preserve"> </w:t>
      </w:r>
      <m:oMath>
        <m:r>
          <m:t>K</m:t>
        </m:r>
      </m:oMath>
      <w:r>
        <w:t xml:space="preserve"> </w:t>
      </w:r>
      <w:r>
        <w:t xml:space="preserve">is proved. Smooth frequency statistics can therefore conceal the scale where a decisive excursion occurs.</w:t>
      </w:r>
    </w:p>
    <w:p>
      <w:pPr>
        <w:pStyle w:val="BodyText"/>
      </w:pPr>
      <w:r>
        <w:t xml:space="preserve">Source: frequency-profile record.</w:t>
      </w:r>
    </w:p>
    <w:bookmarkEnd w:id="204"/>
    <w:bookmarkEnd w:id="205"/>
    <w:bookmarkStart w:id="226" w:name="X993e3a4f3890b9f55744dc40676eaff17869a00"/>
    <w:p>
      <w:pPr>
        <w:pStyle w:val="Heading2"/>
      </w:pPr>
      <w:r>
        <w:t xml:space="preserve">Approaches 71–90: physical meaning and quantum analogies</w:t>
      </w:r>
    </w:p>
    <w:bookmarkStart w:id="206" w:name="X4aa5af42b9c6ae7d2edc6a181d071e84b656c5b"/>
    <w:p>
      <w:pPr>
        <w:pStyle w:val="Heading3"/>
      </w:pPr>
      <w:r>
        <w:t xml:space="preserve">71. Interpret the coefficient as a negative crest factor</w:t>
      </w:r>
    </w:p>
    <w:p>
      <w:pPr>
        <w:pStyle w:val="FirstParagraph"/>
        <w:keepLines/>
      </w:pPr>
      <w:r>
        <w:rPr>
          <w:bCs/>
          <w:b/>
        </w:rPr>
        <w:t xml:space="preserve">Outcome: an exact physical normalization.</w:t>
      </w:r>
      <w:r>
        <w:t xml:space="preserve"> </w:t>
      </w:r>
      <w:r>
        <w:t xml:space="preserve">For a pressure-like signal</w:t>
      </w:r>
      <w:r>
        <w:t xml:space="preserve"> </w:t>
      </w:r>
      <m:oMath>
        <m:r>
          <m:t>p</m:t>
        </m:r>
        <m:d>
          <m:dPr>
            <m:begChr m:val="("/>
            <m:sepChr m:val=""/>
            <m:endChr m:val=")"/>
            <m:grow/>
          </m:dPr>
          <m:e>
            <m:r>
              <m:t>t</m:t>
            </m:r>
          </m:e>
        </m:d>
        <m:r>
          <m:rPr>
            <m:sty m:val="p"/>
          </m:rPr>
          <m:t>=</m:t>
        </m:r>
        <m:sSub>
          <m:e>
            <m:r>
              <m:t>P</m:t>
            </m:r>
          </m:e>
          <m:sub>
            <m:r>
              <m:t>0</m:t>
            </m:r>
          </m:sub>
        </m:sSub>
        <m:sSub>
          <m:e>
            <m:r>
              <m:t>f</m:t>
            </m:r>
          </m:e>
          <m:sub>
            <m:r>
              <m:t>A</m:t>
            </m:r>
          </m:sub>
        </m:sSub>
        <m:d>
          <m:dPr>
            <m:begChr m:val="("/>
            <m:sepChr m:val=""/>
            <m:endChr m:val=")"/>
            <m:grow/>
          </m:dPr>
          <m:e>
            <m:sSub>
              <m:e>
                <m:r>
                  <m:t>ω</m:t>
                </m:r>
              </m:e>
              <m:sub>
                <m:r>
                  <m:t>0</m:t>
                </m:r>
              </m:sub>
            </m:sSub>
            <m:r>
              <m:t>t</m:t>
            </m:r>
          </m:e>
        </m:d>
      </m:oMath>
      <w:r>
        <w:t xml:space="preserve">, its full-period RMS is</w:t>
      </w:r>
      <w:r>
        <w:t xml:space="preserve"> </w:t>
      </w:r>
      <m:oMath>
        <m:sSub>
          <m:e>
            <m:r>
              <m:t>P</m:t>
            </m:r>
          </m:e>
          <m:sub>
            <m:r>
              <m:t>0</m:t>
            </m:r>
          </m:sub>
        </m:sSub>
        <m:rad>
          <m:radPr>
            <m:degHide m:val="on"/>
          </m:radPr>
          <m:deg/>
          <m:e>
            <m:r>
              <m:t>N</m:t>
            </m:r>
            <m:r>
              <m:rPr>
                <m:sty m:val="p"/>
              </m:rPr>
              <m:t>/</m:t>
            </m:r>
            <m:r>
              <m:t>2</m:t>
            </m:r>
          </m:e>
        </m:rad>
      </m:oMath>
      <w:r>
        <w:t xml:space="preserve"> </w:t>
      </w:r>
      <w:r>
        <w:t xml:space="preserve">and its negative peak depth is</w:t>
      </w:r>
      <w:r>
        <w:t xml:space="preserve"> </w:t>
      </w:r>
      <m:oMath>
        <m:sSub>
          <m:e>
            <m:r>
              <m:t>P</m:t>
            </m:r>
          </m:e>
          <m:sub>
            <m:r>
              <m:t>0</m:t>
            </m:r>
          </m:sub>
        </m:sSub>
        <m:r>
          <m:t>K</m:t>
        </m:r>
      </m:oMath>
      <w:r>
        <w:t xml:space="preserve">. Their ratio is</w:t>
      </w:r>
      <w:r>
        <w:t xml:space="preserve"> </w:t>
      </w:r>
      <m:oMath>
        <m:rad>
          <m:radPr>
            <m:degHide m:val="on"/>
          </m:radPr>
          <m:deg/>
          <m:e>
            <m:r>
              <m:t>2</m:t>
            </m:r>
          </m:e>
        </m:rad>
        <m:r>
          <m:t>K</m:t>
        </m:r>
        <m:r>
          <m:rPr>
            <m:sty m:val="p"/>
          </m:rPr>
          <m:t>/</m:t>
        </m:r>
        <m:rad>
          <m:radPr>
            <m:degHide m:val="on"/>
          </m:radPr>
          <m:deg/>
          <m:e>
            <m:r>
              <m:t>N</m:t>
            </m:r>
          </m:e>
        </m:rad>
      </m:oMath>
      <w:r>
        <w:t xml:space="preserve">, making the candidate coefficient a dimensionless shape statistic. Changing units or scaling all frequencies does not determine it. Equal RMS can coexist with different depths. Negative pressure perturbation describes rarefaction relative to equilibrium, not negative energy. The interpretation clarifies what is being sought without making the coefficient a material constant or a quantum of energy.</w:t>
      </w:r>
    </w:p>
    <w:p>
      <w:pPr>
        <w:pStyle w:val="BodyText"/>
      </w:pPr>
      <w:r>
        <w:t xml:space="preserve">Source: crest-factor record.</w:t>
      </w:r>
    </w:p>
    <w:bookmarkEnd w:id="206"/>
    <w:bookmarkStart w:id="207" w:name="X0bdf0aa2e375404347b1caba81b24d98b8b6fbe"/>
    <w:p>
      <w:pPr>
        <w:pStyle w:val="Heading3"/>
      </w:pPr>
      <w:r>
        <w:t xml:space="preserve">72. Compare quantum return amplitude with return probability</w:t>
      </w:r>
    </w:p>
    <w:p>
      <w:pPr>
        <w:pStyle w:val="FirstParagraph"/>
        <w:keepLines/>
      </w:pPr>
      <w:r>
        <w:rPr>
          <w:bCs/>
          <w:b/>
        </w:rPr>
        <w:t xml:space="preserve">Outcome: amplitude representation exact; probability-only inference refuted.</w:t>
      </w:r>
      <w:r>
        <w:t xml:space="preserve"> </w:t>
      </w:r>
      <w:r>
        <w:t xml:space="preserve">An equal superposition of frequency-labelled basis states gives a return amplitude whose real part is</w:t>
      </w:r>
      <w:r>
        <w:t xml:space="preserve"> </w:t>
      </w:r>
      <m:oMath>
        <m:sSub>
          <m:e>
            <m:r>
              <m:t>f</m:t>
            </m:r>
          </m:e>
          <m:sub>
            <m:r>
              <m:t>A</m:t>
            </m:r>
          </m:sub>
        </m:sSub>
        <m:r>
          <m:rPr>
            <m:sty m:val="p"/>
          </m:rPr>
          <m:t>/</m:t>
        </m:r>
        <m:r>
          <m:t>N</m:t>
        </m:r>
      </m:oMath>
      <w:r>
        <w:t xml:space="preserve">. The survival probability uses its squared modulus and loses a global phase. Shifting every frequency by a common carrier changes that phase while preserving the probability curve. The sets</w:t>
      </w:r>
      <w:r>
        <w:t xml:space="preserve"> </w:t>
      </w:r>
      <m:oMath>
        <m:r>
          <m:rPr>
            <m:sty m:val="p"/>
          </m:rPr>
          <m:t>{</m:t>
        </m:r>
        <m:r>
          <m:t>1</m:t>
        </m:r>
        <m:r>
          <m:rPr>
            <m:sty m:val="p"/>
          </m:rPr>
          <m:t>,</m:t>
        </m:r>
        <m:r>
          <m:t>2</m:t>
        </m:r>
        <m:r>
          <m:rPr>
            <m:sty m:val="p"/>
          </m:rPr>
          <m:t>}</m:t>
        </m:r>
      </m:oMath>
      <w:r>
        <w:t xml:space="preserve"> </w:t>
      </w:r>
      <w:r>
        <w:t xml:space="preserve">and</w:t>
      </w:r>
      <w:r>
        <w:t xml:space="preserve"> </w:t>
      </w:r>
      <m:oMath>
        <m:r>
          <m:rPr>
            <m:sty m:val="p"/>
          </m:rPr>
          <m:t>{</m:t>
        </m:r>
        <m:r>
          <m:t>2</m:t>
        </m:r>
        <m:r>
          <m:rPr>
            <m:sty m:val="p"/>
          </m:rPr>
          <m:t>,</m:t>
        </m:r>
        <m:r>
          <m:t>3</m:t>
        </m:r>
        <m:r>
          <m:rPr>
            <m:sty m:val="p"/>
          </m:rPr>
          <m:t>}</m:t>
        </m:r>
      </m:oMath>
      <w:r>
        <w:t xml:space="preserve"> </w:t>
      </w:r>
      <w:r>
        <w:t xml:space="preserve">consequently have identical return probabilities but different exact negative depths. Thus probability alone cannot recover the target. Branch 86 uses the same counterexample in classical interference language; these are related interpretations, not two independent discoveries.</w:t>
      </w:r>
    </w:p>
    <w:p>
      <w:pPr>
        <w:pStyle w:val="BodyText"/>
      </w:pPr>
      <w:r>
        <w:t xml:space="preserve">Source: quantum-amplitude record.</w:t>
      </w:r>
    </w:p>
    <w:bookmarkEnd w:id="207"/>
    <w:bookmarkStart w:id="208" w:name="use-a-quantum-speed-limit-as-a-clock"/>
    <w:p>
      <w:pPr>
        <w:pStyle w:val="Heading3"/>
      </w:pPr>
      <w:r>
        <w:t xml:space="preserve">73. Use a quantum speed limit as a clock</w:t>
      </w:r>
    </w:p>
    <w:p>
      <w:pPr>
        <w:pStyle w:val="FirstParagraph"/>
        <w:keepLines/>
      </w:pPr>
      <w:r>
        <w:rPr>
          <w:bCs/>
          <w:b/>
        </w:rPr>
        <w:t xml:space="preserve">Outcome: necessary time bound; no existence theorem.</w:t>
      </w:r>
      <w:r>
        <w:t xml:space="preserve"> </w:t>
      </w:r>
      <w:r>
        <w:t xml:space="preserve">The elementary cosine inequality gives a lower bound on the real return amplitude in terms of the frequency second moment and elapsed time. It therefore supplies a necessary time before a specified negative threshold can be reached. It does not prove that the threshold is ever reached. Common frequency dilation changes that clock while leaving</w:t>
      </w:r>
      <w:r>
        <w:t xml:space="preserve"> </w:t>
      </w:r>
      <m:oMath>
        <m:r>
          <m:t>K</m:t>
        </m:r>
      </m:oMath>
      <w:r>
        <w:t xml:space="preserve"> </w:t>
      </w:r>
      <w:r>
        <w:t xml:space="preserve">unchanged. A negative real amplitude also does not imply orthogonality: a single basis state has survival probability one while its phase rotates. These distinctions prevent the speed-limit analogy from manufacturing a depth estimate.</w:t>
      </w:r>
    </w:p>
    <w:p>
      <w:pPr>
        <w:pStyle w:val="BodyText"/>
      </w:pPr>
      <w:r>
        <w:t xml:space="preserve">Source: quantum-clock record.</w:t>
      </w:r>
    </w:p>
    <w:bookmarkEnd w:id="208"/>
    <w:bookmarkStart w:id="209" w:name="Xa36ce46507a1e0ec11daa0ac8ba761f6c782d5c"/>
    <w:p>
      <w:pPr>
        <w:pStyle w:val="Heading3"/>
      </w:pPr>
      <w:r>
        <w:t xml:space="preserve">74. Decohere the modes into independent phases</w:t>
      </w:r>
    </w:p>
    <w:p>
      <w:pPr>
        <w:pStyle w:val="FirstParagraph"/>
        <w:keepLines/>
      </w:pPr>
      <w:r>
        <w:rPr>
          <w:bCs/>
          <w:b/>
        </w:rPr>
        <w:t xml:space="preserve">Outcome: exact distributional transfer refuted.</w:t>
      </w:r>
      <w:r>
        <w:t xml:space="preserve"> </w:t>
      </w:r>
      <w:r>
        <w:t xml:space="preserve">Independent uniform phases give a symmetric sum and a negative-part second moment of</w:t>
      </w:r>
      <w:r>
        <w:t xml:space="preserve"> </w:t>
      </w:r>
      <m:oMath>
        <m:r>
          <m:t>N</m:t>
        </m:r>
        <m:r>
          <m:rPr>
            <m:sty m:val="p"/>
          </m:rPr>
          <m:t>/</m:t>
        </m:r>
        <m:r>
          <m:t>4</m:t>
        </m:r>
      </m:oMath>
      <w:r>
        <w:t xml:space="preserve">. The original integer-frequency curve has locked phases and need not share that statistic. For</w:t>
      </w:r>
      <w:r>
        <w:t xml:space="preserve"> </w:t>
      </w:r>
      <m:oMath>
        <m:r>
          <m:rPr>
            <m:sty m:val="p"/>
          </m:rPr>
          <m:t>{</m:t>
        </m:r>
        <m:r>
          <m:t>1</m:t>
        </m:r>
        <m:r>
          <m:rPr>
            <m:sty m:val="p"/>
          </m:rPr>
          <m:t>,</m:t>
        </m:r>
        <m:r>
          <m:t>2</m:t>
        </m:r>
        <m:r>
          <m:rPr>
            <m:sty m:val="p"/>
          </m:rPr>
          <m:t>}</m:t>
        </m:r>
      </m:oMath>
      <w:r>
        <w:t xml:space="preserve">, direct integration gives</w:t>
      </w:r>
      <w:r>
        <w:t xml:space="preserve"> </w:t>
      </w:r>
      <m:oMath>
        <m:r>
          <m:rPr>
            <m:sty m:val="p"/>
            <m:scr m:val="double-struck"/>
          </m:rPr>
          <m:t>E</m:t>
        </m:r>
        <m:sSubSup>
          <m:e>
            <m:r>
              <m:t>f</m:t>
            </m:r>
          </m:e>
          <m:sub>
            <m:r>
              <m:rPr>
                <m:sty m:val="p"/>
              </m:rPr>
              <m:t>−</m:t>
            </m:r>
          </m:sub>
          <m:sup>
            <m:r>
              <m:t>2</m:t>
            </m:r>
          </m:sup>
        </m:sSubSup>
        <m:r>
          <m:rPr>
            <m:sty m:val="p"/>
          </m:rPr>
          <m:t>=</m:t>
        </m:r>
        <m:r>
          <m:t>2</m:t>
        </m:r>
        <m:r>
          <m:rPr>
            <m:sty m:val="p"/>
          </m:rPr>
          <m:t>/</m:t>
        </m:r>
        <m:r>
          <m:t>3</m:t>
        </m:r>
        <m:r>
          <m:rPr>
            <m:sty m:val="p"/>
          </m:rPr>
          <m:t>−</m:t>
        </m:r>
        <m:r>
          <m:t>9</m:t>
        </m:r>
        <m:rad>
          <m:radPr>
            <m:degHide m:val="on"/>
          </m:radPr>
          <m:deg/>
          <m:e>
            <m:r>
              <m:t>3</m:t>
            </m:r>
          </m:e>
        </m:rad>
        <m:r>
          <m:rPr>
            <m:sty m:val="p"/>
          </m:rPr>
          <m:t>/</m:t>
        </m:r>
        <m:d>
          <m:dPr>
            <m:begChr m:val="("/>
            <m:sepChr m:val=""/>
            <m:endChr m:val=")"/>
            <m:grow/>
          </m:dPr>
          <m:e>
            <m:r>
              <m:t>16</m:t>
            </m:r>
            <m:r>
              <m:t>π</m:t>
            </m:r>
          </m:e>
        </m:d>
        <m:r>
          <m:rPr>
            <m:sty m:val="p"/>
          </m:rPr>
          <m:t>&lt;</m:t>
        </m:r>
        <m:r>
          <m:t>1</m:t>
        </m:r>
        <m:r>
          <m:rPr>
            <m:sty m:val="p"/>
          </m:rPr>
          <m:t>/</m:t>
        </m:r>
        <m:r>
          <m:t>2</m:t>
        </m:r>
      </m:oMath>
      <w:r>
        <w:t xml:space="preserve">, unlike the independent model. The numerical difference is a rigorous counterexample to the proposed equality or universal transfer. It does not show that the original sum has a small minimum. Random phase changes may be useful experimentally, but they alter the mathematical object under investigation.</w:t>
      </w:r>
    </w:p>
    <w:p>
      <w:pPr>
        <w:pStyle w:val="BodyText"/>
      </w:pPr>
      <w:r>
        <w:t xml:space="preserve">Source: decoherence record.</w:t>
      </w:r>
    </w:p>
    <w:bookmarkEnd w:id="209"/>
    <w:bookmarkStart w:id="210" w:name="X360b5947c824cf203328d476ca65a3a91272105"/>
    <w:p>
      <w:pPr>
        <w:pStyle w:val="Heading3"/>
      </w:pPr>
      <w:r>
        <w:t xml:space="preserve">75. Count phonons instead of counting frequencies</w:t>
      </w:r>
    </w:p>
    <w:p>
      <w:pPr>
        <w:pStyle w:val="FirstParagraph"/>
      </w:pPr>
      <w:r>
        <w:rPr>
          <w:bCs/>
          <w:b/>
        </w:rPr>
        <w:t xml:space="preserve">Outcome: the quantities are mathematically distinct.</w:t>
      </w:r>
      <w:r>
        <w:t xml:space="preserve"> </w:t>
      </w:r>
      <w:r>
        <w:t xml:space="preserve">Quantizing a harmonic oscillator produces number states with nonzero excitation energy but zero mean displacement. A coherent state can instead have a classical sinusoidal mean. Applying the latter description to all modes returns the original cosine problem, while integer occupation numbers do not enforce its unit mean amplitudes. The branch therefore checks the quantum analogy through exact expectation and variance formulas. It neither denies phonons nor proposes a new quantum law. The number of frequencies, the number of excitations, the amplitude, and the energy cannot be substituted for one another in a proof.</w:t>
      </w:r>
    </w:p>
    <w:p>
      <w:pPr>
        <w:pStyle w:val="BodyText"/>
      </w:pPr>
      <w:r>
        <w:t xml:space="preserve">Source: phonon record.</w:t>
      </w:r>
    </w:p>
    <w:bookmarkEnd w:id="210"/>
    <w:bookmarkStart w:id="211" w:name="X2abf8c2169fbe91c7a1d2afe980a853f3d2d29a"/>
    <w:p>
      <w:pPr>
        <w:pStyle w:val="Heading3"/>
      </w:pPr>
      <w:r>
        <w:t xml:space="preserve">76. Squeeze quantum uncertainty to force a classical excursion</w:t>
      </w:r>
    </w:p>
    <w:p>
      <w:pPr>
        <w:pStyle w:val="FirstParagraph"/>
        <w:keepLines/>
      </w:pPr>
      <w:r>
        <w:rPr>
          <w:bCs/>
          <w:b/>
        </w:rPr>
        <w:t xml:space="preserve">Outcome: mean-versus-noise confusion refuted.</w:t>
      </w:r>
      <w:r>
        <w:t xml:space="preserve"> </w:t>
      </w:r>
      <w:r>
        <w:t xml:space="preserve">Displacement changes a quantum state’s mean quadrature without fixing its uncertainty, while squeezing changes the uncertainty distribution. Thus the same mean sinusoidal signal can coexist with different quantum measurement noise. Heisenberg-type variance constraints concern repeated measurements of operators, whereas</w:t>
      </w:r>
      <w:r>
        <w:t xml:space="preserve"> </w:t>
      </w:r>
      <m:oMath>
        <m:r>
          <m:t>N</m:t>
        </m:r>
        <m:r>
          <m:rPr>
            <m:sty m:val="p"/>
          </m:rPr>
          <m:t>/</m:t>
        </m:r>
        <m:r>
          <m:t>2</m:t>
        </m:r>
      </m:oMath>
      <w:r>
        <w:t xml:space="preserve"> </w:t>
      </w:r>
      <w:r>
        <w:t xml:space="preserve">in this problem is the time average of the squared classical mean signal. Equating those variances is unjustified. The calculations identify why uncertainty alone does not impose the desired negative classical peak. They do not exclude other operator inequalities that explicitly preserve the relevant mean waveform.</w:t>
      </w:r>
    </w:p>
    <w:p>
      <w:pPr>
        <w:pStyle w:val="BodyText"/>
      </w:pPr>
      <w:r>
        <w:t xml:space="preserve">Source: squeezing record.</w:t>
      </w:r>
    </w:p>
    <w:bookmarkEnd w:id="211"/>
    <w:bookmarkStart w:id="212" w:name="X9ca50f553dac9321bfa5caf9deb5a51df13e7e9"/>
    <w:p>
      <w:pPr>
        <w:pStyle w:val="Heading3"/>
      </w:pPr>
      <w:r>
        <w:t xml:space="preserve">77. Read the square-root scale as a count of interference pairs</w:t>
      </w:r>
    </w:p>
    <w:p>
      <w:pPr>
        <w:pStyle w:val="FirstParagraph"/>
        <w:keepLines/>
      </w:pPr>
      <w:r>
        <w:rPr>
          <w:bCs/>
          <w:b/>
        </w:rPr>
        <w:t xml:space="preserve">Outcome: exact identity and an upper bound, not the desired lower bound.</w:t>
      </w:r>
      <w:r>
        <w:t xml:space="preserve"> </w:t>
      </w:r>
      <w:r>
        <w:t xml:space="preserve">If a set of</w:t>
      </w:r>
      <w:r>
        <w:t xml:space="preserve"> </w:t>
      </w:r>
      <m:oMath>
        <m:r>
          <m:t>m</m:t>
        </m:r>
      </m:oMath>
      <w:r>
        <w:t xml:space="preserve"> </w:t>
      </w:r>
      <w:r>
        <w:t xml:space="preserve">emitters has distinct positive pair differences, those differences form</w:t>
      </w:r>
      <w:r>
        <w:t xml:space="preserve"> </w:t>
      </w:r>
      <m:oMath>
        <m:r>
          <m:t>N</m:t>
        </m:r>
        <m:r>
          <m:rPr>
            <m:sty m:val="p"/>
          </m:rPr>
          <m:t>=</m:t>
        </m:r>
        <m:r>
          <m:t>m</m:t>
        </m:r>
        <m:d>
          <m:dPr>
            <m:begChr m:val="("/>
            <m:sepChr m:val=""/>
            <m:endChr m:val=")"/>
            <m:grow/>
          </m:dPr>
          <m:e>
            <m:r>
              <m:t>m</m:t>
            </m:r>
            <m:r>
              <m:rPr>
                <m:sty m:val="p"/>
              </m:rPr>
              <m:t>−</m:t>
            </m:r>
            <m:r>
              <m:t>1</m:t>
            </m:r>
          </m:e>
        </m:d>
        <m:r>
          <m:rPr>
            <m:sty m:val="p"/>
          </m:rPr>
          <m:t>/</m:t>
        </m:r>
        <m:r>
          <m:t>2</m:t>
        </m:r>
      </m:oMath>
      <w:r>
        <w:t xml:space="preserve"> </w:t>
      </w:r>
      <w:r>
        <w:t xml:space="preserve">modes and satisfy</w:t>
      </w:r>
      <w:r>
        <w:t xml:space="preserve"> </w:t>
      </w:r>
      <m:oMath>
        <m:sSup>
          <m:e>
            <m:d>
              <m:dPr>
                <m:begChr m:val="|"/>
                <m:sepChr m:val=""/>
                <m:endChr m:val="|"/>
                <m:grow/>
              </m:dPr>
              <m:e>
                <m:nary>
                  <m:naryPr>
                    <m:chr m:val="∑"/>
                    <m:limLoc m:val="undOvr"/>
                    <m:subHide m:val="off"/>
                    <m:supHide m:val="on"/>
                  </m:naryPr>
                  <m:sub>
                    <m:r>
                      <m:t>b</m:t>
                    </m:r>
                  </m:sub>
                  <m:sup>
                    <m:r>
                      <m:t>​</m:t>
                    </m:r>
                  </m:sup>
                  <m:e>
                    <m:sSup>
                      <m:e>
                        <m:r>
                          <m:t>e</m:t>
                        </m:r>
                      </m:e>
                      <m:sup>
                        <m:r>
                          <m:t>i</m:t>
                        </m:r>
                        <m:r>
                          <m:t>b</m:t>
                        </m:r>
                        <m:r>
                          <m:t>x</m:t>
                        </m:r>
                      </m:sup>
                    </m:sSup>
                  </m:e>
                </m:nary>
              </m:e>
            </m:d>
          </m:e>
          <m:sup>
            <m:r>
              <m:t>2</m:t>
            </m:r>
          </m:sup>
        </m:sSup>
        <m:r>
          <m:rPr>
            <m:sty m:val="p"/>
          </m:rPr>
          <m:t>=</m:t>
        </m:r>
        <m:r>
          <m:t>m</m:t>
        </m:r>
        <m:r>
          <m:rPr>
            <m:sty m:val="p"/>
          </m:rPr>
          <m:t>+</m:t>
        </m:r>
        <m:r>
          <m:t>2</m:t>
        </m:r>
        <m:sSub>
          <m:e>
            <m:r>
              <m:t>f</m:t>
            </m:r>
          </m:e>
          <m:sub>
            <m:r>
              <m:t>A</m:t>
            </m:r>
          </m:sub>
        </m:sSub>
        <m:d>
          <m:dPr>
            <m:begChr m:val="("/>
            <m:sepChr m:val=""/>
            <m:endChr m:val=")"/>
            <m:grow/>
          </m:dPr>
          <m:e>
            <m:r>
              <m:t>x</m:t>
            </m:r>
          </m:e>
        </m:d>
      </m:oMath>
      <w:r>
        <w:t xml:space="preserve">. Nonnegative intensity gives</w:t>
      </w:r>
      <w:r>
        <w:t xml:space="preserve"> </w:t>
      </w:r>
      <m:oMath>
        <m:r>
          <m:t>K</m:t>
        </m:r>
        <m:r>
          <m:rPr>
            <m:sty m:val="p"/>
          </m:rPr>
          <m:t>≤</m:t>
        </m:r>
        <m:r>
          <m:t>m</m:t>
        </m:r>
        <m:r>
          <m:rPr>
            <m:sty m:val="p"/>
          </m:rPr>
          <m:t>/</m:t>
        </m:r>
        <m:r>
          <m:t>2</m:t>
        </m:r>
      </m:oMath>
      <w:r>
        <w:t xml:space="preserve">. A visibility function records when that upper value is approached. The square-root relation here comes from pair counting, not from a universal quantum amplitude unit. This known construction explains why square-root scales are natural, while its inequality points in the opposite direction from the conjecture’s required bound.</w:t>
      </w:r>
    </w:p>
    <w:p>
      <w:pPr>
        <w:pStyle w:val="BodyText"/>
      </w:pPr>
      <w:r>
        <w:t xml:space="preserve">Source: interference-pair record.</w:t>
      </w:r>
    </w:p>
    <w:bookmarkEnd w:id="212"/>
    <w:bookmarkStart w:id="213" w:name="Xd60788157ce2ce6a15c3e80cf9d25627857fe6c"/>
    <w:p>
      <w:pPr>
        <w:pStyle w:val="Heading3"/>
      </w:pPr>
      <w:r>
        <w:t xml:space="preserve">78. Make the cosine sum a particle’s lattice dispersion</w:t>
      </w:r>
    </w:p>
    <w:p>
      <w:pPr>
        <w:pStyle w:val="FirstParagraph"/>
        <w:keepLines/>
      </w:pPr>
      <w:r>
        <w:rPr>
          <w:bCs/>
          <w:b/>
        </w:rPr>
        <w:t xml:space="preserve">Outcome: exact full-spectrum correspondence.</w:t>
      </w:r>
      <w:r>
        <w:t xml:space="preserve"> </w:t>
      </w:r>
      <w:r>
        <w:t xml:space="preserve">On the infinite integer lattice, let</w:t>
      </w:r>
      <w:r>
        <w:t xml:space="preserve"> </w:t>
      </w:r>
      <m:oMath>
        <m:r>
          <m:t>T</m:t>
        </m:r>
      </m:oMath>
      <w:r>
        <w:t xml:space="preserve"> </w:t>
      </w:r>
      <w:r>
        <w:t xml:space="preserve">be the unit shift and</w:t>
      </w:r>
      <w:r>
        <w:t xml:space="preserve"> </w:t>
      </w:r>
      <m:oMath>
        <m:sSub>
          <m:e>
            <m:r>
              <m:t>H</m:t>
            </m:r>
          </m:e>
          <m:sub>
            <m:r>
              <m:t>A</m:t>
            </m:r>
          </m:sub>
        </m:sSub>
        <m:r>
          <m:rPr>
            <m:sty m:val="p"/>
          </m:rPr>
          <m:t>=</m:t>
        </m:r>
        <m:f>
          <m:fPr>
            <m:type m:val="lin"/>
          </m:fPr>
          <m:num>
            <m:r>
              <m:t>1</m:t>
            </m:r>
          </m:num>
          <m:den>
            <m:r>
              <m:t>2</m:t>
            </m:r>
          </m:den>
        </m:f>
        <m:nary>
          <m:naryPr>
            <m:chr m:val="∑"/>
            <m:limLoc m:val="undOvr"/>
            <m:subHide m:val="off"/>
            <m:supHide m:val="on"/>
          </m:naryPr>
          <m:sub>
            <m:r>
              <m:t>a</m:t>
            </m:r>
            <m:r>
              <m:rPr>
                <m:sty m:val="p"/>
              </m:rPr>
              <m:t>∈</m:t>
            </m:r>
            <m:r>
              <m:t>A</m:t>
            </m:r>
          </m:sub>
          <m:sup>
            <m:r>
              <m:t>​</m:t>
            </m:r>
          </m:sup>
          <m:e>
            <m:d>
              <m:dPr>
                <m:begChr m:val="("/>
                <m:sepChr m:val=""/>
                <m:endChr m:val=")"/>
                <m:grow/>
              </m:dPr>
              <m:e>
                <m:sSup>
                  <m:e>
                    <m:r>
                      <m:t>T</m:t>
                    </m:r>
                  </m:e>
                  <m:sup>
                    <m:r>
                      <m:t>a</m:t>
                    </m:r>
                  </m:sup>
                </m:sSup>
                <m:r>
                  <m:rPr>
                    <m:sty m:val="p"/>
                  </m:rPr>
                  <m:t>+</m:t>
                </m:r>
                <m:sSup>
                  <m:e>
                    <m:r>
                      <m:t>T</m:t>
                    </m:r>
                  </m:e>
                  <m:sup>
                    <m:r>
                      <m:rPr>
                        <m:sty m:val="p"/>
                      </m:rPr>
                      <m:t>−</m:t>
                    </m:r>
                    <m:r>
                      <m:t>a</m:t>
                    </m:r>
                  </m:sup>
                </m:sSup>
              </m:e>
            </m:d>
          </m:e>
        </m:nary>
      </m:oMath>
      <w:r>
        <w:t xml:space="preserve">. Fourier transformation makes this operator multiplication by</w:t>
      </w:r>
      <w:r>
        <w:t xml:space="preserve"> </w:t>
      </w:r>
      <m:oMath>
        <m:sSub>
          <m:e>
            <m:r>
              <m:t>f</m:t>
            </m:r>
          </m:e>
          <m:sub>
            <m:r>
              <m:t>A</m:t>
            </m:r>
          </m:sub>
        </m:sSub>
      </m:oMath>
      <w:r>
        <w:t xml:space="preserve">, so its spectrum is exactly</w:t>
      </w:r>
      <w:r>
        <w:t xml:space="preserve"> </w:t>
      </w:r>
      <m:oMath>
        <m:d>
          <m:dPr>
            <m:begChr m:val="["/>
            <m:sepChr m:val=""/>
            <m:endChr m:val="]"/>
            <m:grow/>
          </m:dPr>
          <m:e>
            <m:r>
              <m:rPr>
                <m:sty m:val="p"/>
              </m:rPr>
              <m:t>−</m:t>
            </m:r>
            <m:r>
              <m:t>K</m:t>
            </m:r>
            <m:r>
              <m:rPr>
                <m:sty m:val="p"/>
              </m:rPr>
              <m:t>,</m:t>
            </m:r>
            <m:r>
              <m:t>N</m:t>
            </m:r>
          </m:e>
        </m:d>
      </m:oMath>
      <w:r>
        <w:t xml:space="preserve">. Frequencies become allowed hopping distances, and the negative minimum becomes the lower spectral edge. This retains the entire original set. A discrete spatial lattice does not imply a discrete energy spectrum on an infinite system. The reformulation creates useful trial-state tools, but a universal low-energy state of the required depth remains to be found.</w:t>
      </w:r>
    </w:p>
    <w:p>
      <w:pPr>
        <w:pStyle w:val="BodyText"/>
      </w:pPr>
      <w:r>
        <w:t xml:space="preserve">Source: lattice-operator record.</w:t>
      </w:r>
    </w:p>
    <w:bookmarkEnd w:id="213"/>
    <w:bookmarkStart w:id="214" w:name="put-the-particle-in-a-finite-open-box"/>
    <w:p>
      <w:pPr>
        <w:pStyle w:val="Heading3"/>
      </w:pPr>
      <w:r>
        <w:t xml:space="preserve">79. Put the particle in a finite open box</w:t>
      </w:r>
    </w:p>
    <w:p>
      <w:pPr>
        <w:pStyle w:val="FirstParagraph"/>
        <w:keepLines/>
      </w:pPr>
      <w:r>
        <w:rPr>
          <w:bCs/>
          <w:b/>
        </w:rPr>
        <w:t xml:space="preserve">Outcome: rigorous convergence with a frequency-dependent error.</w:t>
      </w:r>
      <w:r>
        <w:t xml:space="preserve"> </w:t>
      </w:r>
      <w:r>
        <w:t xml:space="preserve">Compressing the lattice operator to a box of length</w:t>
      </w:r>
      <w:r>
        <w:t xml:space="preserve"> </w:t>
      </w:r>
      <m:oMath>
        <m:r>
          <m:t>L</m:t>
        </m:r>
      </m:oMath>
      <w:r>
        <w:t xml:space="preserve"> </w:t>
      </w:r>
      <w:r>
        <w:t xml:space="preserve">yields a computable lower certificate</w:t>
      </w:r>
      <w:r>
        <w:t xml:space="preserve"> </w:t>
      </w:r>
      <m:oMath>
        <m:sSub>
          <m:e>
            <m:r>
              <m:t>B</m:t>
            </m:r>
          </m:e>
          <m:sub>
            <m:r>
              <m:t>L</m:t>
            </m:r>
          </m:sub>
        </m:sSub>
        <m:r>
          <m:rPr>
            <m:sty m:val="p"/>
          </m:rPr>
          <m:t>≤</m:t>
        </m:r>
        <m:r>
          <m:t>K</m:t>
        </m:r>
      </m:oMath>
      <w:r>
        <w:t xml:space="preserve">. A truncated plane-wave trial state proves</w:t>
      </w:r>
      <w:r>
        <w:t xml:space="preserve"> </w:t>
      </w:r>
      <m:oMath>
        <m:r>
          <m:t>0</m:t>
        </m:r>
        <m:r>
          <m:rPr>
            <m:sty m:val="p"/>
          </m:rPr>
          <m:t>≤</m:t>
        </m:r>
        <m:r>
          <m:t>K</m:t>
        </m:r>
        <m:r>
          <m:rPr>
            <m:sty m:val="p"/>
          </m:rPr>
          <m:t>−</m:t>
        </m:r>
        <m:sSub>
          <m:e>
            <m:r>
              <m:t>B</m:t>
            </m:r>
          </m:e>
          <m:sub>
            <m:r>
              <m:t>L</m:t>
            </m:r>
          </m:sub>
        </m:sSub>
        <m:r>
          <m:rPr>
            <m:sty m:val="p"/>
          </m:rPr>
          <m:t>≤</m:t>
        </m:r>
        <m:nary>
          <m:naryPr>
            <m:chr m:val="∑"/>
            <m:limLoc m:val="undOvr"/>
            <m:subHide m:val="off"/>
            <m:supHide m:val="on"/>
          </m:naryPr>
          <m:sub>
            <m:r>
              <m:t>a</m:t>
            </m:r>
          </m:sub>
          <m:sup>
            <m:r>
              <m:t>​</m:t>
            </m:r>
          </m:sup>
          <m:e>
            <m:r>
              <m:rPr>
                <m:sty m:val="p"/>
              </m:rPr>
              <m:t>min</m:t>
            </m:r>
          </m:e>
        </m:nary>
        <m:d>
          <m:dPr>
            <m:begChr m:val="("/>
            <m:sepChr m:val=""/>
            <m:endChr m:val=")"/>
            <m:grow/>
          </m:dPr>
          <m:e>
            <m:r>
              <m:t>a</m:t>
            </m:r>
            <m:r>
              <m:rPr>
                <m:sty m:val="p"/>
              </m:rPr>
              <m:t>/</m:t>
            </m:r>
            <m:r>
              <m:t>L</m:t>
            </m:r>
            <m:r>
              <m:rPr>
                <m:sty m:val="p"/>
              </m:rPr>
              <m:t>,</m:t>
            </m:r>
            <m:r>
              <m:t>1</m:t>
            </m:r>
          </m:e>
        </m:d>
      </m:oMath>
      <w:r>
        <w:t xml:space="preserve">, and the certificates increase toward</w:t>
      </w:r>
      <w:r>
        <w:t xml:space="preserve"> </w:t>
      </w:r>
      <m:oMath>
        <m:r>
          <m:t>K</m:t>
        </m:r>
      </m:oMath>
      <w:r>
        <w:t xml:space="preserve">. This is a genuine approximation theorem. A box length depending only on the number of modes can miss all relevant hops: one frequency larger than the box gives a zero compressed operator despite depth one. Boundary choice and frequency scale must therefore be included in finite-matrix approximations.</w:t>
      </w:r>
    </w:p>
    <w:p>
      <w:pPr>
        <w:pStyle w:val="BodyText"/>
      </w:pPr>
      <w:r>
        <w:t xml:space="preserve">Source: finite-box record.</w:t>
      </w:r>
    </w:p>
    <w:bookmarkEnd w:id="214"/>
    <w:bookmarkStart w:id="215" w:name="X46068216c9ab47566df34b538783cc9e52cc291"/>
    <w:p>
      <w:pPr>
        <w:pStyle w:val="Heading3"/>
      </w:pPr>
      <w:r>
        <w:t xml:space="preserve">80. Classify maximal depth through bipartite symmetry</w:t>
      </w:r>
    </w:p>
    <w:p>
      <w:pPr>
        <w:pStyle w:val="FirstParagraph"/>
        <w:keepLines/>
      </w:pPr>
      <w:r>
        <w:rPr>
          <w:bCs/>
          <w:b/>
        </w:rPr>
        <w:t xml:space="preserve">Outcome: exact characterization of a special equality case.</w:t>
      </w:r>
      <w:r>
        <w:t xml:space="preserve"> </w:t>
      </w:r>
      <w:r>
        <w:t xml:space="preserve">The maximum possible negative depth is</w:t>
      </w:r>
      <w:r>
        <w:t xml:space="preserve"> </w:t>
      </w:r>
      <m:oMath>
        <m:r>
          <m:t>N</m:t>
        </m:r>
      </m:oMath>
      <w:r>
        <w:t xml:space="preserve">. It occurs exactly when, after division by the common greatest divisor, all frequencies are odd. At the corresponding phase every cosine equals minus one. The same criterion makes the lattice graph bipartite and produces a chiral spectral symmetry. Conversely, simultaneous negative alignment enforces that arithmetic parity pattern. This completely resolves the maximal-depth equality case, not the general lower bound when odd relations frustrate alignment. It also clarifies the special circumstances under which the time-reversal proposal of branch 12 works.</w:t>
      </w:r>
    </w:p>
    <w:p>
      <w:pPr>
        <w:pStyle w:val="BodyText"/>
      </w:pPr>
      <w:r>
        <w:t xml:space="preserve">Source: bipartite-symmetry record.</w:t>
      </w:r>
    </w:p>
    <w:bookmarkEnd w:id="215"/>
    <w:bookmarkStart w:id="216" w:name="quantify-frustration-on-an-odd-cycle"/>
    <w:p>
      <w:pPr>
        <w:pStyle w:val="Heading3"/>
      </w:pPr>
      <w:r>
        <w:t xml:space="preserve">81. Quantify frustration on an odd cycle</w:t>
      </w:r>
    </w:p>
    <w:p>
      <w:pPr>
        <w:pStyle w:val="FirstParagraph"/>
        <w:keepLines/>
      </w:pPr>
      <w:r>
        <w:rPr>
          <w:bCs/>
          <w:b/>
        </w:rPr>
        <w:t xml:space="preserve">Outcome: a proved upper restriction on attainable depth.</w:t>
      </w:r>
      <w:r>
        <w:t xml:space="preserve"> </w:t>
      </w:r>
      <w:r>
        <w:t xml:space="preserve">An odd integer relation among the allowed hops prevents all the associated phases from being simultaneously opposite. Applying the odd-cycle spectral bound gives</w:t>
      </w:r>
      <w:r>
        <w:t xml:space="preserve"> </w:t>
      </w:r>
      <m:oMath>
        <m:r>
          <m:t>K</m:t>
        </m:r>
        <m:r>
          <m:rPr>
            <m:sty m:val="p"/>
          </m:rPr>
          <m:t>≤</m:t>
        </m:r>
        <m:r>
          <m:t>N</m:t>
        </m:r>
        <m:r>
          <m:rPr>
            <m:sty m:val="p"/>
          </m:rPr>
          <m:t>−</m:t>
        </m:r>
        <m:r>
          <m:t>r</m:t>
        </m:r>
        <m:d>
          <m:dPr>
            <m:begChr m:val="("/>
            <m:sepChr m:val=""/>
            <m:endChr m:val=")"/>
            <m:grow/>
          </m:dPr>
          <m:e>
            <m:r>
              <m:t>1</m:t>
            </m:r>
            <m:r>
              <m:rPr>
                <m:sty m:val="p"/>
              </m:rPr>
              <m:t>−</m:t>
            </m:r>
            <m:r>
              <m:rPr>
                <m:sty m:val="p"/>
              </m:rPr>
              <m:t>cos</m:t>
            </m:r>
            <m:d>
              <m:dPr>
                <m:begChr m:val="("/>
                <m:sepChr m:val=""/>
                <m:endChr m:val=")"/>
                <m:grow/>
              </m:dPr>
              <m:e>
                <m:r>
                  <m:t>π</m:t>
                </m:r>
                <m:r>
                  <m:rPr>
                    <m:sty m:val="p"/>
                  </m:rPr>
                  <m:t>/</m:t>
                </m:r>
                <m:r>
                  <m:t>r</m:t>
                </m:r>
              </m:e>
            </m:d>
          </m:e>
        </m:d>
        <m:r>
          <m:rPr>
            <m:sty m:val="p"/>
          </m:rPr>
          <m:t>/</m:t>
        </m:r>
        <m:r>
          <m:rPr>
            <m:sty m:val="p"/>
          </m:rPr>
          <m:t>max</m:t>
        </m:r>
        <m:d>
          <m:dPr>
            <m:begChr m:val="|"/>
            <m:sepChr m:val=""/>
            <m:endChr m:val="|"/>
            <m:grow/>
          </m:dPr>
          <m:e>
            <m:sSub>
              <m:e>
                <m:r>
                  <m:t>k</m:t>
                </m:r>
              </m:e>
              <m:sub>
                <m:r>
                  <m:t>a</m:t>
                </m:r>
              </m:sub>
            </m:sSub>
          </m:e>
        </m:d>
      </m:oMath>
      <w:r>
        <w:t xml:space="preserve">, with</w:t>
      </w:r>
      <w:r>
        <w:t xml:space="preserve"> </w:t>
      </w:r>
      <m:oMath>
        <m:r>
          <m:t>r</m:t>
        </m:r>
        <m:r>
          <m:rPr>
            <m:sty m:val="p"/>
          </m:rPr>
          <m:t>=</m:t>
        </m:r>
        <m:r>
          <m:rPr>
            <m:sty m:val="p"/>
          </m:rPr>
          <m:t>∑</m:t>
        </m:r>
        <m:d>
          <m:dPr>
            <m:begChr m:val="|"/>
            <m:sepChr m:val=""/>
            <m:endChr m:val="|"/>
            <m:grow/>
          </m:dPr>
          <m:e>
            <m:sSub>
              <m:e>
                <m:r>
                  <m:t>k</m:t>
                </m:r>
              </m:e>
              <m:sub>
                <m:r>
                  <m:t>a</m:t>
                </m:r>
              </m:sub>
            </m:sSub>
          </m:e>
        </m:d>
      </m:oMath>
      <w:r>
        <w:t xml:space="preserve"> </w:t>
      </w:r>
      <w:r>
        <w:t xml:space="preserve">for the specified odd relation. This quantifies the loss from the ideal depth</w:t>
      </w:r>
      <w:r>
        <w:t xml:space="preserve"> </w:t>
      </w:r>
      <m:oMath>
        <m:r>
          <m:t>N</m:t>
        </m:r>
      </m:oMath>
      <w:r>
        <w:t xml:space="preserve">. Its direction is crucial: it is an upper bound on depth, not a lower certificate approaching Chowla’s goal. The result helps interpret structural frustration but cannot be quoted as progress toward the desired inequality merely because it contains a nontrivial gap.</w:t>
      </w:r>
    </w:p>
    <w:p>
      <w:pPr>
        <w:pStyle w:val="BodyText"/>
      </w:pPr>
      <w:r>
        <w:t xml:space="preserve">Source: odd-cycle record.</w:t>
      </w:r>
    </w:p>
    <w:bookmarkEnd w:id="216"/>
    <w:bookmarkStart w:id="217" w:name="X38b7c963e940b988a573807ae15dba9262cf371"/>
    <w:p>
      <w:pPr>
        <w:pStyle w:val="Heading3"/>
      </w:pPr>
      <w:r>
        <w:t xml:space="preserve">82. Evolve the lattice particle in imaginary time</w:t>
      </w:r>
    </w:p>
    <w:p>
      <w:pPr>
        <w:pStyle w:val="FirstParagraph"/>
        <w:keepLines/>
      </w:pPr>
      <w:r>
        <w:rPr>
          <w:bCs/>
          <w:b/>
        </w:rPr>
        <w:t xml:space="preserve">Outcome: exact Gibbs correspondence; sign shortcut blocked.</w:t>
      </w:r>
      <w:r>
        <w:t xml:space="preserve"> </w:t>
      </w:r>
      <w:r>
        <w:t xml:space="preserve">The diagonal matrix element</w:t>
      </w:r>
      <w:r>
        <w:t xml:space="preserve"> </w:t>
      </w:r>
      <m:oMath>
        <m:r>
          <m:rPr>
            <m:sty m:val="p"/>
          </m:rPr>
          <m:t>⟨</m:t>
        </m:r>
        <m:r>
          <m:t>0</m:t>
        </m:r>
        <m:d>
          <m:dPr>
            <m:begChr m:val="|"/>
            <m:sepChr m:val=""/>
            <m:endChr m:val="|"/>
            <m:grow/>
          </m:dPr>
          <m:e>
            <m:sSup>
              <m:e>
                <m:r>
                  <m:t>e</m:t>
                </m:r>
              </m:e>
              <m:sup>
                <m:r>
                  <m:rPr>
                    <m:sty m:val="p"/>
                  </m:rPr>
                  <m:t>−</m:t>
                </m:r>
                <m:r>
                  <m:t>β</m:t>
                </m:r>
                <m:sSub>
                  <m:e>
                    <m:r>
                      <m:t>H</m:t>
                    </m:r>
                  </m:e>
                  <m:sub>
                    <m:r>
                      <m:t>A</m:t>
                    </m:r>
                  </m:sub>
                </m:sSub>
              </m:sup>
            </m:sSup>
          </m:e>
        </m:d>
        <m:r>
          <m:t>0</m:t>
        </m:r>
        <m:r>
          <m:rPr>
            <m:sty m:val="p"/>
          </m:rPr>
          <m:t>⟩</m:t>
        </m:r>
      </m:oMath>
      <w:r>
        <w:t xml:space="preserve"> </w:t>
      </w:r>
      <w:r>
        <w:t xml:space="preserve">equals the cosine sum’s partition function. Its power series counts closed lattice walks. Even and odd walk lengths enter with different signs; odd return walks are present when the graph lacks the parity symmetry of branch 80. Discarding their negative contributions cannot establish the proposed lower estimate. The representation may help organize the exact integer relations, but it does not eliminate them. This is the operator version of the Gibbs branches, not an additional independently discovered statistical law.</w:t>
      </w:r>
    </w:p>
    <w:p>
      <w:pPr>
        <w:pStyle w:val="BodyText"/>
      </w:pPr>
      <w:r>
        <w:t xml:space="preserve">Source: imaginary-time record.</w:t>
      </w:r>
    </w:p>
    <w:bookmarkEnd w:id="217"/>
    <w:bookmarkStart w:id="218" w:name="X29578d1af777f08be78d0b489ed4ffaed3b9e89"/>
    <w:p>
      <w:pPr>
        <w:pStyle w:val="Heading3"/>
      </w:pPr>
      <w:r>
        <w:t xml:space="preserve">83. Amplify the lower edge with a Chebyshev filter</w:t>
      </w:r>
    </w:p>
    <w:p>
      <w:pPr>
        <w:pStyle w:val="FirstParagraph"/>
        <w:keepLines/>
      </w:pPr>
      <w:r>
        <w:rPr>
          <w:bCs/>
          <w:b/>
        </w:rPr>
        <w:t xml:space="preserve">Outcome: improved sufficient approximation degree proved and separately checked internally.</w:t>
      </w:r>
      <w:r>
        <w:t xml:space="preserve"> </w:t>
      </w:r>
      <w:r>
        <w:t xml:space="preserve">A near-minimum phase-cell estimate supplies a frequency-independent amount of measure. A Chebyshev polynomial suppresses the rest of the spectral interval while amplifying that region. Combining the two gives</w:t>
      </w:r>
      <w:r>
        <w:t xml:space="preserve"> </w:t>
      </w:r>
      <m:oMath>
        <m:r>
          <m:t>0</m:t>
        </m:r>
        <m:r>
          <m:rPr>
            <m:sty m:val="p"/>
          </m:rPr>
          <m:t>≤</m:t>
        </m:r>
        <m:r>
          <m:t>K</m:t>
        </m:r>
        <m:r>
          <m:rPr>
            <m:sty m:val="p"/>
          </m:rPr>
          <m:t>−</m:t>
        </m:r>
        <m:sSub>
          <m:e>
            <m:r>
              <m:t>B</m:t>
            </m:r>
          </m:e>
          <m:sub>
            <m:r>
              <m:t>d</m:t>
            </m:r>
          </m:sub>
        </m:sSub>
        <m:r>
          <m:rPr>
            <m:sty m:val="p"/>
          </m:rPr>
          <m:t>≤</m:t>
        </m:r>
        <m:r>
          <m:t>ε</m:t>
        </m:r>
      </m:oMath>
      <w:r>
        <w:t xml:space="preserve"> </w:t>
      </w:r>
      <w:r>
        <w:t xml:space="preserve">with an explicit sufficient degree of order</w:t>
      </w:r>
      <w:r>
        <w:t xml:space="preserve"> </w:t>
      </w:r>
      <m:oMath>
        <m:sSup>
          <m:e>
            <m:r>
              <m:t>N</m:t>
            </m:r>
          </m:e>
          <m:sup>
            <m:r>
              <m:t>3</m:t>
            </m:r>
            <m:r>
              <m:rPr>
                <m:sty m:val="p"/>
              </m:rPr>
              <m:t>/</m:t>
            </m:r>
            <m:r>
              <m:t>2</m:t>
            </m:r>
          </m:sup>
        </m:sSup>
        <m:sSup>
          <m:e>
            <m:r>
              <m:t>ε</m:t>
            </m:r>
          </m:e>
          <m:sup>
            <m:r>
              <m:rPr>
                <m:sty m:val="p"/>
              </m:rPr>
              <m:t>−</m:t>
            </m:r>
            <m:r>
              <m:t>1</m:t>
            </m:r>
            <m:r>
              <m:rPr>
                <m:sty m:val="p"/>
              </m:rPr>
              <m:t>/</m:t>
            </m:r>
            <m:r>
              <m:t>2</m:t>
            </m:r>
          </m:sup>
        </m:sSup>
        <m:r>
          <m:rPr>
            <m:sty m:val="p"/>
          </m:rPr>
          <m:t>log</m:t>
        </m:r>
        <m:d>
          <m:dPr>
            <m:begChr m:val="("/>
            <m:sepChr m:val=""/>
            <m:endChr m:val=")"/>
            <m:grow/>
          </m:dPr>
          <m:e>
            <m:r>
              <m:t>2</m:t>
            </m:r>
            <m:r>
              <m:t>N</m:t>
            </m:r>
            <m:r>
              <m:rPr>
                <m:sty m:val="p"/>
              </m:rPr>
              <m:t>/</m:t>
            </m:r>
            <m:r>
              <m:t>ε</m:t>
            </m:r>
          </m:e>
        </m:d>
      </m:oMath>
      <w:r>
        <w:t xml:space="preserve"> </w:t>
      </w:r>
      <w:r>
        <w:t xml:space="preserve">in the stated parameter range. This improves the project’s earlier sufficient bound, not a demonstrated best published algorithm. The unknown minimum enters the existence proof’s trial polynomial; the moment optimization itself does not require it as input. The conjectured depth is still unproved.</w:t>
      </w:r>
    </w:p>
    <w:p>
      <w:pPr>
        <w:pStyle w:val="BodyText"/>
      </w:pPr>
      <w:r>
        <w:t xml:space="preserve">Sources: Chebyshev-filter record and internal independent-pass audit.</w:t>
      </w:r>
    </w:p>
    <w:bookmarkEnd w:id="218"/>
    <w:bookmarkStart w:id="219" w:name="Xa8919f9a9256528fbaedc68f43e0589ab160b31"/>
    <w:p>
      <w:pPr>
        <w:pStyle w:val="Heading3"/>
      </w:pPr>
      <w:r>
        <w:t xml:space="preserve">84. Bound the duration of a negative wave packet</w:t>
      </w:r>
    </w:p>
    <w:p>
      <w:pPr>
        <w:pStyle w:val="FirstParagraph"/>
        <w:keepLines/>
      </w:pPr>
      <w:r>
        <w:rPr>
          <w:bCs/>
          <w:b/>
        </w:rPr>
        <w:t xml:space="preserve">Outcome: curvature gives a rigorous local-width certificate.</w:t>
      </w:r>
      <w:r>
        <w:t xml:space="preserve"> </w:t>
      </w:r>
      <w:r>
        <w:t xml:space="preserve">At a minimum, the derivative vanishes and the second derivative has magnitude bounded by</w:t>
      </w:r>
      <w:r>
        <w:t xml:space="preserve"> </w:t>
      </w:r>
      <m:oMath>
        <m:r>
          <m:rPr>
            <m:sty m:val="p"/>
          </m:rPr>
          <m:t>∑</m:t>
        </m:r>
        <m:sSup>
          <m:e>
            <m:r>
              <m:t>a</m:t>
            </m:r>
          </m:e>
          <m:sup>
            <m:r>
              <m:t>2</m:t>
            </m:r>
          </m:sup>
        </m:sSup>
      </m:oMath>
      <w:r>
        <w:t xml:space="preserve">. Taylor’s inequality therefore gives a neighborhood staying below half the minimum depth, and normalized measure at least</w:t>
      </w:r>
      <w:r>
        <w:t xml:space="preserve"> </w:t>
      </w:r>
      <m:oMath>
        <m:sSup>
          <m:e>
            <m:r>
              <m:t>π</m:t>
            </m:r>
          </m:e>
          <m:sup>
            <m:r>
              <m:rPr>
                <m:sty m:val="p"/>
              </m:rPr>
              <m:t>−</m:t>
            </m:r>
            <m:r>
              <m:t>1</m:t>
            </m:r>
          </m:sup>
        </m:sSup>
        <m:rad>
          <m:radPr>
            <m:degHide m:val="on"/>
          </m:radPr>
          <m:deg/>
          <m:e>
            <m:r>
              <m:t>K</m:t>
            </m:r>
            <m:r>
              <m:rPr>
                <m:sty m:val="p"/>
              </m:rPr>
              <m:t>/</m:t>
            </m:r>
            <m:r>
              <m:rPr>
                <m:sty m:val="p"/>
              </m:rPr>
              <m:t>∑</m:t>
            </m:r>
            <m:sSup>
              <m:e>
                <m:r>
                  <m:t>a</m:t>
                </m:r>
              </m:e>
              <m:sup>
                <m:r>
                  <m:t>2</m:t>
                </m:r>
              </m:sup>
            </m:sSup>
          </m:e>
        </m:rad>
      </m:oMath>
      <w:r>
        <w:t xml:space="preserve">. This connects depth, curvature, and the duration of one negative excursion. Common frequency dilation narrows each individual feature without changing</w:t>
      </w:r>
      <w:r>
        <w:t xml:space="preserve"> </w:t>
      </w:r>
      <m:oMath>
        <m:r>
          <m:t>K</m:t>
        </m:r>
      </m:oMath>
      <w:r>
        <w:t xml:space="preserve">, while it also repeats features more often. The record distinguishes one feature’s width from total negative-set measure and does not identify this classical estimate with quantum uncertainty.</w:t>
      </w:r>
    </w:p>
    <w:p>
      <w:pPr>
        <w:pStyle w:val="BodyText"/>
      </w:pPr>
      <w:r>
        <w:t xml:space="preserve">Source: wave-packet record.</w:t>
      </w:r>
    </w:p>
    <w:bookmarkEnd w:id="219"/>
    <w:bookmarkStart w:id="220" w:name="X204aecc8904b1ed148de359ee432bc9571b8691"/>
    <w:p>
      <w:pPr>
        <w:pStyle w:val="Heading3"/>
      </w:pPr>
      <w:r>
        <w:t xml:space="preserve">85. Interpret smoothing as common phase jitter</w:t>
      </w:r>
    </w:p>
    <w:p>
      <w:pPr>
        <w:pStyle w:val="FirstParagraph"/>
        <w:keepLines/>
      </w:pPr>
      <w:r>
        <w:rPr>
          <w:bCs/>
          <w:b/>
        </w:rPr>
        <w:t xml:space="preserve">Outcome: exact error control; fixed damping fails uniformly.</w:t>
      </w:r>
      <w:r>
        <w:t xml:space="preserve"> </w:t>
      </w:r>
      <w:r>
        <w:t xml:space="preserve">Heat smoothing multiplies the mode amplitudes by</w:t>
      </w:r>
      <w:r>
        <w:t xml:space="preserve"> </w:t>
      </w:r>
      <m:oMath>
        <m:sSup>
          <m:e>
            <m:r>
              <m:t>e</m:t>
            </m:r>
          </m:e>
          <m:sup>
            <m:r>
              <m:rPr>
                <m:sty m:val="p"/>
              </m:rPr>
              <m:t>−</m:t>
            </m:r>
            <m:r>
              <m:t>τ</m:t>
            </m:r>
            <m:sSup>
              <m:e>
                <m:r>
                  <m:t>a</m:t>
                </m:r>
              </m:e>
              <m:sup>
                <m:r>
                  <m:t>2</m:t>
                </m:r>
              </m:sup>
            </m:sSup>
          </m:sup>
        </m:sSup>
      </m:oMath>
      <w:r>
        <w:t xml:space="preserve"> </w:t>
      </w:r>
      <w:r>
        <w:t xml:space="preserve">and cannot increase the negative depth. The bound</w:t>
      </w:r>
      <w:r>
        <w:t xml:space="preserve"> </w:t>
      </w:r>
      <m:oMath>
        <m:r>
          <m:t>0</m:t>
        </m:r>
        <m:r>
          <m:rPr>
            <m:sty m:val="p"/>
          </m:rPr>
          <m:t>≤</m:t>
        </m:r>
        <m:r>
          <m:t>K</m:t>
        </m:r>
        <m:r>
          <m:rPr>
            <m:sty m:val="p"/>
          </m:rPr>
          <m:t>−</m:t>
        </m:r>
        <m:sSub>
          <m:e>
            <m:r>
              <m:t>K</m:t>
            </m:r>
          </m:e>
          <m:sub>
            <m:r>
              <m:t>τ</m:t>
            </m:r>
          </m:sub>
        </m:sSub>
        <m:r>
          <m:rPr>
            <m:sty m:val="p"/>
          </m:rPr>
          <m:t>≤</m:t>
        </m:r>
        <m:r>
          <m:t>τ</m:t>
        </m:r>
        <m:r>
          <m:rPr>
            <m:sty m:val="p"/>
          </m:rPr>
          <m:t>∑</m:t>
        </m:r>
        <m:sSup>
          <m:e>
            <m:r>
              <m:t>a</m:t>
            </m:r>
          </m:e>
          <m:sup>
            <m:r>
              <m:t>2</m:t>
            </m:r>
          </m:sup>
        </m:sSup>
      </m:oMath>
      <w:r>
        <w:t xml:space="preserve"> </w:t>
      </w:r>
      <w:r>
        <w:t xml:space="preserve">allows a chosen approximation error if the jitter level adapts to the spectrum. At any fixed positive</w:t>
      </w:r>
      <w:r>
        <w:t xml:space="preserve"> </w:t>
      </w:r>
      <m:oMath>
        <m:r>
          <m:t>τ</m:t>
        </m:r>
      </m:oMath>
      <w:r>
        <w:t xml:space="preserve">, primitive sets such as</w:t>
      </w:r>
      <w:r>
        <w:t xml:space="preserve"> </w:t>
      </w:r>
      <m:oMath>
        <m:r>
          <m:rPr>
            <m:sty m:val="p"/>
          </m:rPr>
          <m:t>{</m:t>
        </m:r>
        <m:r>
          <m:t>M</m:t>
        </m:r>
        <m:r>
          <m:rPr>
            <m:sty m:val="p"/>
          </m:rPr>
          <m:t>,</m:t>
        </m:r>
        <m:r>
          <m:t>M</m:t>
        </m:r>
        <m:r>
          <m:rPr>
            <m:sty m:val="p"/>
          </m:rPr>
          <m:t>+</m:t>
        </m:r>
        <m:r>
          <m:t>1</m:t>
        </m:r>
        <m:r>
          <m:rPr>
            <m:sty m:val="p"/>
          </m:rPr>
          <m:t>}</m:t>
        </m:r>
      </m:oMath>
      <w:r>
        <w:t xml:space="preserve"> </w:t>
      </w:r>
      <w:r>
        <w:t xml:space="preserve">are almost erased as</w:t>
      </w:r>
      <w:r>
        <w:t xml:space="preserve"> </w:t>
      </w:r>
      <m:oMath>
        <m:r>
          <m:t>M</m:t>
        </m:r>
      </m:oMath>
      <w:r>
        <w:t xml:space="preserve"> </w:t>
      </w:r>
      <w:r>
        <w:t xml:space="preserve">grows, although their original depth remains at least one. Thus fixed smoothing cannot provide a universal certificate. This develops branch 04 with a physical interpretation and an explicit frequency-dependent tolerance.</w:t>
      </w:r>
    </w:p>
    <w:p>
      <w:pPr>
        <w:pStyle w:val="BodyText"/>
      </w:pPr>
      <w:r>
        <w:t xml:space="preserve">Source: heat-damping record.</w:t>
      </w:r>
    </w:p>
    <w:bookmarkEnd w:id="220"/>
    <w:bookmarkStart w:id="221" w:name="Xf4a624e9dec7acacf5d1543bc2a3a7d9943daf6"/>
    <w:p>
      <w:pPr>
        <w:pStyle w:val="Heading3"/>
      </w:pPr>
      <w:r>
        <w:t xml:space="preserve">86. Recover the sign with an optical-style reference wave</w:t>
      </w:r>
    </w:p>
    <w:p>
      <w:pPr>
        <w:pStyle w:val="FirstParagraph"/>
        <w:keepLines/>
      </w:pPr>
      <w:r>
        <w:rPr>
          <w:bCs/>
          <w:b/>
        </w:rPr>
        <w:t xml:space="preserve">Outcome: exact differential-intensity identity.</w:t>
      </w:r>
      <w:r>
        <w:t xml:space="preserve"> </w:t>
      </w:r>
      <w:r>
        <w:t xml:space="preserve">Measuring only</w:t>
      </w:r>
      <w:r>
        <w:t xml:space="preserve"> </w:t>
      </w:r>
      <m:oMath>
        <m:sSup>
          <m:e>
            <m:d>
              <m:dPr>
                <m:begChr m:val="|"/>
                <m:sepChr m:val=""/>
                <m:endChr m:val="|"/>
                <m:grow/>
              </m:dPr>
              <m:e>
                <m:sSub>
                  <m:e>
                    <m:r>
                      <m:t>S</m:t>
                    </m:r>
                  </m:e>
                  <m:sub>
                    <m:r>
                      <m:t>A</m:t>
                    </m:r>
                  </m:sub>
                </m:sSub>
              </m:e>
            </m:d>
          </m:e>
          <m:sup>
            <m:r>
              <m:t>2</m:t>
            </m:r>
          </m:sup>
        </m:sSup>
      </m:oMath>
      <w:r>
        <w:t xml:space="preserve"> </w:t>
      </w:r>
      <w:r>
        <w:t xml:space="preserve">loses the phase needed to determine</w:t>
      </w:r>
      <w:r>
        <w:t xml:space="preserve"> </w:t>
      </w:r>
      <m:oMath>
        <m:r>
          <m:rPr>
            <m:sty m:val="p"/>
          </m:rPr>
          <m:t>Re</m:t>
        </m:r>
        <m:sSub>
          <m:e>
            <m:r>
              <m:t>S</m:t>
            </m:r>
          </m:e>
          <m:sub>
            <m:r>
              <m:t>A</m:t>
            </m:r>
          </m:sub>
        </m:sSub>
        <m:r>
          <m:rPr>
            <m:sty m:val="p"/>
          </m:rPr>
          <m:t>=</m:t>
        </m:r>
        <m:sSub>
          <m:e>
            <m:r>
              <m:t>f</m:t>
            </m:r>
          </m:e>
          <m:sub>
            <m:r>
              <m:t>A</m:t>
            </m:r>
          </m:sub>
        </m:sSub>
      </m:oMath>
      <w:r>
        <w:t xml:space="preserve">. Adding a real reference</w:t>
      </w:r>
      <w:r>
        <w:t xml:space="preserve"> </w:t>
      </w:r>
      <m:oMath>
        <m:r>
          <m:t>R</m:t>
        </m:r>
      </m:oMath>
      <w:r>
        <w:t xml:space="preserve"> </w:t>
      </w:r>
      <w:r>
        <w:t xml:space="preserve">at two opposite signs yields</w:t>
      </w:r>
      <w:r>
        <w:t xml:space="preserve"> </w:t>
      </w:r>
      <m:oMath>
        <m:sSup>
          <m:e>
            <m:d>
              <m:dPr>
                <m:begChr m:val="|"/>
                <m:sepChr m:val=""/>
                <m:endChr m:val="|"/>
                <m:grow/>
              </m:dPr>
              <m:e>
                <m:r>
                  <m:t>R</m:t>
                </m:r>
                <m:r>
                  <m:rPr>
                    <m:sty m:val="p"/>
                  </m:rPr>
                  <m:t>+</m:t>
                </m:r>
                <m:sSub>
                  <m:e>
                    <m:r>
                      <m:t>S</m:t>
                    </m:r>
                  </m:e>
                  <m:sub>
                    <m:r>
                      <m:t>A</m:t>
                    </m:r>
                  </m:sub>
                </m:sSub>
              </m:e>
            </m:d>
          </m:e>
          <m:sup>
            <m:r>
              <m:t>2</m:t>
            </m:r>
          </m:sup>
        </m:sSup>
        <m:r>
          <m:rPr>
            <m:sty m:val="p"/>
          </m:rPr>
          <m:t>−</m:t>
        </m:r>
        <m:sSup>
          <m:e>
            <m:d>
              <m:dPr>
                <m:begChr m:val="|"/>
                <m:sepChr m:val=""/>
                <m:endChr m:val="|"/>
                <m:grow/>
              </m:dPr>
              <m:e>
                <m:r>
                  <m:t>R</m:t>
                </m:r>
                <m:r>
                  <m:rPr>
                    <m:sty m:val="p"/>
                  </m:rPr>
                  <m:t>−</m:t>
                </m:r>
                <m:sSub>
                  <m:e>
                    <m:r>
                      <m:t>S</m:t>
                    </m:r>
                  </m:e>
                  <m:sub>
                    <m:r>
                      <m:t>A</m:t>
                    </m:r>
                  </m:sub>
                </m:sSub>
              </m:e>
            </m:d>
          </m:e>
          <m:sup>
            <m:r>
              <m:t>2</m:t>
            </m:r>
          </m:sup>
        </m:sSup>
        <m:r>
          <m:rPr>
            <m:sty m:val="p"/>
          </m:rPr>
          <m:t>=</m:t>
        </m:r>
        <m:r>
          <m:t>4</m:t>
        </m:r>
        <m:r>
          <m:t>R</m:t>
        </m:r>
        <m:r>
          <m:rPr>
            <m:sty m:val="p"/>
          </m:rPr>
          <m:t>Re</m:t>
        </m:r>
        <m:sSub>
          <m:e>
            <m:r>
              <m:t>S</m:t>
            </m:r>
          </m:e>
          <m:sub>
            <m:r>
              <m:t>A</m:t>
            </m:r>
          </m:sub>
        </m:sSub>
      </m:oMath>
      <w:r>
        <w:t xml:space="preserve">. This shows how a signed waveform can be recovered from positive intensity measurements. The identical-intensity, different-minimum example is the same carrier-shift obstruction used in branch 72. The method restores information; it does not manufacture a stronger negative excursion. No actual Bass Plus measurement implementation or quantum experiment is claimed in this mathematical record.</w:t>
      </w:r>
    </w:p>
    <w:p>
      <w:pPr>
        <w:pStyle w:val="BodyText"/>
      </w:pPr>
      <w:r>
        <w:t xml:space="preserve">Source: reference-wave record.</w:t>
      </w:r>
    </w:p>
    <w:bookmarkEnd w:id="221"/>
    <w:bookmarkStart w:id="222" w:name="X9e44bb94bcf88e7ecd74a536e2430bd78bd5307"/>
    <w:p>
      <w:pPr>
        <w:pStyle w:val="Heading3"/>
      </w:pPr>
      <w:r>
        <w:t xml:space="preserve">87. Multiply destructive-interference weights</w:t>
      </w:r>
    </w:p>
    <w:p>
      <w:pPr>
        <w:pStyle w:val="FirstParagraph"/>
        <w:keepLines/>
      </w:pPr>
      <w:r>
        <w:rPr>
          <w:bCs/>
          <w:b/>
        </w:rPr>
        <w:t xml:space="preserve">Outcome: exact detector; trial constants refuted and finite search retained.</w:t>
      </w:r>
      <w:r>
        <w:t xml:space="preserve"> </w:t>
      </w:r>
      <w:r>
        <w:t xml:space="preserve">The positive product</w:t>
      </w:r>
      <w:r>
        <w:t xml:space="preserve"> </w:t>
      </w:r>
      <m:oMath>
        <m:nary>
          <m:naryPr>
            <m:chr m:val="∏"/>
            <m:limLoc m:val="undOvr"/>
            <m:subHide m:val="off"/>
            <m:supHide m:val="on"/>
          </m:naryPr>
          <m:sub>
            <m:r>
              <m:t>a</m:t>
            </m:r>
            <m:r>
              <m:rPr>
                <m:sty m:val="p"/>
              </m:rPr>
              <m:t>∈</m:t>
            </m:r>
            <m:r>
              <m:t>A</m:t>
            </m:r>
          </m:sub>
          <m:sup>
            <m:r>
              <m:t>​</m:t>
            </m:r>
          </m:sup>
          <m:e>
            <m:d>
              <m:dPr>
                <m:begChr m:val="("/>
                <m:sepChr m:val=""/>
                <m:endChr m:val=")"/>
                <m:grow/>
              </m:dPr>
              <m:e>
                <m:r>
                  <m:t>1</m:t>
                </m:r>
                <m:r>
                  <m:rPr>
                    <m:sty m:val="p"/>
                  </m:rPr>
                  <m:t>−</m:t>
                </m:r>
                <m:r>
                  <m:rPr>
                    <m:sty m:val="p"/>
                  </m:rPr>
                  <m:t>cos</m:t>
                </m:r>
                <m:r>
                  <m:t>a</m:t>
                </m:r>
                <m:r>
                  <m:t>x</m:t>
                </m:r>
              </m:e>
            </m:d>
          </m:e>
        </m:nary>
      </m:oMath>
      <w:r>
        <w:t xml:space="preserve">, normalized to a probability density, gives a lower certificate computable from integer Laurent coefficients. For powers of four it equals</w:t>
      </w:r>
      <w:r>
        <w:t xml:space="preserve"> </w:t>
      </w:r>
      <m:oMath>
        <m:r>
          <m:t>N</m:t>
        </m:r>
        <m:r>
          <m:rPr>
            <m:sty m:val="p"/>
          </m:rPr>
          <m:t>/</m:t>
        </m:r>
        <m:r>
          <m:t>2</m:t>
        </m:r>
      </m:oMath>
      <w:r>
        <w:t xml:space="preserve">. The proposed universal coefficient</w:t>
      </w:r>
      <w:r>
        <w:t xml:space="preserve"> </w:t>
      </w:r>
      <m:oMath>
        <m:r>
          <m:t>1</m:t>
        </m:r>
        <m:r>
          <m:rPr>
            <m:sty m:val="p"/>
          </m:rPr>
          <m:t>/</m:t>
        </m:r>
        <m:r>
          <m:t>2</m:t>
        </m:r>
      </m:oMath>
      <w:r>
        <w:t xml:space="preserve"> </w:t>
      </w:r>
      <w:r>
        <w:t xml:space="preserve">is false; an explicit nine-frequency example has normalized certificate</w:t>
      </w:r>
      <w:r>
        <w:t xml:space="preserve"> </w:t>
      </w:r>
      <m:oMath>
        <m:r>
          <m:t>7</m:t>
        </m:r>
        <m:r>
          <m:rPr>
            <m:sty m:val="p"/>
          </m:rPr>
          <m:t>/</m:t>
        </m:r>
        <m:r>
          <m:t>20</m:t>
        </m:r>
      </m:oMath>
      <w:r>
        <w:t xml:space="preserve">. The historical complete search over 262,143 nonempty subsets of</w:t>
      </w:r>
      <w:r>
        <w:t xml:space="preserve"> </w:t>
      </w:r>
      <m:oMath>
        <m:r>
          <m:rPr>
            <m:sty m:val="p"/>
          </m:rPr>
          <m:t>{</m:t>
        </m:r>
        <m:r>
          <m:t>1</m:t>
        </m:r>
        <m:r>
          <m:rPr>
            <m:sty m:val="p"/>
          </m:rPr>
          <m:t>,</m:t>
        </m:r>
        <m:r>
          <m:rPr>
            <m:sty m:val="p"/>
          </m:rPr>
          <m:t>…</m:t>
        </m:r>
        <m:r>
          <m:rPr>
            <m:sty m:val="p"/>
          </m:rPr>
          <m:t>,</m:t>
        </m:r>
        <m:r>
          <m:t>18</m:t>
        </m:r>
        <m:r>
          <m:rPr>
            <m:sty m:val="p"/>
          </m:rPr>
          <m:t>}</m:t>
        </m:r>
      </m:oMath>
      <w:r>
        <w:t xml:space="preserve"> </w:t>
      </w:r>
      <w:r>
        <w:t xml:space="preserve">has the same minimum. This is a finite-domain statement. A positive lower coefficient for all sets is unresolved; even general nonnegativity of the raw detector is not separately proved.</w:t>
      </w:r>
    </w:p>
    <w:p>
      <w:pPr>
        <w:pStyle w:val="BodyText"/>
      </w:pPr>
      <w:r>
        <w:t xml:space="preserve">Sources: Riesz-product record and stored exact finite results.</w:t>
      </w:r>
    </w:p>
    <w:bookmarkEnd w:id="222"/>
    <w:bookmarkStart w:id="223" w:name="Xaedc6adf7744a213772a9c0d9459682bbe9e5c3"/>
    <w:p>
      <w:pPr>
        <w:pStyle w:val="Heading3"/>
      </w:pPr>
      <w:r>
        <w:t xml:space="preserve">88. Favor low values with Fermi–Dirac occupation</w:t>
      </w:r>
    </w:p>
    <w:p>
      <w:pPr>
        <w:pStyle w:val="FirstParagraph"/>
        <w:keepLines/>
      </w:pPr>
      <w:r>
        <w:rPr>
          <w:bCs/>
          <w:b/>
        </w:rPr>
        <w:t xml:space="preserve">Outcome: valid weighting; zero-threshold detector uniformly too weak on intervals.</w:t>
      </w:r>
      <w:r>
        <w:t xml:space="preserve"> </w:t>
      </w:r>
      <w:r>
        <w:t xml:space="preserve">The decreasing weight</w:t>
      </w:r>
      <w:r>
        <w:t xml:space="preserve"> </w:t>
      </w:r>
      <m:oMath>
        <m:r>
          <m:t>1</m:t>
        </m:r>
        <m:r>
          <m:rPr>
            <m:sty m:val="p"/>
          </m:rPr>
          <m:t>/</m:t>
        </m:r>
        <m:d>
          <m:dPr>
            <m:begChr m:val="("/>
            <m:sepChr m:val=""/>
            <m:endChr m:val=")"/>
            <m:grow/>
          </m:dPr>
          <m:e>
            <m:r>
              <m:t>1</m:t>
            </m:r>
            <m:r>
              <m:rPr>
                <m:sty m:val="p"/>
              </m:rPr>
              <m:t>+</m:t>
            </m:r>
            <m:sSup>
              <m:e>
                <m:r>
                  <m:t>e</m:t>
                </m:r>
              </m:e>
              <m:sup>
                <m:r>
                  <m:t>β</m:t>
                </m:r>
                <m:sSub>
                  <m:e>
                    <m:r>
                      <m:t>f</m:t>
                    </m:r>
                  </m:e>
                  <m:sub>
                    <m:r>
                      <m:t>A</m:t>
                    </m:r>
                  </m:sub>
                </m:sSub>
              </m:sup>
            </m:sSup>
          </m:e>
        </m:d>
      </m:oMath>
      <w:r>
        <w:t xml:space="preserve"> </w:t>
      </w:r>
      <w:r>
        <w:t xml:space="preserve">produces a nonnegative lower certificate after normalization. Its saturation, however, prevents it from concentrating arbitrarily strongly on rare deep events. For consecutive frequencies the record proves an upper bound</w:t>
      </w:r>
      <w:r>
        <w:t xml:space="preserve"> </w:t>
      </w:r>
      <m:oMath>
        <m:r>
          <m:t>20</m:t>
        </m:r>
        <m:r>
          <m:rPr>
            <m:sty m:val="p"/>
          </m:rPr>
          <m:t>+</m:t>
        </m:r>
        <m:r>
          <m:t>10</m:t>
        </m:r>
        <m:r>
          <m:rPr>
            <m:sty m:val="p"/>
          </m:rPr>
          <m:t>log</m:t>
        </m:r>
        <m:d>
          <m:dPr>
            <m:begChr m:val="("/>
            <m:sepChr m:val=""/>
            <m:endChr m:val=")"/>
            <m:grow/>
          </m:dPr>
          <m:e>
            <m:r>
              <m:t>2</m:t>
            </m:r>
            <m:r>
              <m:t>N</m:t>
            </m:r>
            <m:r>
              <m:rPr>
                <m:sty m:val="p"/>
              </m:rPr>
              <m:t>+</m:t>
            </m:r>
            <m:r>
              <m:t>1</m:t>
            </m:r>
          </m:e>
        </m:d>
      </m:oMath>
      <w:r>
        <w:t xml:space="preserve"> </w:t>
      </w:r>
      <w:r>
        <w:t xml:space="preserve">for that certificate simultaneously for all nonnegative</w:t>
      </w:r>
      <w:r>
        <w:t xml:space="preserve"> </w:t>
      </w:r>
      <m:oMath>
        <m:r>
          <m:t>β</m:t>
        </m:r>
      </m:oMath>
      <w:r>
        <w:t xml:space="preserve">. Consequently no temperature choice rescues the specified zero-chemical-threshold detector at the square-root scale. Moving the threshold defines a different problem not settled by this argument. The Fermi–Dirac analogy does not change the original signal’s amplitudes or require an actual fermion system.</w:t>
      </w:r>
    </w:p>
    <w:p>
      <w:pPr>
        <w:pStyle w:val="BodyText"/>
      </w:pPr>
      <w:r>
        <w:t xml:space="preserve">Source: Fermi–Dirac record.</w:t>
      </w:r>
    </w:p>
    <w:bookmarkEnd w:id="223"/>
    <w:bookmarkStart w:id="224" w:name="X656d71d7548dc1ed99679e8ded816cd46abc4b9"/>
    <w:p>
      <w:pPr>
        <w:pStyle w:val="Heading3"/>
      </w:pPr>
      <w:r>
        <w:t xml:space="preserve">89. Permit amplitudes to come in integer quanta</w:t>
      </w:r>
    </w:p>
    <w:p>
      <w:pPr>
        <w:pStyle w:val="FirstParagraph"/>
        <w:keepLines/>
      </w:pPr>
      <w:r>
        <w:rPr>
          <w:bCs/>
          <w:b/>
        </w:rPr>
        <w:t xml:space="preserve">Outcome: broader weighted conjecture refuted by an infinite family.</w:t>
      </w:r>
      <w:r>
        <w:t xml:space="preserve"> </w:t>
      </w:r>
      <w:r>
        <w:t xml:space="preserve">Equal amplitudes are stronger than merely integer amplitudes. The triangular weights</w:t>
      </w:r>
      <w:r>
        <w:t xml:space="preserve"> </w:t>
      </w:r>
      <m:oMath>
        <m:r>
          <m:t>N</m:t>
        </m:r>
        <m:r>
          <m:rPr>
            <m:sty m:val="p"/>
          </m:rPr>
          <m:t>,</m:t>
        </m:r>
        <m:r>
          <m:t>N</m:t>
        </m:r>
        <m:r>
          <m:rPr>
            <m:sty m:val="p"/>
          </m:rPr>
          <m:t>−</m:t>
        </m:r>
        <m:r>
          <m:t>1</m:t>
        </m:r>
        <m:r>
          <m:rPr>
            <m:sty m:val="p"/>
          </m:rPr>
          <m:t>,</m:t>
        </m:r>
        <m:r>
          <m:rPr>
            <m:sty m:val="p"/>
          </m:rPr>
          <m:t>…</m:t>
        </m:r>
        <m:r>
          <m:rPr>
            <m:sty m:val="p"/>
          </m:rPr>
          <m:t>,</m:t>
        </m:r>
        <m:r>
          <m:t>1</m:t>
        </m:r>
      </m:oMath>
      <w:r>
        <w:t xml:space="preserve"> </w:t>
      </w:r>
      <w:r>
        <w:t xml:space="preserve">give a scaled Fejér polynomial whose negative depth divided by</w:t>
      </w:r>
      <w:r>
        <w:t xml:space="preserve"> </w:t>
      </w:r>
      <m:oMath>
        <m:rad>
          <m:radPr>
            <m:degHide m:val="on"/>
          </m:radPr>
          <m:deg/>
          <m:e>
            <m:r>
              <m:rPr>
                <m:sty m:val="p"/>
              </m:rPr>
              <m:t>∑</m:t>
            </m:r>
            <m:sSubSup>
              <m:e>
                <m:r>
                  <m:t>w</m:t>
                </m:r>
              </m:e>
              <m:sub>
                <m:r>
                  <m:t>a</m:t>
                </m:r>
              </m:sub>
              <m:sup>
                <m:r>
                  <m:t>2</m:t>
                </m:r>
              </m:sup>
            </m:sSubSup>
          </m:e>
        </m:rad>
      </m:oMath>
      <w:r>
        <w:t xml:space="preserve"> </w:t>
      </w:r>
      <w:r>
        <w:t xml:space="preserve">tends to zero. The corresponding unscaled positive taper has constant negative depth. Thus amplitude quantization alone cannot replace the equal-unit-coefficient assumption. This is an exact counterexample to a weighted extension, not to Chowla’s original formulation. It also explains why an equalizer’s arbitrary gain settings cannot inherit a mathematical guarantee proved only for equal-amplitude modes without another transfer argument.</w:t>
      </w:r>
    </w:p>
    <w:p>
      <w:pPr>
        <w:pStyle w:val="BodyText"/>
      </w:pPr>
      <w:r>
        <w:t xml:space="preserve">Source: amplitude-quantization record.</w:t>
      </w:r>
    </w:p>
    <w:bookmarkEnd w:id="224"/>
    <w:bookmarkStart w:id="225" w:name="X8efb2373b443e0ddc7df18722975316a6c87dbb"/>
    <w:p>
      <w:pPr>
        <w:pStyle w:val="Heading3"/>
      </w:pPr>
      <w:r>
        <w:t xml:space="preserve">90. Quantize phase on a ring and then twist the boundary</w:t>
      </w:r>
    </w:p>
    <w:p>
      <w:pPr>
        <w:pStyle w:val="FirstParagraph"/>
        <w:keepLines/>
      </w:pPr>
      <w:r>
        <w:rPr>
          <w:bCs/>
          <w:b/>
        </w:rPr>
        <w:t xml:space="preserve">Outcome: exact sampling counterexample and complete boundary-phase recovery.</w:t>
      </w:r>
      <w:r>
        <w:t xml:space="preserve"> </w:t>
      </w:r>
      <w:r>
        <w:t xml:space="preserve">For</w:t>
      </w:r>
      <w:r>
        <w:t xml:space="preserve"> </w:t>
      </w:r>
      <m:oMath>
        <m:r>
          <m:t>A</m:t>
        </m:r>
        <m:r>
          <m:rPr>
            <m:sty m:val="p"/>
          </m:rPr>
          <m:t>=</m:t>
        </m:r>
        <m:r>
          <m:rPr>
            <m:sty m:val="p"/>
          </m:rPr>
          <m:t>{</m:t>
        </m:r>
        <m:r>
          <m:t>1</m:t>
        </m:r>
        <m:r>
          <m:rPr>
            <m:sty m:val="p"/>
          </m:rPr>
          <m:t>,</m:t>
        </m:r>
        <m:r>
          <m:rPr>
            <m:sty m:val="p"/>
          </m:rPr>
          <m:t>…</m:t>
        </m:r>
        <m:r>
          <m:rPr>
            <m:sty m:val="p"/>
          </m:rPr>
          <m:t>,</m:t>
        </m:r>
        <m:r>
          <m:t>N</m:t>
        </m:r>
        <m:r>
          <m:rPr>
            <m:sty m:val="p"/>
          </m:rPr>
          <m:t>}</m:t>
        </m:r>
      </m:oMath>
      <w:r>
        <w:t xml:space="preserve">, sampling at</w:t>
      </w:r>
      <w:r>
        <w:t xml:space="preserve"> </w:t>
      </w:r>
      <m:oMath>
        <m:r>
          <m:t>2</m:t>
        </m:r>
        <m:r>
          <m:t>N</m:t>
        </m:r>
        <m:r>
          <m:rPr>
            <m:sty m:val="p"/>
          </m:rPr>
          <m:t>+</m:t>
        </m:r>
        <m:r>
          <m:t>1</m:t>
        </m:r>
      </m:oMath>
      <w:r>
        <w:t xml:space="preserve"> </w:t>
      </w:r>
      <w:r>
        <w:t xml:space="preserve">equally spaced phases gives depth exactly</w:t>
      </w:r>
      <w:r>
        <w:t xml:space="preserve"> </w:t>
      </w:r>
      <m:oMath>
        <m:r>
          <m:t>1</m:t>
        </m:r>
        <m:r>
          <m:rPr>
            <m:sty m:val="p"/>
          </m:rPr>
          <m:t>/</m:t>
        </m:r>
        <m:r>
          <m:t>2</m:t>
        </m:r>
      </m:oMath>
      <w:r>
        <w:t xml:space="preserve">, while the continuous depth is at least</w:t>
      </w:r>
      <w:r>
        <w:t xml:space="preserve"> </w:t>
      </w:r>
      <m:oMath>
        <m:r>
          <m:t>1</m:t>
        </m:r>
        <m:r>
          <m:rPr>
            <m:sty m:val="p"/>
          </m:rPr>
          <m:t>/</m:t>
        </m:r>
        <m:r>
          <m:t>2</m:t>
        </m:r>
        <m:r>
          <m:rPr>
            <m:sty m:val="p"/>
          </m:rPr>
          <m:t>+</m:t>
        </m:r>
        <m:d>
          <m:dPr>
            <m:begChr m:val="("/>
            <m:sepChr m:val=""/>
            <m:endChr m:val=")"/>
            <m:grow/>
          </m:dPr>
          <m:e>
            <m:r>
              <m:t>2</m:t>
            </m:r>
            <m:r>
              <m:t>N</m:t>
            </m:r>
            <m:r>
              <m:rPr>
                <m:sty m:val="p"/>
              </m:rPr>
              <m:t>+</m:t>
            </m:r>
            <m:r>
              <m:t>1</m:t>
            </m:r>
          </m:e>
        </m:d>
        <m:r>
          <m:rPr>
            <m:sty m:val="p"/>
          </m:rPr>
          <m:t>/</m:t>
        </m:r>
        <m:d>
          <m:dPr>
            <m:begChr m:val="("/>
            <m:sepChr m:val=""/>
            <m:endChr m:val=")"/>
            <m:grow/>
          </m:dPr>
          <m:e>
            <m:r>
              <m:t>3</m:t>
            </m:r>
            <m:r>
              <m:t>π</m:t>
            </m:r>
          </m:e>
        </m:d>
      </m:oMath>
      <w:r>
        <w:t xml:space="preserve">. The grid retains the exact mean square and enough information for interpolation, but its smallest sample is not the continuous minimum. On a finite particle ring, these samples are eigenvalues under one boundary condition. Varying the boundary phase fills the continuous dispersion and recovers its minimum exactly. Quantization therefore requires boundary information; it does not supply an automatic universal constant.</w:t>
      </w:r>
    </w:p>
    <w:p>
      <w:pPr>
        <w:pStyle w:val="BodyText"/>
      </w:pPr>
      <w:r>
        <w:t xml:space="preserve">Sources: phase-grid and boundary-twist record and separate internal audit.</w:t>
      </w:r>
    </w:p>
    <w:bookmarkEnd w:id="225"/>
    <w:bookmarkEnd w:id="226"/>
    <w:bookmarkStart w:id="227" w:name="Xb0f00e0c89ead5772064bc00ee5d6b01eb6a07d"/>
    <w:p>
      <w:pPr>
        <w:pStyle w:val="Heading2"/>
      </w:pPr>
      <w:r>
        <w:t xml:space="preserve">What the catalogue establishes as a collection</w:t>
      </w:r>
    </w:p>
    <w:p>
      <w:pPr>
        <w:pStyle w:val="FirstParagraph"/>
        <w:keepLines/>
      </w:pPr>
      <w:r>
        <w:t xml:space="preserve">The useful output is a set of explicit reductions, approximation guarantees, conditional certificates, and counterexamples to identified shortcuts. The strongest quantitative approximation result here is branch 83; it controls how accurately a moment hierarchy can approximate a minimum independently of the original maximum frequency. It does not control the minimum’s required growth with</w:t>
      </w:r>
      <w:r>
        <w:t xml:space="preserve"> </w:t>
      </w:r>
      <m:oMath>
        <m:r>
          <m:t>N</m:t>
        </m:r>
      </m:oMath>
      <w:r>
        <w:t xml:space="preserve">. The source comparisons in the main article determine how these observations relate to existing literature; a large catalogue by itself establishes neither novelty nor journal suitability.</w:t>
      </w:r>
    </w:p>
    <w:p>
      <w:pPr>
        <w:pStyle w:val="BodyText"/>
      </w:pPr>
      <w:r>
        <w:t xml:space="preserve">The direct physical interpretation in branch 71, the lattice correspondence in branch 78, and the sampling example in branch 90 support accurate educational explanations. They do not demonstrate improved sound quality, a new acoustic effect, or a deployed product feature. The historical checks are valuable because their inputs, exact claims, limits, and occasional missing files are visible. A future extension should add a dated record and preserve this boundary between a proved special statement, a finite test, and a still-open universal claim.</w:t>
      </w:r>
    </w:p>
    <w:bookmarkEnd w:id="227"/>
    <w:bookmarkEnd w:id="228"/>
    <w:bookmarkStart w:id="251" w:name="references-and-literature-context"/>
    <w:p>
      <w:pPr>
        <w:pStyle w:val="Heading1"/>
        <w:pageBreakBefore/>
      </w:pPr>
      <w:r>
        <w:t xml:space="preserve">References and Literature Context</w:t>
      </w:r>
    </w:p>
    <w:p>
      <w:pPr>
        <w:pStyle w:val="FirstParagraph"/>
      </w:pPr>
      <w:r>
        <w:t xml:space="preserve">This bibliography supports the curated research report and its companion pages. Sources were checked on 18 October 2026. The descriptions identify why a reference is relevant; they do not claim an exhaustive priority search or an independent verification of every result in the cited literature. Attribution is provided through authors, titles, years, and publication identifiers, without outgoing website links. The cited external papers are not redistributed in this archive. Historical source notes retain their original form and are supplied as research records.</w:t>
      </w:r>
    </w:p>
    <w:bookmarkStart w:id="233" w:name="chowlas-problem-and-recent-progress"/>
    <w:p>
      <w:pPr>
        <w:pStyle w:val="Heading2"/>
      </w:pPr>
      <w:r>
        <w:t xml:space="preserve">Chowla’s problem and recent progress</w:t>
      </w:r>
    </w:p>
    <w:bookmarkStart w:id="229" w:name="jmtz2025"/>
    <w:p>
      <w:pPr>
        <w:pStyle w:val="Heading3"/>
      </w:pPr>
      <w:r>
        <w:t xml:space="preserve">JMTZ2025</w:t>
      </w:r>
    </w:p>
    <w:p>
      <w:pPr>
        <w:pStyle w:val="FirstParagraph"/>
      </w:pPr>
      <w:r>
        <w:t xml:space="preserve">Zhihan Jin, Aleksa Milojević, István Tomon, and Shengtong Zhang.</w:t>
      </w:r>
      <w:r>
        <w:t xml:space="preserve"> </w:t>
      </w:r>
      <w:r>
        <w:rPr>
          <w:bCs/>
          <w:b/>
        </w:rPr>
        <w:t xml:space="preserve">From small eigenvalues to large cuts, and Chowla’s cosine problem.</w:t>
      </w:r>
      <w:r>
        <w:t xml:space="preserve"> </w:t>
      </w:r>
      <w:r>
        <w:t xml:space="preserve">arXiv:2509.03490, version 2, 27 October 2025.</w:t>
      </w:r>
    </w:p>
    <w:p>
      <w:pPr>
        <w:pStyle w:val="BodyText"/>
      </w:pPr>
      <w:r>
        <w:t xml:space="preserve">The paper connects spectral graph methods to polynomial lower bounds for the negative minimum of cosine sums. It provides context for the gap between available polynomial bounds and the square-root target. The present report does not reprove its graph-theoretic results.</w:t>
      </w:r>
    </w:p>
    <w:bookmarkEnd w:id="229"/>
    <w:bookmarkStart w:id="230" w:name="bedert2026"/>
    <w:p>
      <w:pPr>
        <w:pStyle w:val="Heading3"/>
      </w:pPr>
      <w:r>
        <w:t xml:space="preserve">Bedert2026</w:t>
      </w:r>
    </w:p>
    <w:p>
      <w:pPr>
        <w:pStyle w:val="FirstParagraph"/>
      </w:pPr>
      <w:r>
        <w:t xml:space="preserve">Benjamin Bedert.</w:t>
      </w:r>
      <w:r>
        <w:t xml:space="preserve"> </w:t>
      </w:r>
      <w:r>
        <w:rPr>
          <w:bCs/>
          <w:b/>
        </w:rPr>
        <w:t xml:space="preserve">Polynomial bounds for the Chowla Cosine Problem.</w:t>
      </w:r>
      <w:r>
        <w:t xml:space="preserve"> </w:t>
      </w:r>
      <w:r>
        <w:t xml:space="preserve">arXiv:2509.05260, version 3, 24 July 2026; first submitted in 2025.</w:t>
      </w:r>
    </w:p>
    <w:p>
      <w:pPr>
        <w:pStyle w:val="BodyText"/>
        <w:keepLines/>
      </w:pPr>
      <w:r>
        <w:t xml:space="preserve">The version checked reports a lower bound of order</w:t>
      </w:r>
      <w:r>
        <w:t xml:space="preserve"> </w:t>
      </w:r>
      <m:oMath>
        <m:sSup>
          <m:e>
            <m:r>
              <m:t>N</m:t>
            </m:r>
          </m:e>
          <m:sup>
            <m:r>
              <m:t>1</m:t>
            </m:r>
            <m:r>
              <m:rPr>
                <m:sty m:val="p"/>
              </m:rPr>
              <m:t>/</m:t>
            </m:r>
            <m:r>
              <m:t>5</m:t>
            </m:r>
            <m:r>
              <m:rPr>
                <m:sty m:val="p"/>
              </m:rPr>
              <m:t>−</m:t>
            </m:r>
            <m:r>
              <m:t>o</m:t>
            </m:r>
            <m:d>
              <m:dPr>
                <m:begChr m:val="("/>
                <m:sepChr m:val=""/>
                <m:endChr m:val=")"/>
                <m:grow/>
              </m:dPr>
              <m:e>
                <m:r>
                  <m:t>1</m:t>
                </m:r>
              </m:e>
            </m:d>
          </m:sup>
        </m:sSup>
      </m:oMath>
      <w:r>
        <w:t xml:space="preserve">. Older cached summaries of the first version state a different exponent. The version number matters when describing the mathematical landscape.</w:t>
      </w:r>
    </w:p>
    <w:bookmarkEnd w:id="230"/>
    <w:bookmarkStart w:id="231" w:name="shankar2026"/>
    <w:p>
      <w:pPr>
        <w:pStyle w:val="Heading3"/>
      </w:pPr>
      <w:r>
        <w:t xml:space="preserve">Shankar2026</w:t>
      </w:r>
    </w:p>
    <w:p>
      <w:pPr>
        <w:pStyle w:val="FirstParagraph"/>
        <w:keepLines/>
      </w:pPr>
      <w:r>
        <w:t xml:space="preserve">Abhishek Shankar.</w:t>
      </w:r>
      <w:r>
        <w:t xml:space="preserve"> </w:t>
      </w:r>
      <w:r>
        <w:rPr>
          <w:bCs/>
          <w:b/>
        </w:rPr>
        <w:t xml:space="preserve">A Log-Free</w:t>
      </w:r>
      <w:r>
        <w:rPr>
          <w:bCs/>
          <w:b/>
        </w:rPr>
        <w:t xml:space="preserve"> </w:t>
      </w:r>
      <m:oMath>
        <m:sSup>
          <m:e>
            <m:r>
              <m:t>n</m:t>
            </m:r>
          </m:e>
          <m:sup>
            <m:r>
              <m:t>1</m:t>
            </m:r>
            <m:r>
              <m:rPr>
                <m:sty m:val="p"/>
              </m:rPr>
              <m:t>/</m:t>
            </m:r>
            <m:r>
              <m:t>5</m:t>
            </m:r>
          </m:sup>
        </m:sSup>
      </m:oMath>
      <w:r>
        <w:rPr>
          <w:bCs/>
          <w:b/>
        </w:rPr>
        <w:t xml:space="preserve"> </w:t>
      </w:r>
      <w:r>
        <w:rPr>
          <w:bCs/>
          <w:b/>
        </w:rPr>
        <w:t xml:space="preserve">Bound for Chowla’s Cosine Problem.</w:t>
      </w:r>
      <w:r>
        <w:t xml:space="preserve"> </w:t>
      </w:r>
      <w:r>
        <w:t xml:space="preserve">arXiv:2609.05338, 4 September 2026.</w:t>
      </w:r>
    </w:p>
    <w:p>
      <w:pPr>
        <w:pStyle w:val="BodyText"/>
      </w:pPr>
      <w:r>
        <w:t xml:space="preserve">This preprint reports removal of a subpolynomial loss from a related lower bound. It is cited as recent literature, with its preprint status retained. Its proof is not used as a verification certificate for any computation in this package.</w:t>
      </w:r>
    </w:p>
    <w:bookmarkEnd w:id="231"/>
    <w:bookmarkStart w:id="232" w:name="buetal2026"/>
    <w:p>
      <w:pPr>
        <w:pStyle w:val="Heading3"/>
      </w:pPr>
      <w:r>
        <w:t xml:space="preserve">BuEtAl2026</w:t>
      </w:r>
    </w:p>
    <w:p>
      <w:pPr>
        <w:pStyle w:val="FirstParagraph"/>
      </w:pPr>
      <w:r>
        <w:t xml:space="preserve">Bryan Bu, Fayzan Khan, Hyunjun Yi, Atharv Jha, Vihaan Vajpeyi, Ishaan Chandupatla, and Madhav Nagpal.</w:t>
      </w:r>
      <w:r>
        <w:t xml:space="preserve"> </w:t>
      </w:r>
      <w:r>
        <w:rPr>
          <w:bCs/>
          <w:b/>
        </w:rPr>
        <w:t xml:space="preserve">A Half-Constant Upper Bound for Chowla’s Cosine Problem.</w:t>
      </w:r>
      <w:r>
        <w:t xml:space="preserve"> </w:t>
      </w:r>
      <w:r>
        <w:t xml:space="preserve">arXiv:2610.17160, 12 October 2026.</w:t>
      </w:r>
    </w:p>
    <w:p>
      <w:pPr>
        <w:pStyle w:val="BodyText"/>
      </w:pPr>
      <w:r>
        <w:t xml:space="preserve">This very recent preprint concerns constructions giving upper bounds on the extremal function. It is included in the literature watch because construction upper bounds and universal lower bounds play different roles. No comparison in this report is presented as an independent validation of that preprint or a claim of priority over it.</w:t>
      </w:r>
    </w:p>
    <w:bookmarkEnd w:id="232"/>
    <w:bookmarkEnd w:id="233"/>
    <w:bookmarkStart w:id="239" w:name="established-optimization-methods"/>
    <w:p>
      <w:pPr>
        <w:pStyle w:val="Heading2"/>
      </w:pPr>
      <w:r>
        <w:t xml:space="preserve">Established optimization methods</w:t>
      </w:r>
    </w:p>
    <w:bookmarkStart w:id="234" w:name="lasserre2021"/>
    <w:p>
      <w:pPr>
        <w:pStyle w:val="Heading3"/>
      </w:pPr>
      <w:r>
        <w:t xml:space="preserve">Lasserre2021</w:t>
      </w:r>
    </w:p>
    <w:p>
      <w:pPr>
        <w:pStyle w:val="FirstParagraph"/>
      </w:pPr>
      <w:r>
        <w:t xml:space="preserve">Jean B. Lasserre.</w:t>
      </w:r>
      <w:r>
        <w:t xml:space="preserve"> </w:t>
      </w:r>
      <w:r>
        <w:rPr>
          <w:bCs/>
          <w:b/>
        </w:rPr>
        <w:t xml:space="preserve">Connecting optimization with spectral analysis of tri-diagonal matrices.</w:t>
      </w:r>
      <w:r>
        <w:t xml:space="preserve"> </w:t>
      </w:r>
      <w:r>
        <w:rPr>
          <w:iCs/>
          <w:i/>
        </w:rPr>
        <w:t xml:space="preserve">Mathematical Programming</w:t>
      </w:r>
      <w:r>
        <w:t xml:space="preserve"> </w:t>
      </w:r>
      <w:r>
        <w:t xml:space="preserve">190, 795–809 (2021), published online 8 August 2020. DOI: 10.1007/s10107-020-01549-3. Author preprint, arXiv:1907.09784.</w:t>
      </w:r>
    </w:p>
    <w:p>
      <w:pPr>
        <w:pStyle w:val="BodyText"/>
      </w:pPr>
      <w:r>
        <w:t xml:space="preserve">This is the direct prior art for the univariate pushforward measure hierarchy used in the report. The general approximation mechanism, its eigenvalue interpretation, and basic convergence are established methods. The archive’s polynomial quotient is a specialization of this framework, not a new hierarchy.</w:t>
      </w:r>
    </w:p>
    <w:bookmarkEnd w:id="234"/>
    <w:bookmarkStart w:id="235" w:name="slotlaurent2021"/>
    <w:p>
      <w:pPr>
        <w:pStyle w:val="Heading3"/>
      </w:pPr>
      <w:r>
        <w:t xml:space="preserve">SlotLaurent2021</w:t>
      </w:r>
    </w:p>
    <w:p>
      <w:pPr>
        <w:pStyle w:val="FirstParagraph"/>
      </w:pPr>
      <w:r>
        <w:t xml:space="preserve">Lucas Slot and Monique Laurent.</w:t>
      </w:r>
      <w:r>
        <w:t xml:space="preserve"> </w:t>
      </w:r>
      <w:r>
        <w:rPr>
          <w:bCs/>
          <w:b/>
        </w:rPr>
        <w:t xml:space="preserve">Near-optimal analysis of Lasserre’s univariate measure-based bounds for multivariate polynomial optimization.</w:t>
      </w:r>
      <w:r>
        <w:t xml:space="preserve"> </w:t>
      </w:r>
      <w:r>
        <w:rPr>
          <w:iCs/>
          <w:i/>
        </w:rPr>
        <w:t xml:space="preserve">Mathematical Programming</w:t>
      </w:r>
      <w:r>
        <w:t xml:space="preserve"> </w:t>
      </w:r>
      <w:r>
        <w:t xml:space="preserve">188, 443–460 (2021), published online 30 October 2020. DOI: 10.1007/s10107-020-01586-y. Author preprint, arXiv:2001.11289.</w:t>
      </w:r>
    </w:p>
    <w:p>
      <w:pPr>
        <w:pStyle w:val="BodyText"/>
      </w:pPr>
      <w:r>
        <w:t xml:space="preserve">The paper studies convergence of the same pushforward approach using polynomial concentration and estimates for mass near a minimum. The present report’s explicit degree bound is compared with an earlier bound from this project, not claimed to improve the best general result in this literature. A separate priority analysis would be needed for the specialization that is uniform in the largest frequency.</w:t>
      </w:r>
    </w:p>
    <w:bookmarkEnd w:id="235"/>
    <w:bookmarkStart w:id="236" w:name="slotlaurent2022"/>
    <w:p>
      <w:pPr>
        <w:pStyle w:val="Heading3"/>
      </w:pPr>
      <w:r>
        <w:t xml:space="preserve">SlotLaurent2022</w:t>
      </w:r>
    </w:p>
    <w:p>
      <w:pPr>
        <w:pStyle w:val="FirstParagraph"/>
      </w:pPr>
      <w:r>
        <w:t xml:space="preserve">Lucas Slot and Monique Laurent.</w:t>
      </w:r>
      <w:r>
        <w:t xml:space="preserve"> </w:t>
      </w:r>
      <w:r>
        <w:rPr>
          <w:bCs/>
          <w:b/>
        </w:rPr>
        <w:t xml:space="preserve">Improved convergence analysis of Lasserre’s measure-based upper bounds for polynomial minimization on compact sets.</w:t>
      </w:r>
      <w:r>
        <w:t xml:space="preserve"> </w:t>
      </w:r>
      <w:r>
        <w:rPr>
          <w:iCs/>
          <w:i/>
        </w:rPr>
        <w:t xml:space="preserve">Mathematical Programming</w:t>
      </w:r>
      <w:r>
        <w:t xml:space="preserve"> </w:t>
      </w:r>
      <w:r>
        <w:t xml:space="preserve">193, 831–871 (2022), published online 25 January 2020. DOI: 10.1007/s10107-020-01468-3. Author preprint, arXiv:1905.08142.</w:t>
      </w:r>
    </w:p>
    <w:p>
      <w:pPr>
        <w:pStyle w:val="BodyText"/>
      </w:pPr>
      <w:r>
        <w:t xml:space="preserve">Its Chebyshev and needle-polynomial estimates are relevant prior art for the filtering step. Journal issue dates, online publication dates, and preprint dates are different and should not be conflated.</w:t>
      </w:r>
    </w:p>
    <w:bookmarkEnd w:id="236"/>
    <w:bookmarkStart w:id="237" w:name="nistdlmf"/>
    <w:p>
      <w:pPr>
        <w:pStyle w:val="Heading3"/>
      </w:pPr>
      <w:r>
        <w:t xml:space="preserve">NISTDLMF</w:t>
      </w:r>
    </w:p>
    <w:p>
      <w:pPr>
        <w:pStyle w:val="FirstParagraph"/>
      </w:pPr>
      <w:r>
        <w:t xml:space="preserve">NIST Digital Library of Mathematical Functions.</w:t>
      </w:r>
      <w:r>
        <w:t xml:space="preserve"> </w:t>
      </w:r>
      <w:r>
        <w:rPr>
          <w:bCs/>
          <w:b/>
        </w:rPr>
        <w:t xml:space="preserve">Section 18.5, Explicit Representations; equation 18.5.1.</w:t>
      </w:r>
    </w:p>
    <w:p>
      <w:pPr>
        <w:pStyle w:val="BodyText"/>
        <w:keepLines/>
      </w:pPr>
      <w:r>
        <w:t xml:space="preserve">Used for the standard representation of Chebyshev polynomials, including</w:t>
      </w:r>
      <w:r>
        <w:t xml:space="preserve"> </w:t>
      </w:r>
      <m:oMath>
        <m:sSub>
          <m:e>
            <m:r>
              <m:t>T</m:t>
            </m:r>
          </m:e>
          <m:sub>
            <m:r>
              <m:t>d</m:t>
            </m:r>
          </m:sub>
        </m:sSub>
        <m:d>
          <m:dPr>
            <m:begChr m:val="("/>
            <m:sepChr m:val=""/>
            <m:endChr m:val=")"/>
            <m:grow/>
          </m:dPr>
          <m:e>
            <m:r>
              <m:rPr>
                <m:sty m:val="p"/>
              </m:rPr>
              <m:t>cos</m:t>
            </m:r>
            <m:r>
              <m:t>θ</m:t>
            </m:r>
          </m:e>
        </m:d>
        <m:r>
          <m:rPr>
            <m:sty m:val="p"/>
          </m:rPr>
          <m:t>=</m:t>
        </m:r>
        <m:r>
          <m:rPr>
            <m:sty m:val="p"/>
          </m:rPr>
          <m:t>cos</m:t>
        </m:r>
        <m:d>
          <m:dPr>
            <m:begChr m:val="("/>
            <m:sepChr m:val=""/>
            <m:endChr m:val=")"/>
            <m:grow/>
          </m:dPr>
          <m:e>
            <m:r>
              <m:t>d</m:t>
            </m:r>
            <m:r>
              <m:t>θ</m:t>
            </m:r>
          </m:e>
        </m:d>
      </m:oMath>
      <w:r>
        <w:t xml:space="preserve"> </w:t>
      </w:r>
      <w:r>
        <w:t xml:space="preserve">and its continuation outside the unit interval.</w:t>
      </w:r>
    </w:p>
    <w:bookmarkEnd w:id="237"/>
    <w:bookmarkStart w:id="238" w:name="perlazabisson2025"/>
    <w:p>
      <w:pPr>
        <w:pStyle w:val="Heading3"/>
      </w:pPr>
      <w:r>
        <w:t xml:space="preserve">PerlazaBisson2025</w:t>
      </w:r>
    </w:p>
    <w:p>
      <w:pPr>
        <w:pStyle w:val="FirstParagraph"/>
      </w:pPr>
      <w:r>
        <w:t xml:space="preserve">Samir M. Perlaza and Gaetan Bisson.</w:t>
      </w:r>
      <w:r>
        <w:t xml:space="preserve"> </w:t>
      </w:r>
      <w:r>
        <w:rPr>
          <w:bCs/>
          <w:b/>
        </w:rPr>
        <w:t xml:space="preserve">Variations on the Expectation Due to Changes in the Probability Measure.</w:t>
      </w:r>
      <w:r>
        <w:t xml:space="preserve"> </w:t>
      </w:r>
      <w:r>
        <w:rPr>
          <w:iCs/>
          <w:i/>
        </w:rPr>
        <w:t xml:space="preserve">Entropy</w:t>
      </w:r>
      <w:r>
        <w:t xml:space="preserve"> </w:t>
      </w:r>
      <w:r>
        <w:t xml:space="preserve">27(8), 865 (2025), published 14 August 2025. DOI: 10.3390/e27080865.</w:t>
      </w:r>
    </w:p>
    <w:p>
      <w:pPr>
        <w:pStyle w:val="BodyText"/>
      </w:pPr>
      <w:r>
        <w:t xml:space="preserve">The paper connects changes of expectation to Gibbs measures, information projections, and relative-entropy identities. It supplies context for the observation-measure interpretation in Appendix L. The cosine-specific estimates are proved in that appendix; the underlying Gibbs framework is established prior work.</w:t>
      </w:r>
    </w:p>
    <w:bookmarkEnd w:id="238"/>
    <w:bookmarkEnd w:id="239"/>
    <w:bookmarkStart w:id="246" w:name="physical-interpretation"/>
    <w:p>
      <w:pPr>
        <w:pStyle w:val="Heading2"/>
      </w:pPr>
      <w:r>
        <w:t xml:space="preserve">Physical interpretation</w:t>
      </w:r>
    </w:p>
    <w:bookmarkStart w:id="240" w:name="bakeracoustics"/>
    <w:p>
      <w:pPr>
        <w:pStyle w:val="Heading3"/>
      </w:pPr>
      <w:r>
        <w:t xml:space="preserve">BakerAcoustics</w:t>
      </w:r>
    </w:p>
    <w:p>
      <w:pPr>
        <w:pStyle w:val="FirstParagraph"/>
      </w:pPr>
      <w:r>
        <w:t xml:space="preserve">Richard Baker, University of Manchester.</w:t>
      </w:r>
      <w:r>
        <w:t xml:space="preserve"> </w:t>
      </w:r>
      <w:r>
        <w:rPr>
          <w:bCs/>
          <w:b/>
        </w:rPr>
        <w:t xml:space="preserve">Basic Acoustics, Chapter 3: Sound Intensity and Pressure.</w:t>
      </w:r>
      <w:r>
        <w:t xml:space="preserve"> </w:t>
      </w:r>
      <w:r>
        <w:t xml:space="preserve">University teaching resource.</w:t>
      </w:r>
    </w:p>
    <w:p>
      <w:pPr>
        <w:pStyle w:val="BodyText"/>
      </w:pPr>
      <w:r>
        <w:t xml:space="preserve">Supports the distinction between acoustic pressure and intensity, with the impedance relation under the plane progressive-wave assumptions. The report’s ideal cosine model does not substitute for a measured acoustic system.</w:t>
      </w:r>
    </w:p>
    <w:bookmarkEnd w:id="240"/>
    <w:bookmarkStart w:id="241" w:name="tongaqm"/>
    <w:p>
      <w:pPr>
        <w:pStyle w:val="Heading3"/>
      </w:pPr>
      <w:r>
        <w:t xml:space="preserve">TongAQM</w:t>
      </w:r>
    </w:p>
    <w:p>
      <w:pPr>
        <w:pStyle w:val="FirstParagraph"/>
      </w:pPr>
      <w:r>
        <w:t xml:space="preserve">David Tong, University of Cambridge.</w:t>
      </w:r>
      <w:r>
        <w:t xml:space="preserve"> </w:t>
      </w:r>
      <w:r>
        <w:rPr>
          <w:bCs/>
          <w:b/>
        </w:rPr>
        <w:t xml:space="preserve">Lectures on Applications of Quantum Mechanics, Chapter 3: Electrons in Solids.</w:t>
      </w:r>
    </w:p>
    <w:p>
      <w:pPr>
        <w:pStyle w:val="BodyText"/>
      </w:pPr>
      <w:r>
        <w:t xml:space="preserve">Context for tight-binding operators, dispersion relations, and spectral bands on a lattice. The Fourier identities in the appendix are proved directly.</w:t>
      </w:r>
    </w:p>
    <w:bookmarkEnd w:id="241"/>
    <w:bookmarkStart w:id="242" w:name="bardyn2014"/>
    <w:p>
      <w:pPr>
        <w:pStyle w:val="Heading3"/>
      </w:pPr>
      <w:r>
        <w:t xml:space="preserve">Bardyn2014</w:t>
      </w:r>
    </w:p>
    <w:p>
      <w:pPr>
        <w:pStyle w:val="FirstParagraph"/>
      </w:pPr>
      <w:r>
        <w:t xml:space="preserve">Charles-Edouard Bardyn, Sebastian D. Huber, and Oded Zilberberg.</w:t>
      </w:r>
      <w:r>
        <w:t xml:space="preserve"> </w:t>
      </w:r>
      <w:r>
        <w:rPr>
          <w:bCs/>
          <w:b/>
        </w:rPr>
        <w:t xml:space="preserve">Seeing bulk topological properties of band insulators in small photonic lattices.</w:t>
      </w:r>
      <w:r>
        <w:t xml:space="preserve"> </w:t>
      </w:r>
      <w:r>
        <w:rPr>
          <w:iCs/>
          <w:i/>
        </w:rPr>
        <w:t xml:space="preserve">New Journal of Physics</w:t>
      </w:r>
      <w:r>
        <w:t xml:space="preserve"> </w:t>
      </w:r>
      <w:r>
        <w:t xml:space="preserve">16, 123013 (2014). DOI: 10.1088/1367-2630/16/12/123013. Author preprint, arXiv:1312.6894.</w:t>
      </w:r>
    </w:p>
    <w:p>
      <w:pPr>
        <w:pStyle w:val="BodyText"/>
      </w:pPr>
      <w:r>
        <w:t xml:space="preserve">An example of established use of twisted boundary conditions. The report does not claim to invent this spectral technique or to obtain a topological result about audio.</w:t>
      </w:r>
    </w:p>
    <w:bookmarkEnd w:id="242"/>
    <w:bookmarkStart w:id="243" w:name="cappellaro2012"/>
    <w:p>
      <w:pPr>
        <w:pStyle w:val="Heading3"/>
      </w:pPr>
      <w:r>
        <w:t xml:space="preserve">Cappellaro2012</w:t>
      </w:r>
    </w:p>
    <w:p>
      <w:pPr>
        <w:pStyle w:val="FirstParagraph"/>
      </w:pPr>
      <w:r>
        <w:t xml:space="preserve">Paola Cappellaro.</w:t>
      </w:r>
      <w:r>
        <w:t xml:space="preserve"> </w:t>
      </w:r>
      <w:r>
        <w:rPr>
          <w:bCs/>
          <w:b/>
        </w:rPr>
        <w:t xml:space="preserve">22.51 Quantum Theory of Radiation Interactions, Complete Course Notes.</w:t>
      </w:r>
      <w:r>
        <w:t xml:space="preserve"> </w:t>
      </w:r>
      <w:r>
        <w:t xml:space="preserve">MIT OpenCourseWare, Fall 2012; especially the harmonic-oscillator, coherent-state, and phonon sections. Official course notes.</w:t>
      </w:r>
    </w:p>
    <w:p>
      <w:pPr>
        <w:pStyle w:val="BodyText"/>
      </w:pPr>
      <w:r>
        <w:t xml:space="preserve">Provides the physical vocabulary for number states, coherent states, and phonons. The report keeps mean displacement, variance, and number-operator eigenvalues distinct. Number states with nonzero occupation should not all be described as minimum-uncertainty states.</w:t>
      </w:r>
    </w:p>
    <w:bookmarkEnd w:id="243"/>
    <w:bookmarkStart w:id="244" w:name="shapiro6453"/>
    <w:p>
      <w:pPr>
        <w:pStyle w:val="Heading3"/>
      </w:pPr>
      <w:r>
        <w:t xml:space="preserve">Shapiro6453</w:t>
      </w:r>
    </w:p>
    <w:p>
      <w:pPr>
        <w:pStyle w:val="FirstParagraph"/>
      </w:pPr>
      <w:r>
        <w:t xml:space="preserve">Jeffrey H. Shapiro.</w:t>
      </w:r>
      <w:r>
        <w:t xml:space="preserve"> </w:t>
      </w:r>
      <w:r>
        <w:rPr>
          <w:bCs/>
          <w:b/>
        </w:rPr>
        <w:t xml:space="preserve">6.453 Quantum Optical Communication.</w:t>
      </w:r>
      <w:r>
        <w:t xml:space="preserve"> </w:t>
      </w:r>
      <w:r>
        <w:t xml:space="preserve">MIT OpenCourseWare, Fall 2016. Selected official readings:</w:t>
      </w:r>
    </w:p>
    <w:p>
      <w:pPr>
        <w:numPr>
          <w:ilvl w:val="0"/>
          <w:numId w:val="1004"/>
        </w:numPr>
        <w:pStyle w:val="Compact"/>
      </w:pPr>
      <w:r>
        <w:t xml:space="preserve">Reading 4: quantum harmonic oscillator and number-state formalism.</w:t>
      </w:r>
    </w:p>
    <w:p>
      <w:pPr>
        <w:numPr>
          <w:ilvl w:val="0"/>
          <w:numId w:val="1004"/>
        </w:numPr>
        <w:pStyle w:val="Compact"/>
      </w:pPr>
      <w:r>
        <w:t xml:space="preserve">Reading 5: coherent-state properties.</w:t>
      </w:r>
    </w:p>
    <w:p>
      <w:pPr>
        <w:numPr>
          <w:ilvl w:val="0"/>
          <w:numId w:val="1004"/>
        </w:numPr>
        <w:pStyle w:val="Compact"/>
      </w:pPr>
      <w:r>
        <w:t xml:space="preserve">Reading 6: quadrature noise and squeezed states.</w:t>
      </w:r>
    </w:p>
    <w:p>
      <w:pPr>
        <w:pStyle w:val="FirstParagraph"/>
      </w:pPr>
      <w:r>
        <w:t xml:space="preserve">These readings support the physical distinctions used in the companion essay. A classical Fourier coefficient is not forced to be an integer by the number spectrum of a quantum oscillator.</w:t>
      </w:r>
    </w:p>
    <w:bookmarkEnd w:id="244"/>
    <w:bookmarkStart w:id="245" w:name="oconnell2010"/>
    <w:p>
      <w:pPr>
        <w:pStyle w:val="Heading3"/>
      </w:pPr>
      <w:r>
        <w:t xml:space="preserve">OConnell2010</w:t>
      </w:r>
    </w:p>
    <w:p>
      <w:pPr>
        <w:pStyle w:val="FirstParagraph"/>
      </w:pPr>
      <w:r>
        <w:t xml:space="preserve">A. D. O’Connell and coauthors.</w:t>
      </w:r>
      <w:r>
        <w:t xml:space="preserve"> </w:t>
      </w:r>
      <w:r>
        <w:rPr>
          <w:bCs/>
          <w:b/>
        </w:rPr>
        <w:t xml:space="preserve">Quantum ground state and single-phonon control of a mechanical resonator.</w:t>
      </w:r>
      <w:r>
        <w:t xml:space="preserve"> </w:t>
      </w:r>
      <w:r>
        <w:rPr>
          <w:iCs/>
          <w:i/>
        </w:rPr>
        <w:t xml:space="preserve">Nature</w:t>
      </w:r>
      <w:r>
        <w:t xml:space="preserve"> </w:t>
      </w:r>
      <w:r>
        <w:t xml:space="preserve">464, 697–703 (2010). DOI: 10.1038/nature08967. Research-group-hosted paper and supplementary material.</w:t>
      </w:r>
    </w:p>
    <w:p>
      <w:pPr>
        <w:pStyle w:val="BodyText"/>
      </w:pPr>
      <w:r>
        <w:t xml:space="preserve">An experimental reference establishing the physical context of single mechanical quanta. It supplies no direct theorem about the unit-amplitude cosine sums studied here.</w:t>
      </w:r>
    </w:p>
    <w:bookmarkEnd w:id="245"/>
    <w:bookmarkEnd w:id="246"/>
    <w:bookmarkStart w:id="249" w:name="formula-rendering-for-the-website"/>
    <w:p>
      <w:pPr>
        <w:pStyle w:val="Heading2"/>
      </w:pPr>
      <w:r>
        <w:t xml:space="preserve">Formula rendering for the website</w:t>
      </w:r>
    </w:p>
    <w:bookmarkStart w:id="247" w:name="katexdocs"/>
    <w:p>
      <w:pPr>
        <w:pStyle w:val="Heading3"/>
      </w:pPr>
      <w:r>
        <w:t xml:space="preserve">KaTeXDocs</w:t>
      </w:r>
    </w:p>
    <w:p>
      <w:pPr>
        <w:pStyle w:val="FirstParagraph"/>
      </w:pPr>
      <w:r>
        <w:t xml:space="preserve">KaTeX official documentation: Node.js rendering and rendering options. The implementation handoff recommends build-time rendering with</w:t>
      </w:r>
      <w:r>
        <w:t xml:space="preserve"> </w:t>
      </w:r>
      <w:r>
        <w:rPr>
          <w:rStyle w:val="VerbatimChar"/>
        </w:rPr>
        <w:t xml:space="preserve">output: "htmlAndMathml"</w:t>
      </w:r>
      <w:r>
        <w:t xml:space="preserve">, local CSS and fonts, and a failed build for unsupported formulas rather than silent raw-TeX output.</w:t>
      </w:r>
    </w:p>
    <w:bookmarkEnd w:id="247"/>
    <w:bookmarkStart w:id="248" w:name="mathjaxdocs"/>
    <w:p>
      <w:pPr>
        <w:pStyle w:val="Heading3"/>
      </w:pPr>
      <w:r>
        <w:t xml:space="preserve">MathJaxDocs</w:t>
      </w:r>
    </w:p>
    <w:p>
      <w:pPr>
        <w:pStyle w:val="FirstParagraph"/>
      </w:pPr>
      <w:r>
        <w:t xml:space="preserve">MathJax official documentation: What is MathJax?. It is an alternative if the existing site already uses MathJax or an expression cannot be handled by the selected KaTeX pipeline. Running both renderers on the same expressions is unnecessary.</w:t>
      </w:r>
    </w:p>
    <w:bookmarkEnd w:id="248"/>
    <w:bookmarkEnd w:id="249"/>
    <w:bookmarkStart w:id="250" w:name="scope-of-the-literature-comparison"/>
    <w:p>
      <w:pPr>
        <w:pStyle w:val="Heading2"/>
      </w:pPr>
      <w:r>
        <w:t xml:space="preserve">Scope of the literature comparison</w:t>
      </w:r>
    </w:p>
    <w:p>
      <w:pPr>
        <w:pStyle w:val="FirstParagraph"/>
      </w:pPr>
      <w:r>
        <w:t xml:space="preserve">The principal attribution correction is explicit: the moment hierarchy is Lasserre’s, and the Chebyshev concentration mechanism has established precedents. The appendix’s frequency-independent sufficient degree is supplied with a full proof, but no claim of scientific priority. This package reports its own verification status separately from the publication status of external sources. A future journal submission would require an expert assessment of novelty, positioning, and the proofs.</w:t>
      </w:r>
    </w:p>
    <w:bookmarkEnd w:id="250"/>
    <w:bookmarkEnd w:id="251"/>
    <w:bookmarkStart w:id="257" w:name="reproducing-the-research-report"/>
    <w:p>
      <w:pPr>
        <w:pStyle w:val="Heading1"/>
        <w:pageBreakBefore/>
      </w:pPr>
      <w:r>
        <w:t xml:space="preserve">Reproducing the Research Report</w:t>
      </w:r>
    </w:p>
    <w:p>
      <w:pPr>
        <w:pStyle w:val="FirstParagraph"/>
      </w:pPr>
      <w:r>
        <w:rPr>
          <w:bCs/>
          <w:b/>
        </w:rPr>
        <w:t xml:space="preserve">Release:</w:t>
      </w:r>
      <w:r>
        <w:t xml:space="preserve"> </w:t>
      </w:r>
      <w:r>
        <w:t xml:space="preserve">18 October 2026. The archive contains the English publication, exact-arithmetic code, preserved historical material, and records of checks actually executed. Verification of files, verification of finite examples, and proof of a theorem are different tasks. This guide keeps them separate.</w:t>
      </w:r>
    </w:p>
    <w:bookmarkStart w:id="252" w:name="X21530b3762df4c8da39e3dbef50423b9810f22d"/>
    <w:p>
      <w:pPr>
        <w:pStyle w:val="Heading2"/>
      </w:pPr>
      <w:r>
        <w:t xml:space="preserve">1. Start with the portable publication checker</w:t>
      </w:r>
    </w:p>
    <w:p>
      <w:pPr>
        <w:pStyle w:val="FirstParagraph"/>
      </w:pPr>
      <w:r>
        <w:t xml:space="preserve">Extract the complete archive. Open a terminal in its top-level folder and run:</w:t>
      </w:r>
    </w:p>
    <w:p>
      <w:pPr>
        <w:pStyle w:val="SourceCode"/>
      </w:pPr>
      <w:r>
        <w:rPr>
          <w:rStyle w:val="ExtensionTok"/>
        </w:rPr>
        <w:t xml:space="preserve">python3</w:t>
      </w:r>
      <w:r>
        <w:rPr>
          <w:rStyle w:val="NormalTok"/>
        </w:rPr>
        <w:t xml:space="preserve"> </w:t>
      </w:r>
      <w:r>
        <w:rPr>
          <w:rStyle w:val="AttributeTok"/>
        </w:rPr>
        <w:t xml:space="preserve">-B</w:t>
      </w:r>
      <w:r>
        <w:rPr>
          <w:rStyle w:val="NormalTok"/>
        </w:rPr>
        <w:t xml:space="preserve"> code/verify_publication.py</w:t>
      </w:r>
    </w:p>
    <w:p>
      <w:pPr>
        <w:pStyle w:val="FirstParagraph"/>
      </w:pPr>
      <w:r>
        <w:t xml:space="preserve">Python 3.10 or newer is sufficient; this checker uses only the standard library. The publication run used Python 3.12.14. Do not use</w:t>
      </w:r>
      <w:r>
        <w:t xml:space="preserve"> </w:t>
      </w:r>
      <w:r>
        <w:rPr>
          <w:rStyle w:val="VerbatimChar"/>
        </w:rPr>
        <w:t xml:space="preserve">-O</w:t>
      </w:r>
      <w:r>
        <w:t xml:space="preserve"> </w:t>
      </w:r>
      <w:r>
        <w:t xml:space="preserve">or</w:t>
      </w:r>
      <w:r>
        <w:t xml:space="preserve"> </w:t>
      </w:r>
      <w:r>
        <w:rPr>
          <w:rStyle w:val="VerbatimChar"/>
        </w:rPr>
        <w:t xml:space="preserve">-OO</w:t>
      </w:r>
      <w:r>
        <w:t xml:space="preserve">, which can disable assertions in historical code. The portable checker rejects an optimized interpreter.</w:t>
      </w:r>
    </w:p>
    <w:p>
      <w:pPr>
        <w:pStyle w:val="BodyText"/>
      </w:pPr>
      <w:r>
        <w:t xml:space="preserve">The default command checks the exact moment normalization, interval moments, all five rational Chebyshev trial values plotted in the article, positive rational sufficient-degree parameters, sampling-grid arithmetic, Fejér coefficients and norms, the two explicit Riesz examples, and the publication dates. It does not claim to solve a continuous minimum by drawing a dense curve.</w:t>
      </w:r>
    </w:p>
    <w:p>
      <w:pPr>
        <w:pStyle w:val="BodyText"/>
      </w:pPr>
      <w:r>
        <w:t xml:space="preserve">If</w:t>
      </w:r>
      <w:r>
        <w:t xml:space="preserve"> </w:t>
      </w:r>
      <w:r>
        <w:rPr>
          <w:rStyle w:val="VerbatimChar"/>
        </w:rPr>
        <w:t xml:space="preserve">MANIFEST_SHA256.json</w:t>
      </w:r>
      <w:r>
        <w:t xml:space="preserve"> </w:t>
      </w:r>
      <w:r>
        <w:t xml:space="preserve">or</w:t>
      </w:r>
      <w:r>
        <w:t xml:space="preserve"> </w:t>
      </w:r>
      <w:r>
        <w:rPr>
          <w:rStyle w:val="VerbatimChar"/>
        </w:rPr>
        <w:t xml:space="preserve">MANIFEST.json</w:t>
      </w:r>
      <w:r>
        <w:t xml:space="preserve"> </w:t>
      </w:r>
      <w:r>
        <w:t xml:space="preserve">exists in the package root, the checker verifies the SHA-256 digest of every listed file. Without a manifest it reports</w:t>
      </w:r>
      <w:r>
        <w:t xml:space="preserve"> </w:t>
      </w:r>
      <w:r>
        <w:rPr>
          <w:rStyle w:val="VerbatimChar"/>
        </w:rPr>
        <w:t xml:space="preserve">not_present</w:t>
      </w:r>
      <w:r>
        <w:t xml:space="preserve">; that status is not a successful integrity check. A manifest detects changes to the listed bytes. It does not establish the truth or novelty of a mathematical claim.</w:t>
      </w:r>
    </w:p>
    <w:p>
      <w:pPr>
        <w:pStyle w:val="BodyText"/>
      </w:pPr>
      <w:r>
        <w:t xml:space="preserve">The script prints JSON and never overwrites publication files. To keep a new receipt without changing the preserved release, write it</w:t>
      </w:r>
      <w:r>
        <w:t xml:space="preserve"> </w:t>
      </w:r>
      <w:r>
        <w:rPr>
          <w:bCs/>
          <w:b/>
        </w:rPr>
        <w:t xml:space="preserve">outside</w:t>
      </w:r>
      <w:r>
        <w:t xml:space="preserve"> </w:t>
      </w:r>
      <w:r>
        <w:t xml:space="preserve">the extracted package:</w:t>
      </w:r>
    </w:p>
    <w:p>
      <w:pPr>
        <w:pStyle w:val="SourceCode"/>
      </w:pPr>
      <w:r>
        <w:rPr>
          <w:rStyle w:val="ExtensionTok"/>
        </w:rPr>
        <w:t xml:space="preserve">python3</w:t>
      </w:r>
      <w:r>
        <w:rPr>
          <w:rStyle w:val="NormalTok"/>
        </w:rPr>
        <w:t xml:space="preserve"> </w:t>
      </w:r>
      <w:r>
        <w:rPr>
          <w:rStyle w:val="AttributeTok"/>
        </w:rPr>
        <w:t xml:space="preserve">-B</w:t>
      </w:r>
      <w:r>
        <w:rPr>
          <w:rStyle w:val="NormalTok"/>
        </w:rPr>
        <w:t xml:space="preserve"> code/verify_publication.py </w:t>
      </w:r>
      <w:r>
        <w:rPr>
          <w:rStyle w:val="OperatorTok"/>
        </w:rPr>
        <w:t xml:space="preserve">&gt;</w:t>
      </w:r>
      <w:r>
        <w:rPr>
          <w:rStyle w:val="NormalTok"/>
        </w:rPr>
        <w:t xml:space="preserve"> ../publication-check.json</w:t>
      </w:r>
    </w:p>
    <w:p>
      <w:pPr>
        <w:pStyle w:val="FirstParagraph"/>
      </w:pPr>
      <w:r>
        <w:t xml:space="preserve">Overwriting a manifest-listed receipt before verifying its hash would correctly produce a mismatch.</w:t>
      </w:r>
    </w:p>
    <w:bookmarkEnd w:id="252"/>
    <w:bookmarkStart w:id="253" w:name="rerun-the-selected-round-6-suites"/>
    <w:p>
      <w:pPr>
        <w:pStyle w:val="Heading2"/>
      </w:pPr>
      <w:r>
        <w:t xml:space="preserve">2. Rerun the selected round 6 suites</w:t>
      </w:r>
    </w:p>
    <w:p>
      <w:pPr>
        <w:pStyle w:val="FirstParagraph"/>
      </w:pPr>
      <w:r>
        <w:t xml:space="preserve">Run:</w:t>
      </w:r>
    </w:p>
    <w:p>
      <w:pPr>
        <w:pStyle w:val="SourceCode"/>
      </w:pPr>
      <w:r>
        <w:rPr>
          <w:rStyle w:val="ExtensionTok"/>
        </w:rPr>
        <w:t xml:space="preserve">python3</w:t>
      </w:r>
      <w:r>
        <w:rPr>
          <w:rStyle w:val="NormalTok"/>
        </w:rPr>
        <w:t xml:space="preserve"> </w:t>
      </w:r>
      <w:r>
        <w:rPr>
          <w:rStyle w:val="AttributeTok"/>
        </w:rPr>
        <w:t xml:space="preserve">-B</w:t>
      </w:r>
      <w:r>
        <w:rPr>
          <w:rStyle w:val="NormalTok"/>
        </w:rPr>
        <w:t xml:space="preserve"> code/verify_publication.py </w:t>
      </w:r>
      <w:r>
        <w:rPr>
          <w:rStyle w:val="AttributeTok"/>
        </w:rPr>
        <w:t xml:space="preserve">--run-selected</w:t>
      </w:r>
      <w:r>
        <w:rPr>
          <w:rStyle w:val="NormalTok"/>
        </w:rPr>
        <w:t xml:space="preserve"> </w:t>
      </w:r>
      <w:r>
        <w:rPr>
          <w:rStyle w:val="OperatorTok"/>
        </w:rPr>
        <w:t xml:space="preserve">&gt;</w:t>
      </w:r>
      <w:r>
        <w:rPr>
          <w:rStyle w:val="NormalTok"/>
        </w:rPr>
        <w:t xml:space="preserve"> ../publication-selected-check.json</w:t>
      </w:r>
    </w:p>
    <w:p>
      <w:pPr>
        <w:pStyle w:val="FirstParagraph"/>
      </w:pPr>
      <w:r>
        <w:t xml:space="preserve">This makes a disposable copy of</w:t>
      </w:r>
      <w:r>
        <w:t xml:space="preserve"> </w:t>
      </w:r>
      <w:r>
        <w:rPr>
          <w:rStyle w:val="VerbatimChar"/>
        </w:rPr>
        <w:t xml:space="preserve">evidence/history/round6/</w:t>
      </w:r>
      <w:r>
        <w:t xml:space="preserve">, runs six original checkers there, compares their regenerated result objects to the archived JSON, and removes the temporary copy. The source evidence remains unchanged. The six scripts are:</w:t>
      </w:r>
    </w:p>
    <w:p>
      <w:pPr>
        <w:pStyle w:val="BodyText"/>
      </w:pPr>
      <w:r>
        <w:rPr>
          <w:bCs/>
          <w:b/>
        </w:rPr>
        <w:t xml:space="preserve">Script:</w:t>
      </w:r>
      <w:r>
        <w:t xml:space="preserve"> </w:t>
      </w:r>
      <w:r>
        <w:rPr>
          <w:rStyle w:val="VerbatimChar"/>
        </w:rPr>
        <w:t xml:space="preserve">branches_78_83_checks.py</w:t>
      </w:r>
      <w:r>
        <w:t xml:space="preserve"> </w:t>
      </w:r>
      <w:r>
        <w:rPr>
          <w:bCs/>
          <w:b/>
        </w:rPr>
        <w:t xml:space="preserve">Principal scope:</w:t>
      </w:r>
      <w:r>
        <w:t xml:space="preserve"> </w:t>
      </w:r>
      <w:r>
        <w:t xml:space="preserve">Integer moments, operator identities, finite-box coefficients, and Chebyshev degree certificates</w:t>
      </w:r>
    </w:p>
    <w:p>
      <w:pPr>
        <w:pStyle w:val="BodyText"/>
      </w:pPr>
      <w:r>
        <w:rPr>
          <w:bCs/>
          <w:b/>
        </w:rPr>
        <w:t xml:space="preserve">Script:</w:t>
      </w:r>
      <w:r>
        <w:t xml:space="preserve"> </w:t>
      </w:r>
      <w:r>
        <w:rPr>
          <w:rStyle w:val="VerbatimChar"/>
        </w:rPr>
        <w:t xml:space="preserve">audit_83_quantum_checks.py</w:t>
      </w:r>
      <w:r>
        <w:t xml:space="preserve"> </w:t>
      </w:r>
      <w:r>
        <w:rPr>
          <w:bCs/>
          <w:b/>
        </w:rPr>
        <w:t xml:space="preserve">Principal scope:</w:t>
      </w:r>
      <w:r>
        <w:t xml:space="preserve"> </w:t>
      </w:r>
      <w:r>
        <w:t xml:space="preserve">Separate rational degree certificates and exact Chebyshev trial values</w:t>
      </w:r>
    </w:p>
    <w:p>
      <w:pPr>
        <w:pStyle w:val="BodyText"/>
      </w:pPr>
      <w:r>
        <w:rPr>
          <w:bCs/>
          <w:b/>
        </w:rPr>
        <w:t xml:space="preserve">Script:</w:t>
      </w:r>
      <w:r>
        <w:t xml:space="preserve"> </w:t>
      </w:r>
      <w:r>
        <w:rPr>
          <w:rStyle w:val="VerbatimChar"/>
        </w:rPr>
        <w:t xml:space="preserve">branches_71_90_checks.py</w:t>
      </w:r>
      <w:r>
        <w:t xml:space="preserve"> </w:t>
      </w:r>
      <w:r>
        <w:rPr>
          <w:bCs/>
          <w:b/>
        </w:rPr>
        <w:t xml:space="preserve">Principal scope:</w:t>
      </w:r>
      <w:r>
        <w:t xml:space="preserve"> </w:t>
      </w:r>
      <w:r>
        <w:t xml:space="preserve">Normalization, grid formulas, and twisted-ring examples</w:t>
      </w:r>
    </w:p>
    <w:p>
      <w:pPr>
        <w:pStyle w:val="BodyText"/>
      </w:pPr>
      <w:r>
        <w:rPr>
          <w:bCs/>
          <w:b/>
        </w:rPr>
        <w:t xml:space="preserve">Script:</w:t>
      </w:r>
      <w:r>
        <w:t xml:space="preserve"> </w:t>
      </w:r>
      <w:r>
        <w:rPr>
          <w:rStyle w:val="VerbatimChar"/>
        </w:rPr>
        <w:t xml:space="preserve">audit_90_spectral_checks.py</w:t>
      </w:r>
      <w:r>
        <w:t xml:space="preserve"> </w:t>
      </w:r>
      <w:r>
        <w:rPr>
          <w:bCs/>
          <w:b/>
        </w:rPr>
        <w:t xml:space="preserve">Principal scope:</w:t>
      </w:r>
      <w:r>
        <w:t xml:space="preserve"> </w:t>
      </w:r>
      <w:r>
        <w:t xml:space="preserve">Independent integer matrix and closed-walk comparisons</w:t>
      </w:r>
    </w:p>
    <w:p>
      <w:pPr>
        <w:pStyle w:val="BodyText"/>
      </w:pPr>
      <w:r>
        <w:rPr>
          <w:bCs/>
          <w:b/>
        </w:rPr>
        <w:t xml:space="preserve">Script:</w:t>
      </w:r>
      <w:r>
        <w:t xml:space="preserve"> </w:t>
      </w:r>
      <w:r>
        <w:rPr>
          <w:rStyle w:val="VerbatimChar"/>
        </w:rPr>
        <w:t xml:space="preserve">quantum_72_77_checks.py</w:t>
      </w:r>
      <w:r>
        <w:t xml:space="preserve"> </w:t>
      </w:r>
      <w:r>
        <w:rPr>
          <w:bCs/>
          <w:b/>
        </w:rPr>
        <w:t xml:space="preserve">Principal scope:</w:t>
      </w:r>
      <w:r>
        <w:t xml:space="preserve"> </w:t>
      </w:r>
      <w:r>
        <w:t xml:space="preserve">Exact finite checks behind the quantum-state comparisons</w:t>
      </w:r>
    </w:p>
    <w:p>
      <w:pPr>
        <w:pStyle w:val="BodyText"/>
      </w:pPr>
      <w:r>
        <w:rPr>
          <w:bCs/>
          <w:b/>
        </w:rPr>
        <w:t xml:space="preserve">Script:</w:t>
      </w:r>
      <w:r>
        <w:t xml:space="preserve"> </w:t>
      </w:r>
      <w:r>
        <w:rPr>
          <w:rStyle w:val="VerbatimChar"/>
        </w:rPr>
        <w:t xml:space="preserve">wavephysics_84_89_checks.py</w:t>
      </w:r>
      <w:r>
        <w:t xml:space="preserve"> </w:t>
      </w:r>
      <w:r>
        <w:rPr>
          <w:bCs/>
          <w:b/>
        </w:rPr>
        <w:t xml:space="preserve">Principal scope:</w:t>
      </w:r>
      <w:r>
        <w:t xml:space="preserve"> </w:t>
      </w:r>
      <w:r>
        <w:t xml:space="preserve">Wave-model identities, Fermi–Dirac constants, weighted amplitudes, and the finite Riesz search</w:t>
      </w:r>
    </w:p>
    <w:p>
      <w:pPr>
        <w:pStyle w:val="BodyText"/>
      </w:pPr>
      <w:r>
        <w:t xml:space="preserve">The last script enumerates all 262,143 nonempty subsets of</w:t>
      </w:r>
      <w:r>
        <w:t xml:space="preserve"> </w:t>
      </w:r>
      <w:r>
        <w:rPr>
          <w:rStyle w:val="VerbatimChar"/>
        </w:rPr>
        <w:t xml:space="preserve">{1,...,18}</w:t>
      </w:r>
      <w:r>
        <w:t xml:space="preserve"> </w:t>
      </w:r>
      <w:r>
        <w:t xml:space="preserve">and compares 4,095 cases by a second autocorrelation method. The result</w:t>
      </w:r>
      <w:r>
        <w:t xml:space="preserve"> </w:t>
      </w:r>
      <w:r>
        <w:rPr>
          <w:rStyle w:val="VerbatimChar"/>
        </w:rPr>
        <w:t xml:space="preserve">7/20</w:t>
      </w:r>
      <w:r>
        <w:t xml:space="preserve"> </w:t>
      </w:r>
      <w:r>
        <w:t xml:space="preserve">is the smallest normalized</w:t>
      </w:r>
      <w:r>
        <w:t xml:space="preserve"> </w:t>
      </w:r>
      <w:r>
        <w:rPr>
          <w:bCs/>
          <w:b/>
        </w:rPr>
        <w:t xml:space="preserve">Riesz trial quotient on that finite universe</w:t>
      </w:r>
      <w:r>
        <w:t xml:space="preserve">, not a global minimum for unrestricted frequencies or a statement about the true</w:t>
      </w:r>
      <w:r>
        <w:t xml:space="preserve"> </w:t>
      </w:r>
      <w:r>
        <w:rPr>
          <w:rStyle w:val="VerbatimChar"/>
        </w:rPr>
        <w:t xml:space="preserve">K</w:t>
      </w:r>
      <w:r>
        <w:t xml:space="preserve">.</w:t>
      </w:r>
    </w:p>
    <w:p>
      <w:pPr>
        <w:pStyle w:val="BodyText"/>
      </w:pPr>
      <w:r>
        <w:t xml:space="preserve">All six suites were rerun during publication preparation. They exited successfully, and all six regenerated JSON objects exactly matched the preserved results. The execution took approximately 16 seconds on the preparation machine; this is an execution record, not a promised runtime on another system. The default timeout is 180 seconds per script and can be adjusted, for example with</w:t>
      </w:r>
      <w:r>
        <w:t xml:space="preserve"> </w:t>
      </w:r>
      <w:r>
        <w:rPr>
          <w:rStyle w:val="VerbatimChar"/>
        </w:rPr>
        <w:t xml:space="preserve">--timeout 600</w:t>
      </w:r>
      <w:r>
        <w:t xml:space="preserve">.</w:t>
      </w:r>
    </w:p>
    <w:p>
      <w:pPr>
        <w:pStyle w:val="BodyText"/>
      </w:pPr>
      <w:r>
        <w:t xml:space="preserve">See</w:t>
      </w:r>
      <w:r>
        <w:t xml:space="preserve"> </w:t>
      </w:r>
      <w:r>
        <w:rPr>
          <w:rStyle w:val="VerbatimChar"/>
        </w:rPr>
        <w:t xml:space="preserve">evidence/current_verification.json</w:t>
      </w:r>
      <w:r>
        <w:t xml:space="preserve"> </w:t>
      </w:r>
      <w:r>
        <w:t xml:space="preserve">for the actual commands, interpreter, timestamps, outputs, result hashes, and status. Its initial run predates the final root manifest and explicitly records that the manifest was not yet present. Final package integrity can be checked with the default command after extraction.</w:t>
      </w:r>
    </w:p>
    <w:bookmarkEnd w:id="253"/>
    <w:bookmarkStart w:id="254" w:name="Xdf48725acc1445aa2244eb7a2ae9beef0c493ed"/>
    <w:p>
      <w:pPr>
        <w:pStyle w:val="Heading2"/>
      </w:pPr>
      <w:r>
        <w:t xml:space="preserve">3. Earlier suites and the historical evidence</w:t>
      </w:r>
    </w:p>
    <w:p>
      <w:pPr>
        <w:pStyle w:val="FirstParagraph"/>
      </w:pPr>
      <w:r>
        <w:t xml:space="preserve">Approaches 51–70 are under</w:t>
      </w:r>
      <w:r>
        <w:t xml:space="preserve"> </w:t>
      </w:r>
      <w:r>
        <w:rPr>
          <w:rStyle w:val="VerbatimChar"/>
        </w:rPr>
        <w:t xml:space="preserve">evidence/history/round5/</w:t>
      </w:r>
      <w:r>
        <w:t xml:space="preserve">. To repeat them manually, first copy that complete directory to a writable working folder, then run these commands in the</w:t>
      </w:r>
      <w:r>
        <w:t xml:space="preserve"> </w:t>
      </w:r>
      <w:r>
        <w:rPr>
          <w:bCs/>
          <w:b/>
        </w:rPr>
        <w:t xml:space="preserve">copy</w:t>
      </w:r>
      <w:r>
        <w:t xml:space="preserve">:</w:t>
      </w:r>
    </w:p>
    <w:p>
      <w:pPr>
        <w:pStyle w:val="SourceCode"/>
      </w:pPr>
      <w:r>
        <w:rPr>
          <w:rStyle w:val="ExtensionTok"/>
        </w:rPr>
        <w:t xml:space="preserve">python3</w:t>
      </w:r>
      <w:r>
        <w:rPr>
          <w:rStyle w:val="NormalTok"/>
        </w:rPr>
        <w:t xml:space="preserve"> </w:t>
      </w:r>
      <w:r>
        <w:rPr>
          <w:rStyle w:val="AttributeTok"/>
        </w:rPr>
        <w:t xml:space="preserve">-B</w:t>
      </w:r>
      <w:r>
        <w:rPr>
          <w:rStyle w:val="NormalTok"/>
        </w:rPr>
        <w:t xml:space="preserve"> functions_51_56_checks.py</w:t>
      </w:r>
      <w:r>
        <w:br/>
      </w:r>
      <w:r>
        <w:rPr>
          <w:rStyle w:val="ExtensionTok"/>
        </w:rPr>
        <w:t xml:space="preserve">python3</w:t>
      </w:r>
      <w:r>
        <w:rPr>
          <w:rStyle w:val="NormalTok"/>
        </w:rPr>
        <w:t xml:space="preserve"> </w:t>
      </w:r>
      <w:r>
        <w:rPr>
          <w:rStyle w:val="AttributeTok"/>
        </w:rPr>
        <w:t xml:space="preserve">-B</w:t>
      </w:r>
      <w:r>
        <w:rPr>
          <w:rStyle w:val="NormalTok"/>
        </w:rPr>
        <w:t xml:space="preserve"> branches_57_62_checks.py</w:t>
      </w:r>
      <w:r>
        <w:br/>
      </w:r>
      <w:r>
        <w:rPr>
          <w:rStyle w:val="ExtensionTok"/>
        </w:rPr>
        <w:t xml:space="preserve">python3</w:t>
      </w:r>
      <w:r>
        <w:rPr>
          <w:rStyle w:val="NormalTok"/>
        </w:rPr>
        <w:t xml:space="preserve"> </w:t>
      </w:r>
      <w:r>
        <w:rPr>
          <w:rStyle w:val="AttributeTok"/>
        </w:rPr>
        <w:t xml:space="preserve">-B</w:t>
      </w:r>
      <w:r>
        <w:rPr>
          <w:rStyle w:val="NormalTok"/>
        </w:rPr>
        <w:t xml:space="preserve"> functions_63_68_checks.py</w:t>
      </w:r>
      <w:r>
        <w:br/>
      </w:r>
      <w:r>
        <w:rPr>
          <w:rStyle w:val="ExtensionTok"/>
        </w:rPr>
        <w:t xml:space="preserve">python3</w:t>
      </w:r>
      <w:r>
        <w:rPr>
          <w:rStyle w:val="NormalTok"/>
        </w:rPr>
        <w:t xml:space="preserve"> </w:t>
      </w:r>
      <w:r>
        <w:rPr>
          <w:rStyle w:val="AttributeTok"/>
        </w:rPr>
        <w:t xml:space="preserve">-B</w:t>
      </w:r>
      <w:r>
        <w:rPr>
          <w:rStyle w:val="NormalTok"/>
        </w:rPr>
        <w:t xml:space="preserve"> root_69_70_checks.py</w:t>
      </w:r>
      <w:r>
        <w:br/>
      </w:r>
      <w:r>
        <w:rPr>
          <w:rStyle w:val="ExtensionTok"/>
        </w:rPr>
        <w:t xml:space="preserve">python3</w:t>
      </w:r>
      <w:r>
        <w:rPr>
          <w:rStyle w:val="NormalTok"/>
        </w:rPr>
        <w:t xml:space="preserve"> </w:t>
      </w:r>
      <w:r>
        <w:rPr>
          <w:rStyle w:val="AttributeTok"/>
        </w:rPr>
        <w:t xml:space="preserve">-B</w:t>
      </w:r>
      <w:r>
        <w:rPr>
          <w:rStyle w:val="NormalTok"/>
        </w:rPr>
        <w:t xml:space="preserve"> audit_62_independent_checks.py</w:t>
      </w:r>
      <w:r>
        <w:br/>
      </w:r>
      <w:r>
        <w:rPr>
          <w:rStyle w:val="ExtensionTok"/>
        </w:rPr>
        <w:t xml:space="preserve">python3</w:t>
      </w:r>
      <w:r>
        <w:rPr>
          <w:rStyle w:val="NormalTok"/>
        </w:rPr>
        <w:t xml:space="preserve"> </w:t>
      </w:r>
      <w:r>
        <w:rPr>
          <w:rStyle w:val="AttributeTok"/>
        </w:rPr>
        <w:t xml:space="preserve">-B</w:t>
      </w:r>
      <w:r>
        <w:rPr>
          <w:rStyle w:val="NormalTok"/>
        </w:rPr>
        <w:t xml:space="preserve"> audit_geometry_62_checks.py</w:t>
      </w:r>
    </w:p>
    <w:p>
      <w:pPr>
        <w:pStyle w:val="FirstParagraph"/>
      </w:pPr>
      <w:r>
        <w:t xml:space="preserve">These are the original available suite commands. This publication does not claim that this entire list was freshly rerun. The exact interval identities and selected hierarchy calculations were checked separately during the editorial review; that narrower scope is described in the mathematical audit.</w:t>
      </w:r>
    </w:p>
    <w:p>
      <w:pPr>
        <w:pStyle w:val="BodyText"/>
      </w:pPr>
      <w:r>
        <w:t xml:space="preserve">The earlier unnumbered finite-search groundwork has its own independently recorded publication rerun. It covers all 4,194,303 nonempty subsets of</w:t>
      </w:r>
      <w:r>
        <w:t xml:space="preserve"> </w:t>
      </w:r>
      <w:r>
        <w:rPr>
          <w:rStyle w:val="VerbatimChar"/>
        </w:rPr>
        <w:t xml:space="preserve">{1,...,22}</w:t>
      </w:r>
      <w:r>
        <w:t xml:space="preserve">, with two comparison implementations and continuous certificates for the winning example. Consult</w:t>
      </w:r>
      <w:r>
        <w:t xml:space="preserve"> </w:t>
      </w:r>
      <w:r>
        <w:rPr>
          <w:rStyle w:val="VerbatimChar"/>
        </w:rPr>
        <w:t xml:space="preserve">evidence/groundwork_reproduction.md</w:t>
      </w:r>
      <w:r>
        <w:t xml:space="preserve"> </w:t>
      </w:r>
      <w:r>
        <w:t xml:space="preserve">and its receipts for the exact scope and strict bounds. To repeat that work, copy</w:t>
      </w:r>
      <w:r>
        <w:t xml:space="preserve"> </w:t>
      </w:r>
      <w:r>
        <w:rPr>
          <w:rStyle w:val="VerbatimChar"/>
        </w:rPr>
        <w:t xml:space="preserve">evidence/history/previous_sources/</w:t>
      </w:r>
      <w:r>
        <w:t xml:space="preserve">, provide NumPy (the recorded version is 2.3.5), and run</w:t>
      </w:r>
      <w:r>
        <w:t xml:space="preserve"> </w:t>
      </w:r>
      <w:r>
        <w:rPr>
          <w:rStyle w:val="VerbatimChar"/>
        </w:rPr>
        <w:t xml:space="preserve">python3 run_verification.py</w:t>
      </w:r>
      <w:r>
        <w:t xml:space="preserve"> </w:t>
      </w:r>
      <w:r>
        <w:t xml:space="preserve">inside the copy. SciPy is not required by that runner. This guide does not repeat or enlarge that result.</w:t>
      </w:r>
    </w:p>
    <w:p>
      <w:pPr>
        <w:pStyle w:val="BodyText"/>
      </w:pPr>
      <w:r>
        <w:t xml:space="preserve">Other historical exploratory programs can have different dependencies or assumptions. Their original notes remain with them; they are not silently modernized into a single uniformly tested software package. Approaches 41–50 were reconstructed from surviving descriptions. The missing approach-42 collection of 1,980 certificates has not been recreated. Neither a passing current checker nor an intact archive restores missing evidence.</w:t>
      </w:r>
    </w:p>
    <w:bookmarkEnd w:id="254"/>
    <w:bookmarkStart w:id="255" w:name="reading-the-evidence-correctly"/>
    <w:p>
      <w:pPr>
        <w:pStyle w:val="Heading2"/>
      </w:pPr>
      <w:r>
        <w:t xml:space="preserve">4. Reading the evidence correctly</w:t>
      </w:r>
    </w:p>
    <w:p>
      <w:pPr>
        <w:pStyle w:val="FirstParagraph"/>
      </w:pPr>
      <w:r>
        <w:t xml:space="preserve">The mathematical appendix gives the proofs of unrestricted statements. A finite script checks the arithmetic of fixtures and identities; it does not prove every asserted theorem by enumeration. A valid sampled value is a lower bound on negative depth, while exclusion of a deeper continuous minimum requires an upper certificate. Exact rational trial quotients are not automatically the optimized hierarchy values.</w:t>
      </w:r>
    </w:p>
    <w:p>
      <w:pPr>
        <w:pStyle w:val="BodyText"/>
      </w:pPr>
      <w:r>
        <w:t xml:space="preserve">The article attributes the moment hierarchy to Lasserre and the polynomial-concentration architecture to prior work including Slot and Laurent. The novelty of the particular frequency-independent degree estimate is unverified. These internal mathematical and computational checks are not external peer review or formal proof-assistant verification. No claim is made that Chowla’s conjecture has been resolved or that the research establishes a Bass Plus audio-performance improvement.</w:t>
      </w:r>
    </w:p>
    <w:bookmarkEnd w:id="255"/>
    <w:bookmarkStart w:id="256" w:name="rebuild-the-figures-and-reading-editions"/>
    <w:p>
      <w:pPr>
        <w:pStyle w:val="Heading2"/>
      </w:pPr>
      <w:r>
        <w:t xml:space="preserve">5. Rebuild the figures and reading editions</w:t>
      </w:r>
    </w:p>
    <w:p>
      <w:pPr>
        <w:pStyle w:val="FirstParagraph"/>
      </w:pPr>
      <w:r>
        <w:t xml:space="preserve">The canonical article sources are the Markdown files under</w:t>
      </w:r>
      <w:r>
        <w:t xml:space="preserve"> </w:t>
      </w:r>
      <w:r>
        <w:rPr>
          <w:rStyle w:val="VerbatimChar"/>
        </w:rPr>
        <w:t xml:space="preserve">web/</w:t>
      </w:r>
      <w:r>
        <w:t xml:space="preserve"> </w:t>
      </w:r>
      <w:r>
        <w:t xml:space="preserve">and the mathematical appendix under</w:t>
      </w:r>
      <w:r>
        <w:t xml:space="preserve"> </w:t>
      </w:r>
      <w:r>
        <w:rPr>
          <w:rStyle w:val="VerbatimChar"/>
        </w:rPr>
        <w:t xml:space="preserve">appendices/</w:t>
      </w:r>
      <w:r>
        <w:t xml:space="preserve">. The publication preparation used Python 3.12.14, python-docx 1.2.0, NumPy 2.3.5, SciPy 1.17.0, Matplotlib 3.10.8, Pandoc 3.1.3, and LibreOfficeDev 26.8.0.0.alpha0. Exact historical checks have their own dependencies as stated above.</w:t>
      </w:r>
    </w:p>
    <w:p>
      <w:pPr>
        <w:pStyle w:val="BodyText"/>
      </w:pPr>
      <w:r>
        <w:t xml:space="preserve">With the figure dependencies available, run</w:t>
      </w:r>
      <w:r>
        <w:t xml:space="preserve"> </w:t>
      </w:r>
      <w:r>
        <w:rPr>
          <w:rStyle w:val="VerbatimChar"/>
        </w:rPr>
        <w:t xml:space="preserve">python3 code/generate_figures.py</w:t>
      </w:r>
      <w:r>
        <w:t xml:space="preserve"> </w:t>
      </w:r>
      <w:r>
        <w:t xml:space="preserve">to regenerate the supplied SVG, PNG, and JSON assets. With python-docx and Pandoc available, run</w:t>
      </w:r>
      <w:r>
        <w:t xml:space="preserve"> </w:t>
      </w:r>
      <w:r>
        <w:rPr>
          <w:rStyle w:val="VerbatimChar"/>
        </w:rPr>
        <w:t xml:space="preserve">python3 code/build_documents.py</w:t>
      </w:r>
      <w:r>
        <w:t xml:space="preserve"> </w:t>
      </w:r>
      <w:r>
        <w:t xml:space="preserve">to rebuild both Word editions. These programs write generated publication outputs and create intermediate working files; use a working copy if you want the released manifest to remain unchanged.</w:t>
      </w:r>
    </w:p>
    <w:p>
      <w:pPr>
        <w:pStyle w:val="BodyText"/>
      </w:pPr>
      <w:r>
        <w:t xml:space="preserve">The Word files contain native Office Math objects. The builder normalizes delimiter-property order, keeps displayed equations with their labels, and prints table entries as labeled records to avoid an observed table-import defect in the PDF converter. The canonical web sources retain their comparison tables. To export PDFs locally, run LibreOffice in headless conversion mode, for example:</w:t>
      </w:r>
    </w:p>
    <w:p>
      <w:pPr>
        <w:pStyle w:val="SourceCode"/>
      </w:pPr>
      <w:r>
        <w:rPr>
          <w:rStyle w:val="ExtensionTok"/>
        </w:rPr>
        <w:t xml:space="preserve">soffice</w:t>
      </w:r>
      <w:r>
        <w:rPr>
          <w:rStyle w:val="NormalTok"/>
        </w:rPr>
        <w:t xml:space="preserve"> </w:t>
      </w:r>
      <w:r>
        <w:rPr>
          <w:rStyle w:val="AttributeTok"/>
        </w:rPr>
        <w:t xml:space="preserve">--headless</w:t>
      </w:r>
      <w:r>
        <w:rPr>
          <w:rStyle w:val="NormalTok"/>
        </w:rPr>
        <w:t xml:space="preserve"> </w:t>
      </w:r>
      <w:r>
        <w:rPr>
          <w:rStyle w:val="AttributeTok"/>
        </w:rPr>
        <w:t xml:space="preserve">--convert-to</w:t>
      </w:r>
      <w:r>
        <w:rPr>
          <w:rStyle w:val="NormalTok"/>
        </w:rPr>
        <w:t xml:space="preserve"> pdf </w:t>
      </w:r>
      <w:r>
        <w:rPr>
          <w:rStyle w:val="AttributeTok"/>
        </w:rPr>
        <w:t xml:space="preserve">--outdir</w:t>
      </w:r>
      <w:r>
        <w:rPr>
          <w:rStyle w:val="NormalTok"/>
        </w:rPr>
        <w:t xml:space="preserve"> documents documents/BassPlus_Mathematics_of_Sound_Article.docx</w:t>
      </w:r>
      <w:r>
        <w:br/>
      </w:r>
      <w:r>
        <w:rPr>
          <w:rStyle w:val="ExtensionTok"/>
        </w:rPr>
        <w:t xml:space="preserve">soffice</w:t>
      </w:r>
      <w:r>
        <w:rPr>
          <w:rStyle w:val="NormalTok"/>
        </w:rPr>
        <w:t xml:space="preserve"> </w:t>
      </w:r>
      <w:r>
        <w:rPr>
          <w:rStyle w:val="AttributeTok"/>
        </w:rPr>
        <w:t xml:space="preserve">--headless</w:t>
      </w:r>
      <w:r>
        <w:rPr>
          <w:rStyle w:val="NormalTok"/>
        </w:rPr>
        <w:t xml:space="preserve"> </w:t>
      </w:r>
      <w:r>
        <w:rPr>
          <w:rStyle w:val="AttributeTok"/>
        </w:rPr>
        <w:t xml:space="preserve">--convert-to</w:t>
      </w:r>
      <w:r>
        <w:rPr>
          <w:rStyle w:val="NormalTok"/>
        </w:rPr>
        <w:t xml:space="preserve"> pdf </w:t>
      </w:r>
      <w:r>
        <w:rPr>
          <w:rStyle w:val="AttributeTok"/>
        </w:rPr>
        <w:t xml:space="preserve">--outdir</w:t>
      </w:r>
      <w:r>
        <w:rPr>
          <w:rStyle w:val="NormalTok"/>
        </w:rPr>
        <w:t xml:space="preserve"> documents documents/BassPlus_Mathematics_of_Sound_Research_Edition.docx</w:t>
      </w:r>
    </w:p>
    <w:p>
      <w:pPr>
        <w:pStyle w:val="FirstParagraph"/>
      </w:pPr>
      <w:r>
        <w:t xml:space="preserve">Rendering is a separate check from mathematical verification. Inspect the exported pages for complete formulas, correct interval endpoints, visible ceilings and norms, readable tables, intact figure captions, and stable pagination. Different converter versions or fonts may change layout. The released PDFs were inspected visually; the corresponding handoff receipts identify the reviewed files by SHA-256.</w:t>
      </w:r>
    </w:p>
    <w:bookmarkEnd w:id="256"/>
    <w:bookmarkEnd w:id="257"/>
    <w:bookmarkStart w:id="289" w:name="Xa8c212ffaa0e4e7004a03f484c1aa625e8b4127"/>
    <w:p>
      <w:pPr>
        <w:pStyle w:val="Heading1"/>
        <w:pageBreakBefore/>
      </w:pPr>
      <w:r>
        <w:t xml:space="preserve">Provenance, Evidence Boundaries, and Corrections</w:t>
      </w:r>
    </w:p>
    <w:p>
      <w:pPr>
        <w:pStyle w:val="FirstParagraph"/>
      </w:pPr>
      <w:r>
        <w:t xml:space="preserve">Prepared on 18 October 2026 for the</w:t>
      </w:r>
      <w:r>
        <w:t xml:space="preserve"> </w:t>
      </w:r>
      <w:r>
        <w:rPr>
          <w:iCs/>
          <w:i/>
        </w:rPr>
        <w:t xml:space="preserve">Mathematics of Sound</w:t>
      </w:r>
      <w:r>
        <w:t xml:space="preserve"> </w:t>
      </w:r>
      <w:r>
        <w:t xml:space="preserve">publication collection.</w:t>
      </w:r>
    </w:p>
    <w:bookmarkStart w:id="258" w:name="what-complete-collection-means-here"/>
    <w:p>
      <w:pPr>
        <w:pStyle w:val="Heading2"/>
      </w:pPr>
      <w:r>
        <w:t xml:space="preserve">1. What</w:t>
      </w:r>
      <w:r>
        <w:t xml:space="preserve"> </w:t>
      </w:r>
      <w:r>
        <w:t xml:space="preserve">“</w:t>
      </w:r>
      <w:r>
        <w:t xml:space="preserve">complete collection</w:t>
      </w:r>
      <w:r>
        <w:t xml:space="preserve">”</w:t>
      </w:r>
      <w:r>
        <w:t xml:space="preserve"> </w:t>
      </w:r>
      <w:r>
        <w:t xml:space="preserve">means here</w:t>
      </w:r>
    </w:p>
    <w:p>
      <w:pPr>
        <w:pStyle w:val="FirstParagraph"/>
      </w:pPr>
      <w:r>
        <w:t xml:space="preserve">This package consolidates the research material available in the surviving workspace and the restored research journal. It includes the English publication text, a ninety-entry English research catalogue, mathematical appendices, code, exact and approximate computational records, audits, and the historical files from which the new text was prepared. It is complete with respect to those recovered materials. It is</w:t>
      </w:r>
      <w:r>
        <w:t xml:space="preserve"> </w:t>
      </w:r>
      <w:r>
        <w:rPr>
          <w:bCs/>
          <w:b/>
        </w:rPr>
        <w:t xml:space="preserve">not</w:t>
      </w:r>
      <w:r>
        <w:t xml:space="preserve"> </w:t>
      </w:r>
      <w:r>
        <w:t xml:space="preserve">a claim that every previously created temporary file has survived, or that missing data have been silently regenerated.</w:t>
      </w:r>
    </w:p>
    <w:p>
      <w:pPr>
        <w:pStyle w:val="BodyText"/>
      </w:pPr>
      <w:r>
        <w:t xml:space="preserve">The original historical sources remain unedited in</w:t>
      </w:r>
      <w:r>
        <w:t xml:space="preserve"> </w:t>
      </w:r>
      <w:r>
        <w:rPr>
          <w:rStyle w:val="VerbatimChar"/>
        </w:rPr>
        <w:t xml:space="preserve">evidence/history/</w:t>
      </w:r>
      <w:r>
        <w:t xml:space="preserve">. This is important because an earlier candidate may be incorrect, a later audit may narrow its domain, and a later branch may reinterpret rather than replace an earlier result. The English catalogue reports the corrected scope. The historical record allows a reader to inspect how that scope was established.</w:t>
      </w:r>
    </w:p>
    <w:p>
      <w:pPr>
        <w:pStyle w:val="BodyText"/>
      </w:pPr>
      <w:r>
        <w:t xml:space="preserve">This is an AI-assisted technical research report.</w:t>
      </w:r>
      <w:r>
        <w:t xml:space="preserve"> </w:t>
      </w:r>
      <w:r>
        <w:t xml:space="preserve">“</w:t>
      </w:r>
      <w:r>
        <w:t xml:space="preserve">Proved in the notes</w:t>
      </w:r>
      <w:r>
        <w:t xml:space="preserve">”</w:t>
      </w:r>
      <w:r>
        <w:t xml:space="preserve"> </w:t>
      </w:r>
      <w:r>
        <w:t xml:space="preserve">means an inspectable mathematical argument is supplied;</w:t>
      </w:r>
      <w:r>
        <w:t xml:space="preserve"> </w:t>
      </w:r>
      <w:r>
        <w:t xml:space="preserve">“</w:t>
      </w:r>
      <w:r>
        <w:t xml:space="preserve">internally checked</w:t>
      </w:r>
      <w:r>
        <w:t xml:space="preserve">”</w:t>
      </w:r>
      <w:r>
        <w:t xml:space="preserve"> </w:t>
      </w:r>
      <w:r>
        <w:t xml:space="preserve">means a separate check within this research process. Neither expression denotes external peer review, certification by a formal proof assistant, or established priority over the literature. No proof or disproof of the general Chowla cosine conjecture is claimed.</w:t>
      </w:r>
    </w:p>
    <w:bookmarkEnd w:id="258"/>
    <w:bookmarkStart w:id="261" w:name="surviving-source-families"/>
    <w:p>
      <w:pPr>
        <w:pStyle w:val="Heading2"/>
      </w:pPr>
      <w:r>
        <w:t xml:space="preserve">2. Surviving source families</w:t>
      </w:r>
    </w:p>
    <w:p>
      <w:pPr>
        <w:pStyle w:val="FirstParagraph"/>
      </w:pPr>
      <w:r>
        <w:t xml:space="preserve">The following counts describe the historical source directories before addition of publication-specific files. Manifest files and historical audit files are included in the counts.</w:t>
      </w:r>
    </w:p>
    <w:p>
      <w:pPr>
        <w:pStyle w:val="BodyText"/>
      </w:pPr>
      <w:r>
        <w:rPr>
          <w:bCs/>
          <w:b/>
        </w:rPr>
        <w:t xml:space="preserve">Archive location:</w:t>
      </w:r>
      <w:r>
        <w:t xml:space="preserve"> </w:t>
      </w:r>
      <w:r>
        <w:rPr>
          <w:rStyle w:val="VerbatimChar"/>
        </w:rPr>
        <w:t xml:space="preserve">history/previous_sources/</w:t>
      </w:r>
      <w:r>
        <w:t xml:space="preserve"> </w:t>
      </w:r>
      <w:r>
        <w:rPr>
          <w:bCs/>
          <w:b/>
        </w:rPr>
        <w:t xml:space="preserve">Scope:</w:t>
      </w:r>
      <w:r>
        <w:t xml:space="preserve"> </w:t>
      </w:r>
      <w:r>
        <w:t xml:space="preserve">Unnumbered groundwork and approaches 01–40</w:t>
      </w:r>
      <w:r>
        <w:t xml:space="preserve"> </w:t>
      </w:r>
      <w:r>
        <w:rPr>
          <w:bCs/>
          <w:b/>
        </w:rPr>
        <w:t xml:space="preserve">Files:</w:t>
      </w:r>
      <w:r>
        <w:t xml:space="preserve"> </w:t>
      </w:r>
      <w:r>
        <w:t xml:space="preserve">100</w:t>
      </w:r>
      <w:r>
        <w:t xml:space="preserve"> </w:t>
      </w:r>
      <w:r>
        <w:rPr>
          <w:bCs/>
          <w:b/>
        </w:rPr>
        <w:t xml:space="preserve">Provenance:</w:t>
      </w:r>
      <w:r>
        <w:t xml:space="preserve"> </w:t>
      </w:r>
      <w:r>
        <w:t xml:space="preserve">Extracted from the preserved journal; every recorded byte count and SHA-256 hash matches</w:t>
      </w:r>
    </w:p>
    <w:p>
      <w:pPr>
        <w:pStyle w:val="BodyText"/>
      </w:pPr>
      <w:r>
        <w:rPr>
          <w:bCs/>
          <w:b/>
        </w:rPr>
        <w:t xml:space="preserve">Archive location:</w:t>
      </w:r>
      <w:r>
        <w:t xml:space="preserve"> </w:t>
      </w:r>
      <w:r>
        <w:rPr>
          <w:rStyle w:val="VerbatimChar"/>
        </w:rPr>
        <w:t xml:space="preserve">history/recovered/</w:t>
      </w:r>
      <w:r>
        <w:t xml:space="preserve"> </w:t>
      </w:r>
      <w:r>
        <w:rPr>
          <w:bCs/>
          <w:b/>
        </w:rPr>
        <w:t xml:space="preserve">Scope:</w:t>
      </w:r>
      <w:r>
        <w:t xml:space="preserve"> </w:t>
      </w:r>
      <w:r>
        <w:t xml:space="preserve">Approaches 41–50</w:t>
      </w:r>
      <w:r>
        <w:t xml:space="preserve"> </w:t>
      </w:r>
      <w:r>
        <w:rPr>
          <w:bCs/>
          <w:b/>
        </w:rPr>
        <w:t xml:space="preserve">Files:</w:t>
      </w:r>
      <w:r>
        <w:t xml:space="preserve"> </w:t>
      </w:r>
      <w:r>
        <w:t xml:space="preserve">7</w:t>
      </w:r>
      <w:r>
        <w:t xml:space="preserve"> </w:t>
      </w:r>
      <w:r>
        <w:rPr>
          <w:bCs/>
          <w:b/>
        </w:rPr>
        <w:t xml:space="preserve">Provenance:</w:t>
      </w:r>
      <w:r>
        <w:t xml:space="preserve"> </w:t>
      </w:r>
      <w:r>
        <w:t xml:space="preserve">Four reconstructed mathematical texts, recovery notice, recreated checker, and its output</w:t>
      </w:r>
    </w:p>
    <w:p>
      <w:pPr>
        <w:pStyle w:val="BodyText"/>
      </w:pPr>
      <w:r>
        <w:rPr>
          <w:bCs/>
          <w:b/>
        </w:rPr>
        <w:t xml:space="preserve">Archive location:</w:t>
      </w:r>
      <w:r>
        <w:t xml:space="preserve"> </w:t>
      </w:r>
      <w:r>
        <w:rPr>
          <w:rStyle w:val="VerbatimChar"/>
        </w:rPr>
        <w:t xml:space="preserve">history/round5/</w:t>
      </w:r>
      <w:r>
        <w:t xml:space="preserve"> </w:t>
      </w:r>
      <w:r>
        <w:rPr>
          <w:bCs/>
          <w:b/>
        </w:rPr>
        <w:t xml:space="preserve">Scope:</w:t>
      </w:r>
      <w:r>
        <w:t xml:space="preserve"> </w:t>
      </w:r>
      <w:r>
        <w:t xml:space="preserve">Approaches 51–70</w:t>
      </w:r>
      <w:r>
        <w:t xml:space="preserve"> </w:t>
      </w:r>
      <w:r>
        <w:rPr>
          <w:bCs/>
          <w:b/>
        </w:rPr>
        <w:t xml:space="preserve">Files:</w:t>
      </w:r>
      <w:r>
        <w:t xml:space="preserve"> </w:t>
      </w:r>
      <w:r>
        <w:t xml:space="preserve">40</w:t>
      </w:r>
      <w:r>
        <w:t xml:space="preserve"> </w:t>
      </w:r>
      <w:r>
        <w:rPr>
          <w:bCs/>
          <w:b/>
        </w:rPr>
        <w:t xml:space="preserve">Provenance:</w:t>
      </w:r>
      <w:r>
        <w:t xml:space="preserve"> </w:t>
      </w:r>
      <w:r>
        <w:t xml:space="preserve">Surviving separate notes, code, result files, audits, index, and manifest</w:t>
      </w:r>
    </w:p>
    <w:p>
      <w:pPr>
        <w:pStyle w:val="BodyText"/>
      </w:pPr>
      <w:r>
        <w:rPr>
          <w:bCs/>
          <w:b/>
        </w:rPr>
        <w:t xml:space="preserve">Archive location:</w:t>
      </w:r>
      <w:r>
        <w:t xml:space="preserve"> </w:t>
      </w:r>
      <w:r>
        <w:rPr>
          <w:rStyle w:val="VerbatimChar"/>
        </w:rPr>
        <w:t xml:space="preserve">history/round6/</w:t>
      </w:r>
      <w:r>
        <w:t xml:space="preserve"> </w:t>
      </w:r>
      <w:r>
        <w:rPr>
          <w:bCs/>
          <w:b/>
        </w:rPr>
        <w:t xml:space="preserve">Scope:</w:t>
      </w:r>
      <w:r>
        <w:t xml:space="preserve"> </w:t>
      </w:r>
      <w:r>
        <w:t xml:space="preserve">Approaches 71–90</w:t>
      </w:r>
      <w:r>
        <w:t xml:space="preserve"> </w:t>
      </w:r>
      <w:r>
        <w:rPr>
          <w:bCs/>
          <w:b/>
        </w:rPr>
        <w:t xml:space="preserve">Files:</w:t>
      </w:r>
      <w:r>
        <w:t xml:space="preserve"> </w:t>
      </w:r>
      <w:r>
        <w:t xml:space="preserve">43</w:t>
      </w:r>
      <w:r>
        <w:t xml:space="preserve"> </w:t>
      </w:r>
      <w:r>
        <w:rPr>
          <w:bCs/>
          <w:b/>
        </w:rPr>
        <w:t xml:space="preserve">Provenance:</w:t>
      </w:r>
      <w:r>
        <w:t xml:space="preserve"> </w:t>
      </w:r>
      <w:r>
        <w:t xml:space="preserve">Surviving separate notes, code, result files, audits, illustration assets, index, and manifest</w:t>
      </w:r>
    </w:p>
    <w:p>
      <w:pPr>
        <w:pStyle w:val="BodyText"/>
      </w:pPr>
      <w:r>
        <w:rPr>
          <w:bCs/>
          <w:b/>
        </w:rPr>
        <w:t xml:space="preserve">Archive location:</w:t>
      </w:r>
      <w:r>
        <w:t xml:space="preserve"> </w:t>
      </w:r>
      <w:r>
        <w:rPr>
          <w:rStyle w:val="VerbatimChar"/>
        </w:rPr>
        <w:t xml:space="preserve">history/Chowla_Research_Journal.txt</w:t>
      </w:r>
      <w:r>
        <w:t xml:space="preserve"> </w:t>
      </w:r>
      <w:r>
        <w:rPr>
          <w:bCs/>
          <w:b/>
        </w:rPr>
        <w:t xml:space="preserve">Scope:</w:t>
      </w:r>
      <w:r>
        <w:t xml:space="preserve"> </w:t>
      </w:r>
      <w:r>
        <w:t xml:space="preserve">Earlier consolidated journal with embedded sources</w:t>
      </w:r>
      <w:r>
        <w:t xml:space="preserve"> </w:t>
      </w:r>
      <w:r>
        <w:rPr>
          <w:bCs/>
          <w:b/>
        </w:rPr>
        <w:t xml:space="preserve">Files:</w:t>
      </w:r>
      <w:r>
        <w:t xml:space="preserve"> </w:t>
      </w:r>
      <w:r>
        <w:t xml:space="preserve">1</w:t>
      </w:r>
      <w:r>
        <w:t xml:space="preserve"> </w:t>
      </w:r>
      <w:r>
        <w:rPr>
          <w:bCs/>
          <w:b/>
        </w:rPr>
        <w:t xml:space="preserve">Provenance:</w:t>
      </w:r>
      <w:r>
        <w:t xml:space="preserve"> </w:t>
      </w:r>
      <w:r>
        <w:t xml:space="preserve">Preserved original byte sequence</w:t>
      </w:r>
    </w:p>
    <w:p>
      <w:pPr>
        <w:pStyle w:val="BodyText"/>
      </w:pPr>
      <w:r>
        <w:t xml:space="preserve">The journal is 1,030,916 bytes. Its SHA-256 is:</w:t>
      </w:r>
    </w:p>
    <w:p>
      <w:pPr>
        <w:pStyle w:val="SourceCode"/>
      </w:pPr>
      <w:r>
        <w:rPr>
          <w:rStyle w:val="VerbatimChar"/>
        </w:rPr>
        <w:t xml:space="preserve">9d81250bfbe7dff8b90078e76e2eabfb41b6897812051aa3bdc4435bf1eb0721</w:t>
      </w:r>
    </w:p>
    <w:p>
      <w:pPr>
        <w:pStyle w:val="FirstParagraph"/>
      </w:pPr>
      <w:r>
        <w:t xml:space="preserve">For publication preparation, the catalogue pass recalculated the hashes and byte counts of all 100 source files against the embedded journal registry. All 100 matched. It also compared the 39 listed non-manifest files in the round-five manifest and the 42 listed non-manifest files in the round-six manifest; no mismatches were found. These are</w:t>
      </w:r>
      <w:r>
        <w:t xml:space="preserve"> </w:t>
      </w:r>
      <w:r>
        <w:rPr>
          <w:bCs/>
          <w:b/>
        </w:rPr>
        <w:t xml:space="preserve">integrity checks</w:t>
      </w:r>
      <w:r>
        <w:t xml:space="preserve">, not fresh mathematical experiment runs. A hash proves that a version is identifiable, not that its mathematics is correct.</w:t>
      </w:r>
    </w:p>
    <w:p>
      <w:pPr>
        <w:pStyle w:val="BodyText"/>
      </w:pPr>
      <w:r>
        <w:t xml:space="preserve">The archive-wide inventory and final manifest describe the finished package. The machine-readable</w:t>
      </w:r>
      <w:r>
        <w:t xml:space="preserve"> </w:t>
      </w:r>
      <w:hyperlink r:id="rId259">
        <w:r>
          <w:rPr>
            <w:rStyle w:val="Hyperlink"/>
          </w:rPr>
          <w:t xml:space="preserve">catalogue source map</w:t>
        </w:r>
      </w:hyperlink>
      <w:r>
        <w:t xml:space="preserve"> </w:t>
      </w:r>
      <w:r>
        <w:t xml:space="preserve">connects each numbered English entry to its source paths, byte counts, and source hashes. The</w:t>
      </w:r>
      <w:r>
        <w:t xml:space="preserve"> </w:t>
      </w:r>
      <w:hyperlink r:id="rId260">
        <w:r>
          <w:rPr>
            <w:rStyle w:val="Hyperlink"/>
          </w:rPr>
          <w:t xml:space="preserve">history inventory</w:t>
        </w:r>
      </w:hyperlink>
      <w:r>
        <w:t xml:space="preserve"> </w:t>
      </w:r>
      <w:r>
        <w:t xml:space="preserve">inventories the copied historical material more broadly.</w:t>
      </w:r>
    </w:p>
    <w:bookmarkEnd w:id="261"/>
    <w:bookmarkStart w:id="265" w:name="what-was-lost-in-approaches-4150"/>
    <w:p>
      <w:pPr>
        <w:pStyle w:val="Heading2"/>
      </w:pPr>
      <w:r>
        <w:t xml:space="preserve">3. What was lost in approaches 41–50</w:t>
      </w:r>
    </w:p>
    <w:p>
      <w:pPr>
        <w:pStyle w:val="FirstParagraph"/>
      </w:pPr>
      <w:r>
        <w:t xml:space="preserve">The texts in</w:t>
      </w:r>
      <w:r>
        <w:t xml:space="preserve"> </w:t>
      </w:r>
      <w:r>
        <w:rPr>
          <w:rStyle w:val="VerbatimChar"/>
        </w:rPr>
        <w:t xml:space="preserve">history/recovered/</w:t>
      </w:r>
      <w:r>
        <w:t xml:space="preserve"> </w:t>
      </w:r>
      <w:r>
        <w:t xml:space="preserve">explicitly state that an earlier environment failure removed the original working files. They were reconstructed from surviving research statements. A reconstructed argument is available for scrutiny, but it is not the original source file, original execution log, or original certificate data.</w:t>
      </w:r>
    </w:p>
    <w:p>
      <w:pPr>
        <w:pStyle w:val="BodyText"/>
        <w:keepLines/>
      </w:pPr>
      <w:r>
        <w:t xml:space="preserve">The most consequential gap concerns</w:t>
      </w:r>
      <w:r>
        <w:t xml:space="preserve"> </w:t>
      </w:r>
      <w:r>
        <w:rPr>
          <w:bCs/>
          <w:b/>
        </w:rPr>
        <w:t xml:space="preserve">approach 42</w:t>
      </w:r>
      <w:r>
        <w:t xml:space="preserve">, the proposed single-frequency local trap at</w:t>
      </w:r>
      <w:r>
        <w:t xml:space="preserve"> </w:t>
      </w:r>
      <m:oMath>
        <m:sSub>
          <m:e>
            <m:r>
              <m:t>A</m:t>
            </m:r>
          </m:e>
          <m:sub>
            <m:r>
              <m:t>0</m:t>
            </m:r>
          </m:sub>
        </m:sSub>
        <m:r>
          <m:rPr>
            <m:sty m:val="p"/>
          </m:rPr>
          <m:t>=</m:t>
        </m:r>
        <m:r>
          <m:rPr>
            <m:sty m:val="p"/>
          </m:rPr>
          <m:t>{</m:t>
        </m:r>
        <m:r>
          <m:t>1</m:t>
        </m:r>
        <m:r>
          <m:rPr>
            <m:sty m:val="p"/>
          </m:rPr>
          <m:t>,</m:t>
        </m:r>
        <m:r>
          <m:t>4</m:t>
        </m:r>
        <m:r>
          <m:rPr>
            <m:sty m:val="p"/>
          </m:rPr>
          <m:t>,</m:t>
        </m:r>
        <m:r>
          <m:t>5</m:t>
        </m:r>
        <m:r>
          <m:rPr>
            <m:sty m:val="p"/>
          </m:rPr>
          <m:t>,</m:t>
        </m:r>
        <m:r>
          <m:t>6</m:t>
        </m:r>
        <m:r>
          <m:rPr>
            <m:sty m:val="p"/>
          </m:rPr>
          <m:t>}</m:t>
        </m:r>
      </m:oMath>
      <w:r>
        <w:t xml:space="preserve">. The prior research reported 1,980 exact rational witnesses for replacement frequencies below 500, together with several Bernstein positivity certificates. Their original witness list and certificate files were lost. The surviving reconstruction gives the polynomial formulas, approximate location information, the reported earlier bounds, and a full analytic proof for every replacement frequency at least 500. It does not itself restore the finite witnesses. Therefore:</w:t>
      </w:r>
    </w:p>
    <w:p>
      <w:pPr>
        <w:numPr>
          <w:ilvl w:val="0"/>
          <w:numId w:val="1005"/>
        </w:numPr>
        <w:pStyle w:val="Compact"/>
      </w:pPr>
      <w:r>
        <w:t xml:space="preserve">The infinite replacement tail is available as a complete reconstructed proof.</w:t>
      </w:r>
    </w:p>
    <w:p>
      <w:pPr>
        <w:numPr>
          <w:ilvl w:val="0"/>
          <w:numId w:val="1005"/>
        </w:numPr>
        <w:pStyle w:val="Compact"/>
      </w:pPr>
      <w:r>
        <w:t xml:space="preserve">The prior finite-check success is preserved as a historical report.</w:t>
      </w:r>
    </w:p>
    <w:p>
      <w:pPr>
        <w:numPr>
          <w:ilvl w:val="0"/>
          <w:numId w:val="1005"/>
        </w:numPr>
        <w:pStyle w:val="Compact"/>
      </w:pPr>
      <w:r>
        <w:t xml:space="preserve">The full local-trap theorem is not presented in the English catalogue as freshly machine-reproduced evidence.</w:t>
      </w:r>
    </w:p>
    <w:p>
      <w:pPr>
        <w:numPr>
          <w:ilvl w:val="0"/>
          <w:numId w:val="1005"/>
        </w:numPr>
        <w:pStyle w:val="Compact"/>
      </w:pPr>
      <w:r>
        <w:t xml:space="preserve">Any future regeneration must be dated and stored as a new verification record, rather than replacing the provenance notice.</w:t>
      </w:r>
    </w:p>
    <w:p>
      <w:pPr>
        <w:pStyle w:val="FirstParagraph"/>
      </w:pPr>
      <w:r>
        <w:t xml:space="preserve">Other reconstructed branches describe earlier finite experiments whose original outputs are absent. Their general mathematical arguments are printed again, where available. In</w:t>
      </w:r>
      <w:r>
        <w:t xml:space="preserve"> </w:t>
      </w:r>
      <w:r>
        <w:rPr>
          <w:bCs/>
          <w:b/>
        </w:rPr>
        <w:t xml:space="preserve">approach 50</w:t>
      </w:r>
      <w:r>
        <w:t xml:space="preserve">, a new integer checker and result file were actually recreated and survive; they verify the explicit denominator-81 and denominator-128 certificates. Those surviving outputs are different in status from the lost unsuccessful trial vectors at other denominators. Failure of one trial vector would not prove that a different certificate at the same denominator is impossible in any event.</w:t>
      </w:r>
    </w:p>
    <w:p>
      <w:pPr>
        <w:pStyle w:val="BodyText"/>
      </w:pPr>
      <w:r>
        <w:t xml:space="preserve">Sources:</w:t>
      </w:r>
      <w:r>
        <w:t xml:space="preserve"> </w:t>
      </w:r>
      <w:hyperlink r:id="rId262">
        <w:r>
          <w:rPr>
            <w:rStyle w:val="Hyperlink"/>
          </w:rPr>
          <w:t xml:space="preserve">recovery notice</w:t>
        </w:r>
      </w:hyperlink>
      <w:r>
        <w:t xml:space="preserve">,</w:t>
      </w:r>
      <w:r>
        <w:t xml:space="preserve"> </w:t>
      </w:r>
      <w:hyperlink r:id="rId263">
        <w:r>
          <w:rPr>
            <w:rStyle w:val="Hyperlink"/>
          </w:rPr>
          <w:t xml:space="preserve">biology reconstruction</w:t>
        </w:r>
      </w:hyperlink>
      <w:r>
        <w:t xml:space="preserve">, and</w:t>
      </w:r>
      <w:r>
        <w:t xml:space="preserve"> </w:t>
      </w:r>
      <w:hyperlink r:id="rId264">
        <w:r>
          <w:rPr>
            <w:rStyle w:val="Hyperlink"/>
          </w:rPr>
          <w:t xml:space="preserve">rounding reconstruction</w:t>
        </w:r>
      </w:hyperlink>
      <w:r>
        <w:t xml:space="preserve">.</w:t>
      </w:r>
    </w:p>
    <w:bookmarkEnd w:id="265"/>
    <w:bookmarkStart w:id="284" w:name="Xaee5acefb3e43f68848c1bd71896d11a3e849f7"/>
    <w:p>
      <w:pPr>
        <w:pStyle w:val="Heading2"/>
      </w:pPr>
      <w:r>
        <w:t xml:space="preserve">4. Corrections that the English publication must preserve</w:t>
      </w:r>
    </w:p>
    <w:bookmarkStart w:id="267" w:name="Xaa33569456113d55e0767c433dc169e27c5e269"/>
    <w:p>
      <w:pPr>
        <w:pStyle w:val="Heading3"/>
      </w:pPr>
      <w:r>
        <w:t xml:space="preserve">4.1. Finite and unrestricted frequency universes differ</w:t>
      </w:r>
    </w:p>
    <w:p>
      <w:pPr>
        <w:pStyle w:val="FirstParagraph"/>
      </w:pPr>
      <w:r>
        <w:t xml:space="preserve">Approach 13’s relaxed mixed game has an unrestricted-domain value that cannot be asserted unchanged for every finite cutoff. The later clarification gives the finite-domain calculation separately. The catalogue cites both records and uses the corrected scope. A finite optimum elsewhere in the project likewise remains a theorem about that specified universe, not every positive integer frequency.</w:t>
      </w:r>
    </w:p>
    <w:p>
      <w:pPr>
        <w:pStyle w:val="BodyText"/>
      </w:pPr>
      <w:r>
        <w:t xml:space="preserve">Source:</w:t>
      </w:r>
      <w:r>
        <w:t xml:space="preserve"> </w:t>
      </w:r>
      <w:hyperlink r:id="rId266">
        <w:r>
          <w:rPr>
            <w:rStyle w:val="Hyperlink"/>
          </w:rPr>
          <w:t xml:space="preserve">game-domain clarification</w:t>
        </w:r>
      </w:hyperlink>
      <w:r>
        <w:t xml:space="preserve">.</w:t>
      </w:r>
    </w:p>
    <w:bookmarkEnd w:id="267"/>
    <w:bookmarkStart w:id="269" w:name="Xd685e4ba8e4c8b0d42bf6979cbf1bccde9be4ca"/>
    <w:p>
      <w:pPr>
        <w:pStyle w:val="Heading3"/>
      </w:pPr>
      <w:r>
        <w:t xml:space="preserve">4.2. A nonnegative contact need not have exactly quadratic order</w:t>
      </w:r>
    </w:p>
    <w:p>
      <w:pPr>
        <w:pStyle w:val="FirstParagraph"/>
      </w:pPr>
      <w:r>
        <w:t xml:space="preserve">At a zero of a nonnegative analytic real function, the vanishing order is at least two and may be higher. Approach 23’s boundary argument uses the weaker correct condition. The earlier wording was corrected and the correction retained in its audit.</w:t>
      </w:r>
    </w:p>
    <w:p>
      <w:pPr>
        <w:pStyle w:val="BodyText"/>
      </w:pPr>
      <w:r>
        <w:t xml:space="preserve">Source:</w:t>
      </w:r>
      <w:r>
        <w:t xml:space="preserve"> </w:t>
      </w:r>
      <w:hyperlink r:id="rId268">
        <w:r>
          <w:rPr>
            <w:rStyle w:val="Hyperlink"/>
          </w:rPr>
          <w:t xml:space="preserve">analysis audit</w:t>
        </w:r>
      </w:hyperlink>
      <w:r>
        <w:t xml:space="preserve">.</w:t>
      </w:r>
    </w:p>
    <w:bookmarkEnd w:id="269"/>
    <w:bookmarkStart w:id="272" w:name="Xa69aec0d772fe2645897ea36a9faf78b7dffcaa"/>
    <w:p>
      <w:pPr>
        <w:pStyle w:val="Heading3"/>
        <w:keepLines/>
      </w:pPr>
      <w:r>
        <w:t xml:space="preserve">4.3. Rational-factor counting has a factor of</w:t>
      </w:r>
      <w:r>
        <w:t xml:space="preserve"> </w:t>
      </w:r>
      <m:oMath>
        <m:sSup>
          <m:e>
            <m:r>
              <m:t>q</m:t>
            </m:r>
          </m:e>
          <m:sup>
            <m:r>
              <m:t>2</m:t>
            </m:r>
          </m:sup>
        </m:sSup>
      </m:oMath>
      <w:r>
        <w:t xml:space="preserve"> </w:t>
      </w:r>
      <w:r>
        <w:t xml:space="preserve">on both sides</w:t>
      </w:r>
    </w:p>
    <w:p>
      <w:pPr>
        <w:pStyle w:val="FirstParagraph"/>
      </w:pPr>
      <w:r>
        <w:t xml:space="preserve">For</w:t>
      </w:r>
    </w:p>
    <w:p>
      <w:pPr>
        <w:pStyle w:val="BodyText"/>
        <w:keepLines/>
      </w:pPr>
      <m:oMathPara>
        <m:oMathParaPr>
          <m:jc m:val="center"/>
        </m:oMathParaPr>
        <m:oMath>
          <m:r>
            <m:t>H</m:t>
          </m:r>
          <m:r>
            <m:rPr>
              <m:sty m:val="p"/>
            </m:rPr>
            <m:t>=</m:t>
          </m:r>
          <m:r>
            <m:t>2</m:t>
          </m:r>
          <m:r>
            <m:t>m</m:t>
          </m:r>
          <m:r>
            <m:rPr>
              <m:sty m:val="p"/>
            </m:rPr>
            <m:t>+</m:t>
          </m:r>
          <m:nary>
            <m:naryPr>
              <m:chr m:val="∑"/>
              <m:limLoc m:val="undOvr"/>
              <m:subHide m:val="off"/>
              <m:supHide m:val="on"/>
            </m:naryPr>
            <m:sub>
              <m:r>
                <m:t>a</m:t>
              </m:r>
              <m:r>
                <m:rPr>
                  <m:sty m:val="p"/>
                </m:rPr>
                <m:t>∈</m:t>
              </m:r>
              <m:r>
                <m:t>A</m:t>
              </m:r>
            </m:sub>
            <m:sup>
              <m:r>
                <m:t>​</m:t>
              </m:r>
            </m:sup>
            <m:e>
              <m:d>
                <m:dPr>
                  <m:begChr m:val="("/>
                  <m:sepChr m:val=""/>
                  <m:endChr m:val=")"/>
                  <m:grow/>
                </m:dPr>
                <m:e>
                  <m:sSup>
                    <m:e>
                      <m:r>
                        <m:t>z</m:t>
                      </m:r>
                    </m:e>
                    <m:sup>
                      <m:r>
                        <m:t>a</m:t>
                      </m:r>
                    </m:sup>
                  </m:sSup>
                  <m:r>
                    <m:rPr>
                      <m:sty m:val="p"/>
                    </m:rPr>
                    <m:t>+</m:t>
                  </m:r>
                  <m:sSup>
                    <m:e>
                      <m:r>
                        <m:t>z</m:t>
                      </m:r>
                    </m:e>
                    <m:sup>
                      <m:r>
                        <m:rPr>
                          <m:sty m:val="p"/>
                        </m:rPr>
                        <m:t>−</m:t>
                      </m:r>
                      <m:r>
                        <m:t>a</m:t>
                      </m:r>
                    </m:sup>
                  </m:sSup>
                </m:e>
              </m:d>
            </m:e>
          </m:nary>
          <m:r>
            <m:rPr>
              <m:sty m:val="p"/>
            </m:rPr>
            <m:t>,</m:t>
          </m:r>
          <m:r>
            <m:t>  </m:t>
          </m:r>
          <m:sSup>
            <m:e>
              <m:r>
                <m:t>q</m:t>
              </m:r>
            </m:e>
            <m:sup>
              <m:r>
                <m:t>2</m:t>
              </m:r>
            </m:sup>
          </m:sSup>
          <m:r>
            <m:t>H</m:t>
          </m:r>
          <m:r>
            <m:rPr>
              <m:sty m:val="p"/>
            </m:rPr>
            <m:t>=</m:t>
          </m:r>
          <m:nary>
            <m:naryPr>
              <m:chr m:val="∑"/>
              <m:limLoc m:val="undOvr"/>
              <m:subHide m:val="off"/>
              <m:supHide m:val="on"/>
            </m:naryPr>
            <m:sub>
              <m:r>
                <m:t>j</m:t>
              </m:r>
            </m:sub>
            <m:sup>
              <m:r>
                <m:t>​</m:t>
              </m:r>
            </m:sup>
            <m:e>
              <m:sSup>
                <m:e>
                  <m:d>
                    <m:dPr>
                      <m:begChr m:val="|"/>
                      <m:sepChr m:val=""/>
                      <m:endChr m:val="|"/>
                      <m:grow/>
                    </m:dPr>
                    <m:e>
                      <m:sSub>
                        <m:e>
                          <m:r>
                            <m:t>R</m:t>
                          </m:r>
                        </m:e>
                        <m:sub>
                          <m:r>
                            <m:t>j</m:t>
                          </m:r>
                        </m:sub>
                      </m:sSub>
                    </m:e>
                  </m:d>
                </m:e>
                <m:sup>
                  <m:r>
                    <m:t>2</m:t>
                  </m:r>
                </m:sup>
              </m:sSup>
            </m:e>
          </m:nary>
          <m:r>
            <m:rPr>
              <m:sty m:val="p"/>
            </m:rPr>
            <m:t>,</m:t>
          </m:r>
        </m:oMath>
      </m:oMathPara>
    </w:p>
    <w:p>
      <w:pPr>
        <w:pStyle w:val="FirstParagraph"/>
        <w:keepLines/>
      </w:pPr>
      <w:r>
        <w:t xml:space="preserve">with Gaussian-integer coefficient polynomials</w:t>
      </w:r>
      <w:r>
        <w:t xml:space="preserve"> </w:t>
      </w:r>
      <m:oMath>
        <m:sSub>
          <m:e>
            <m:r>
              <m:t>R</m:t>
            </m:r>
          </m:e>
          <m:sub>
            <m:r>
              <m:t>j</m:t>
            </m:r>
          </m:sub>
        </m:sSub>
      </m:oMath>
      <w:r>
        <w:t xml:space="preserve">, the total energy is</w:t>
      </w:r>
      <w:r>
        <w:t xml:space="preserve"> </w:t>
      </w:r>
      <m:oMath>
        <m:r>
          <m:t>2</m:t>
        </m:r>
        <m:r>
          <m:t>m</m:t>
        </m:r>
        <m:sSup>
          <m:e>
            <m:r>
              <m:t>q</m:t>
            </m:r>
          </m:e>
          <m:sup>
            <m:r>
              <m:t>2</m:t>
            </m:r>
          </m:sup>
        </m:sSup>
      </m:oMath>
      <w:r>
        <w:t xml:space="preserve">, while the sum of positive Fourier coefficients on the left is</w:t>
      </w:r>
      <w:r>
        <w:t xml:space="preserve"> </w:t>
      </w:r>
      <m:oMath>
        <m:r>
          <m:t>N</m:t>
        </m:r>
        <m:sSup>
          <m:e>
            <m:r>
              <m:t>q</m:t>
            </m:r>
          </m:e>
          <m:sup>
            <m:r>
              <m:t>2</m:t>
            </m:r>
          </m:sup>
        </m:sSup>
      </m:oMath>
      <w:r>
        <w:t xml:space="preserve">. The corrected estimate is</w:t>
      </w:r>
    </w:p>
    <w:p>
      <w:pPr>
        <w:pStyle w:val="BodyText"/>
        <w:keepLines/>
      </w:pPr>
      <m:oMathPara>
        <m:oMathParaPr>
          <m:jc m:val="center"/>
        </m:oMathParaPr>
        <m:oMath>
          <m:r>
            <m:t>N</m:t>
          </m:r>
          <m:r>
            <m:rPr>
              <m:sty m:val="p"/>
            </m:rPr>
            <m:t>≤</m:t>
          </m:r>
          <m:r>
            <m:t>2</m:t>
          </m:r>
          <m:sSup>
            <m:e>
              <m:r>
                <m:t>m</m:t>
              </m:r>
            </m:e>
            <m:sup>
              <m:r>
                <m:t>2</m:t>
              </m:r>
            </m:sup>
          </m:sSup>
          <m:sSup>
            <m:e>
              <m:r>
                <m:t>q</m:t>
              </m:r>
            </m:e>
            <m:sup>
              <m:r>
                <m:t>2</m:t>
              </m:r>
            </m:sup>
          </m:sSup>
          <m:r>
            <m:rPr>
              <m:sty m:val="p"/>
            </m:rPr>
            <m:t>−</m:t>
          </m:r>
          <m:r>
            <m:t>m</m:t>
          </m:r>
          <m:r>
            <m:rPr>
              <m:sty m:val="p"/>
            </m:rPr>
            <m:t>.</m:t>
          </m:r>
        </m:oMath>
      </m:oMathPara>
    </w:p>
    <w:p>
      <w:pPr>
        <w:pStyle w:val="FirstParagraph"/>
        <w:keepLines/>
      </w:pPr>
      <w:r>
        <w:t xml:space="preserve">Its scale is</w:t>
      </w:r>
      <w:r>
        <w:t xml:space="preserve"> </w:t>
      </w:r>
      <m:oMath>
        <m:rad>
          <m:radPr>
            <m:degHide m:val="on"/>
          </m:radPr>
          <m:deg/>
          <m:e>
            <m:r>
              <m:t>N</m:t>
            </m:r>
          </m:e>
        </m:rad>
        <m:r>
          <m:rPr>
            <m:sty m:val="p"/>
          </m:rPr>
          <m:t>/</m:t>
        </m:r>
        <m:r>
          <m:t>q</m:t>
        </m:r>
      </m:oMath>
      <w:r>
        <w:t xml:space="preserve"> </w:t>
      </w:r>
      <w:r>
        <w:t xml:space="preserve">for the induced bound on</w:t>
      </w:r>
      <w:r>
        <w:t xml:space="preserve"> </w:t>
      </w:r>
      <m:oMath>
        <m:r>
          <m:t>m</m:t>
        </m:r>
      </m:oMath>
      <w:r>
        <w:t xml:space="preserve">, not</w:t>
      </w:r>
      <w:r>
        <w:t xml:space="preserve"> </w:t>
      </w:r>
      <m:oMath>
        <m:rad>
          <m:radPr>
            <m:degHide m:val="on"/>
          </m:radPr>
          <m:deg/>
          <m:e>
            <m:r>
              <m:t>N</m:t>
            </m:r>
          </m:e>
        </m:rad>
        <m:r>
          <m:rPr>
            <m:sty m:val="p"/>
          </m:rPr>
          <m:t>/</m:t>
        </m:r>
        <m:sSup>
          <m:e>
            <m:r>
              <m:t>q</m:t>
            </m:r>
          </m:e>
          <m:sup>
            <m:r>
              <m:t>2</m:t>
            </m:r>
          </m:sup>
        </m:sSup>
      </m:oMath>
      <w:r>
        <w:t xml:space="preserve">. The English discussion uses this normalization. Historical wording about a previously too-weak estimate remains in the reconstruction for traceability.</w:t>
      </w:r>
    </w:p>
    <w:p>
      <w:pPr>
        <w:pStyle w:val="BodyText"/>
      </w:pPr>
      <w:r>
        <w:t xml:space="preserve">Sources:</w:t>
      </w:r>
      <w:r>
        <w:t xml:space="preserve"> </w:t>
      </w:r>
      <w:hyperlink r:id="rId270">
        <w:r>
          <w:rPr>
            <w:rStyle w:val="Hyperlink"/>
          </w:rPr>
          <w:t xml:space="preserve">original denominator lemma</w:t>
        </w:r>
      </w:hyperlink>
      <w:r>
        <w:t xml:space="preserve">,</w:t>
      </w:r>
      <w:r>
        <w:t xml:space="preserve"> </w:t>
      </w:r>
      <w:hyperlink r:id="rId264">
        <w:r>
          <w:rPr>
            <w:rStyle w:val="Hyperlink"/>
          </w:rPr>
          <w:t xml:space="preserve">rounding reconstruction</w:t>
        </w:r>
      </w:hyperlink>
      <w:r>
        <w:t xml:space="preserve">, and</w:t>
      </w:r>
      <w:r>
        <w:t xml:space="preserve"> </w:t>
      </w:r>
      <w:hyperlink r:id="rId271">
        <w:r>
          <w:rPr>
            <w:rStyle w:val="Hyperlink"/>
          </w:rPr>
          <w:t xml:space="preserve">corrected denominator function</w:t>
        </w:r>
      </w:hyperlink>
      <w:r>
        <w:t xml:space="preserve">.</w:t>
      </w:r>
    </w:p>
    <w:bookmarkEnd w:id="272"/>
    <w:bookmarkStart w:id="274" w:name="X20b1afce2362b6c576ce2321a9ebb67aacf7771"/>
    <w:p>
      <w:pPr>
        <w:pStyle w:val="Heading3"/>
      </w:pPr>
      <w:r>
        <w:t xml:space="preserve">4.4. Changing the upward shift changes the certificate question</w:t>
      </w:r>
    </w:p>
    <w:p>
      <w:pPr>
        <w:pStyle w:val="FirstParagraph"/>
        <w:keepLines/>
      </w:pPr>
      <w:r>
        <w:t xml:space="preserve">For the seven-frequency example</w:t>
      </w:r>
      <w:r>
        <w:t xml:space="preserve"> </w:t>
      </w:r>
      <m:oMath>
        <m:r>
          <m:rPr>
            <m:sty m:val="p"/>
          </m:rPr>
          <m:t>{</m:t>
        </m:r>
        <m:r>
          <m:t>1</m:t>
        </m:r>
        <m:r>
          <m:rPr>
            <m:sty m:val="p"/>
          </m:rPr>
          <m:t>,</m:t>
        </m:r>
        <m:r>
          <m:t>2</m:t>
        </m:r>
        <m:r>
          <m:rPr>
            <m:sty m:val="p"/>
          </m:rPr>
          <m:t>,</m:t>
        </m:r>
        <m:r>
          <m:t>3</m:t>
        </m:r>
        <m:r>
          <m:rPr>
            <m:sty m:val="p"/>
          </m:rPr>
          <m:t>,</m:t>
        </m:r>
        <m:r>
          <m:t>5</m:t>
        </m:r>
        <m:r>
          <m:rPr>
            <m:sty m:val="p"/>
          </m:rPr>
          <m:t>,</m:t>
        </m:r>
        <m:r>
          <m:t>6</m:t>
        </m:r>
        <m:r>
          <m:rPr>
            <m:sty m:val="p"/>
          </m:rPr>
          <m:t>,</m:t>
        </m:r>
        <m:r>
          <m:t>7</m:t>
        </m:r>
        <m:r>
          <m:rPr>
            <m:sty m:val="p"/>
          </m:rPr>
          <m:t>,</m:t>
        </m:r>
        <m:r>
          <m:t>8</m:t>
        </m:r>
        <m:r>
          <m:rPr>
            <m:sty m:val="p"/>
          </m:rPr>
          <m:t>}</m:t>
        </m:r>
      </m:oMath>
      <w:r>
        <w:t xml:space="preserve">, denominator one is impossible at</w:t>
      </w:r>
      <w:r>
        <w:t xml:space="preserve"> </w:t>
      </w:r>
      <m:oMath>
        <m:r>
          <m:t>m</m:t>
        </m:r>
        <m:r>
          <m:rPr>
            <m:sty m:val="p"/>
          </m:rPr>
          <m:t>=</m:t>
        </m:r>
        <m:r>
          <m:t>2</m:t>
        </m:r>
      </m:oMath>
      <w:r>
        <w:t xml:space="preserve">, but an explicit certificate exists at</w:t>
      </w:r>
      <w:r>
        <w:t xml:space="preserve"> </w:t>
      </w:r>
      <m:oMath>
        <m:r>
          <m:t>m</m:t>
        </m:r>
        <m:r>
          <m:rPr>
            <m:sty m:val="p"/>
          </m:rPr>
          <m:t>=</m:t>
        </m:r>
        <m:r>
          <m:t>3</m:t>
        </m:r>
      </m:oMath>
      <w:r>
        <w:t xml:space="preserve">. The smaller-shift obstruction is not a counterexample to a statement that explicitly requires an additional positivity margin. The catalogue also distinguishes existence of one rational factor from existence of a finite sum of rational squared factors.</w:t>
      </w:r>
    </w:p>
    <w:p>
      <w:pPr>
        <w:pStyle w:val="BodyText"/>
      </w:pPr>
      <w:r>
        <w:t xml:space="preserve">Sources:</w:t>
      </w:r>
      <w:r>
        <w:t xml:space="preserve"> </w:t>
      </w:r>
      <w:hyperlink r:id="rId273">
        <w:r>
          <w:rPr>
            <w:rStyle w:val="Hyperlink"/>
          </w:rPr>
          <w:t xml:space="preserve">phase/dilation distinctions</w:t>
        </w:r>
      </w:hyperlink>
      <w:r>
        <w:t xml:space="preserve"> </w:t>
      </w:r>
      <w:r>
        <w:t xml:space="preserve">and</w:t>
      </w:r>
      <w:r>
        <w:t xml:space="preserve"> </w:t>
      </w:r>
      <w:hyperlink r:id="rId271">
        <w:r>
          <w:rPr>
            <w:rStyle w:val="Hyperlink"/>
          </w:rPr>
          <w:t xml:space="preserve">shift distinction</w:t>
        </w:r>
      </w:hyperlink>
      <w:r>
        <w:t xml:space="preserve">.</w:t>
      </w:r>
    </w:p>
    <w:bookmarkEnd w:id="274"/>
    <w:bookmarkStart w:id="276" w:name="Xe8053c529c3eb7b5b294b1897b12d6fd082ac7c"/>
    <w:p>
      <w:pPr>
        <w:pStyle w:val="Heading3"/>
      </w:pPr>
      <w:r>
        <w:t xml:space="preserve">4.5. A failed detector is not a small true minimum</w:t>
      </w:r>
    </w:p>
    <w:p>
      <w:pPr>
        <w:pStyle w:val="FirstParagraph"/>
        <w:keepLines/>
      </w:pPr>
      <w:r>
        <w:t xml:space="preserve">Several branches prove upper bounds on the effectiveness of a particular lower certificate: fixed-degree moments, residue averages, ordinary-majority conditioning, fixed quantiles, zero-threshold Fermi–Dirac weights, or a specified envelope. These do not prove corresponding upper bounds on</w:t>
      </w:r>
      <w:r>
        <w:t xml:space="preserve"> </w:t>
      </w:r>
      <m:oMath>
        <m:r>
          <m:t>K</m:t>
        </m:r>
        <m:d>
          <m:dPr>
            <m:begChr m:val="("/>
            <m:sepChr m:val=""/>
            <m:endChr m:val=")"/>
            <m:grow/>
          </m:dPr>
          <m:e>
            <m:r>
              <m:t>A</m:t>
            </m:r>
          </m:e>
        </m:d>
      </m:oMath>
      <w:r>
        <w:t xml:space="preserve">. Consecutive frequencies are repeatedly useful precisely because they have a large true negative excursion that a weak detector misses.</w:t>
      </w:r>
    </w:p>
    <w:p>
      <w:pPr>
        <w:pStyle w:val="BodyText"/>
        <w:keepLines/>
      </w:pPr>
      <w:r>
        <w:t xml:space="preserve">Similarly, the finite minimum</w:t>
      </w:r>
      <w:r>
        <w:t xml:space="preserve"> </w:t>
      </w:r>
      <m:oMath>
        <m:r>
          <m:t>7</m:t>
        </m:r>
        <m:r>
          <m:rPr>
            <m:sty m:val="p"/>
          </m:rPr>
          <m:t>/</m:t>
        </m:r>
        <m:r>
          <m:t>20</m:t>
        </m:r>
      </m:oMath>
      <w:r>
        <w:t xml:space="preserve"> </w:t>
      </w:r>
      <w:r>
        <w:t xml:space="preserve">in approach 87 concerns its Riesz-product certificate normalized by</w:t>
      </w:r>
      <w:r>
        <w:t xml:space="preserve"> </w:t>
      </w:r>
      <m:oMath>
        <m:rad>
          <m:radPr>
            <m:degHide m:val="on"/>
          </m:radPr>
          <m:deg/>
          <m:e>
            <m:r>
              <m:t>N</m:t>
            </m:r>
          </m:e>
        </m:rad>
      </m:oMath>
      <w:r>
        <w:t xml:space="preserve"> </w:t>
      </w:r>
      <w:r>
        <w:t xml:space="preserve">over subsets of</w:t>
      </w:r>
      <w:r>
        <w:t xml:space="preserve"> </w:t>
      </w:r>
      <m:oMath>
        <m:r>
          <m:rPr>
            <m:sty m:val="p"/>
          </m:rPr>
          <m:t>{</m:t>
        </m:r>
        <m:r>
          <m:t>1</m:t>
        </m:r>
        <m:r>
          <m:rPr>
            <m:sty m:val="p"/>
          </m:rPr>
          <m:t>,</m:t>
        </m:r>
        <m:r>
          <m:rPr>
            <m:sty m:val="p"/>
          </m:rPr>
          <m:t>…</m:t>
        </m:r>
        <m:r>
          <m:rPr>
            <m:sty m:val="p"/>
          </m:rPr>
          <m:t>,</m:t>
        </m:r>
        <m:r>
          <m:t>18</m:t>
        </m:r>
        <m:r>
          <m:rPr>
            <m:sty m:val="p"/>
          </m:rPr>
          <m:t>}</m:t>
        </m:r>
      </m:oMath>
      <w:r>
        <w:t xml:space="preserve">. It is not the unrestricted minimum of that certificate and not the extremal Chowla constant. General positivity of that raw detector was not separately proved in the source.</w:t>
      </w:r>
    </w:p>
    <w:p>
      <w:pPr>
        <w:pStyle w:val="BodyText"/>
      </w:pPr>
      <w:r>
        <w:t xml:space="preserve">Source:</w:t>
      </w:r>
      <w:r>
        <w:t xml:space="preserve"> </w:t>
      </w:r>
      <w:hyperlink r:id="rId275">
        <w:r>
          <w:rPr>
            <w:rStyle w:val="Hyperlink"/>
          </w:rPr>
          <w:t xml:space="preserve">Riesz-product scope</w:t>
        </w:r>
      </w:hyperlink>
      <w:r>
        <w:t xml:space="preserve">.</w:t>
      </w:r>
    </w:p>
    <w:bookmarkEnd w:id="276"/>
    <w:bookmarkStart w:id="280" w:name="X81ae0fc47525748ba56ae5d322ab77dffc765eb"/>
    <w:p>
      <w:pPr>
        <w:pStyle w:val="Heading3"/>
      </w:pPr>
      <w:r>
        <w:t xml:space="preserve">4.6. Approximation is not the conjectured growth theorem</w:t>
      </w:r>
    </w:p>
    <w:p>
      <w:pPr>
        <w:pStyle w:val="FirstParagraph"/>
        <w:keepLines/>
      </w:pPr>
      <w:r>
        <w:t xml:space="preserve">Approaches 08, 56, 62, and 83 provide ways to preserve or approximate a minimum. Their bounds do not prove that the minimum is at least a fixed multiple of</w:t>
      </w:r>
      <w:r>
        <w:t xml:space="preserve"> </w:t>
      </w:r>
      <m:oMath>
        <m:rad>
          <m:radPr>
            <m:degHide m:val="on"/>
          </m:radPr>
          <m:deg/>
          <m:e>
            <m:r>
              <m:t>N</m:t>
            </m:r>
          </m:e>
        </m:rad>
      </m:oMath>
      <w:r>
        <w:t xml:space="preserve">. The Chebyshev improvement concerns a sufficient polynomial degree in this project’s approximation argument. Without a complete literature comparison it must not be advertised as a new optimal method or a faster best-known algorithm. Its proof uses the unknown edge to exhibit a candidate polynomial; the moment optimization defining the certificate does not require that edge as an input.</w:t>
      </w:r>
    </w:p>
    <w:p>
      <w:pPr>
        <w:pStyle w:val="BodyText"/>
      </w:pPr>
      <w:r>
        <w:t xml:space="preserve">Sources:</w:t>
      </w:r>
      <w:r>
        <w:t xml:space="preserve"> </w:t>
      </w:r>
      <w:hyperlink r:id="rId277">
        <w:r>
          <w:rPr>
            <w:rStyle w:val="Hyperlink"/>
          </w:rPr>
          <w:t xml:space="preserve">moment hierarchy</w:t>
        </w:r>
      </w:hyperlink>
      <w:r>
        <w:t xml:space="preserve">,</w:t>
      </w:r>
      <w:r>
        <w:t xml:space="preserve"> </w:t>
      </w:r>
      <w:hyperlink r:id="rId278">
        <w:r>
          <w:rPr>
            <w:rStyle w:val="Hyperlink"/>
          </w:rPr>
          <w:t xml:space="preserve">Chebyshev filter</w:t>
        </w:r>
      </w:hyperlink>
      <w:r>
        <w:t xml:space="preserve">, and</w:t>
      </w:r>
      <w:r>
        <w:t xml:space="preserve"> </w:t>
      </w:r>
      <w:hyperlink r:id="rId279">
        <w:r>
          <w:rPr>
            <w:rStyle w:val="Hyperlink"/>
          </w:rPr>
          <w:t xml:space="preserve">filter audit</w:t>
        </w:r>
      </w:hyperlink>
      <w:r>
        <w:t xml:space="preserve">.</w:t>
      </w:r>
    </w:p>
    <w:bookmarkEnd w:id="280"/>
    <w:bookmarkStart w:id="283" w:name="Xdd10f2663ea7eaa202fbb8d38b763eb5291a27b"/>
    <w:p>
      <w:pPr>
        <w:pStyle w:val="Heading3"/>
      </w:pPr>
      <w:r>
        <w:t xml:space="preserve">4.7. Sampling does not certify the unsampled minimum without an error argument</w:t>
      </w:r>
    </w:p>
    <w:p>
      <w:pPr>
        <w:pStyle w:val="FirstParagraph"/>
      </w:pPr>
      <w:r>
        <w:t xml:space="preserve">A rational witness proves a lower bound for depth at one point. An approximate grid minimum is not by itself a continuous minimum. The grid example in approach 90 retains exact mean square and sufficient interpolation information while missing a much deeper excursion between nodes. The static plot is illustrative; the analytic identity and exact finite checks establish its stated claim.</w:t>
      </w:r>
    </w:p>
    <w:p>
      <w:pPr>
        <w:pStyle w:val="BodyText"/>
      </w:pPr>
      <w:r>
        <w:t xml:space="preserve">Sources:</w:t>
      </w:r>
      <w:r>
        <w:t xml:space="preserve"> </w:t>
      </w:r>
      <w:hyperlink r:id="rId281">
        <w:r>
          <w:rPr>
            <w:rStyle w:val="Hyperlink"/>
          </w:rPr>
          <w:t xml:space="preserve">continuous grid certificate</w:t>
        </w:r>
      </w:hyperlink>
      <w:r>
        <w:t xml:space="preserve"> </w:t>
      </w:r>
      <w:r>
        <w:t xml:space="preserve">and</w:t>
      </w:r>
      <w:r>
        <w:t xml:space="preserve"> </w:t>
      </w:r>
      <w:hyperlink r:id="rId282">
        <w:r>
          <w:rPr>
            <w:rStyle w:val="Hyperlink"/>
          </w:rPr>
          <w:t xml:space="preserve">phase-grid counterexample</w:t>
        </w:r>
      </w:hyperlink>
      <w:r>
        <w:t xml:space="preserve">.</w:t>
      </w:r>
    </w:p>
    <w:bookmarkEnd w:id="283"/>
    <w:bookmarkEnd w:id="284"/>
    <w:bookmarkStart w:id="285" w:name="relationship-between-branches"/>
    <w:p>
      <w:pPr>
        <w:pStyle w:val="Heading2"/>
      </w:pPr>
      <w:r>
        <w:t xml:space="preserve">5. Relationship between branches</w:t>
      </w:r>
    </w:p>
    <w:p>
      <w:pPr>
        <w:pStyle w:val="FirstParagraph"/>
      </w:pPr>
      <w:r>
        <w:t xml:space="preserve">The ninety entries were produced in successive rounds of hypothesis generation and checking. Their numbering measures bookkeeping, not scientific independence. The following connections are particularly important when describing the work publicly.</w:t>
      </w:r>
    </w:p>
    <w:p>
      <w:pPr>
        <w:pStyle w:val="BodyText"/>
      </w:pPr>
      <w:r>
        <w:rPr>
          <w:bCs/>
          <w:b/>
        </w:rPr>
        <w:t xml:space="preserve">Recurrent mechanism:</w:t>
      </w:r>
      <w:r>
        <w:t xml:space="preserve"> </w:t>
      </w:r>
      <w:r>
        <w:t xml:space="preserve">Frequency relations and compactness</w:t>
      </w:r>
      <w:r>
        <w:t xml:space="preserve"> </w:t>
      </w:r>
      <w:r>
        <w:rPr>
          <w:bCs/>
          <w:b/>
        </w:rPr>
        <w:t xml:space="preserve">Representative branches:</w:t>
      </w:r>
      <w:r>
        <w:t xml:space="preserve"> </w:t>
      </w:r>
      <w:r>
        <w:t xml:space="preserve">08, 30, 39, 51, 56</w:t>
      </w:r>
      <w:r>
        <w:t xml:space="preserve"> </w:t>
      </w:r>
      <w:r>
        <w:rPr>
          <w:bCs/>
          <w:b/>
        </w:rPr>
        <w:t xml:space="preserve">What changes between versions:</w:t>
      </w:r>
      <w:r>
        <w:t xml:space="preserve"> </w:t>
      </w:r>
      <w:r>
        <w:t xml:space="preserve">Attainment, descent structure, random torus coding, extremal functions, and effective finite approximation</w:t>
      </w:r>
    </w:p>
    <w:p>
      <w:pPr>
        <w:pStyle w:val="BodyText"/>
      </w:pPr>
      <w:r>
        <w:rPr>
          <w:bCs/>
          <w:b/>
        </w:rPr>
        <w:t xml:space="preserve">Recurrent mechanism:</w:t>
      </w:r>
      <w:r>
        <w:t xml:space="preserve"> </w:t>
      </w:r>
      <w:r>
        <w:t xml:space="preserve">Polynomial spectral filters</w:t>
      </w:r>
      <w:r>
        <w:t xml:space="preserve"> </w:t>
      </w:r>
      <w:r>
        <w:rPr>
          <w:bCs/>
          <w:b/>
        </w:rPr>
        <w:t xml:space="preserve">Representative branches:</w:t>
      </w:r>
      <w:r>
        <w:t xml:space="preserve"> </w:t>
      </w:r>
      <w:r>
        <w:t xml:space="preserve">19, 47, 62, 83</w:t>
      </w:r>
      <w:r>
        <w:t xml:space="preserve"> </w:t>
      </w:r>
      <w:r>
        <w:rPr>
          <w:bCs/>
          <w:b/>
        </w:rPr>
        <w:t xml:space="preserve">What changes between versions:</w:t>
      </w:r>
      <w:r>
        <w:t xml:space="preserve"> </w:t>
      </w:r>
      <w:r>
        <w:t xml:space="preserve">Variable of the polynomial, approximation target, and sufficient degree</w:t>
      </w:r>
    </w:p>
    <w:p>
      <w:pPr>
        <w:pStyle w:val="BodyText"/>
      </w:pPr>
      <w:r>
        <w:rPr>
          <w:bCs/>
          <w:b/>
        </w:rPr>
        <w:t xml:space="preserve">Recurrent mechanism:</w:t>
      </w:r>
      <w:r>
        <w:t xml:space="preserve"> </w:t>
      </w:r>
      <w:r>
        <w:t xml:space="preserve">Positive rational factorization</w:t>
      </w:r>
      <w:r>
        <w:t xml:space="preserve"> </w:t>
      </w:r>
      <w:r>
        <w:rPr>
          <w:bCs/>
          <w:b/>
        </w:rPr>
        <w:t xml:space="preserve">Representative branches:</w:t>
      </w:r>
      <w:r>
        <w:t xml:space="preserve"> </w:t>
      </w:r>
      <w:r>
        <w:t xml:space="preserve">26, 31–33, 40, 47–50, 67</w:t>
      </w:r>
      <w:r>
        <w:t xml:space="preserve"> </w:t>
      </w:r>
      <w:r>
        <w:rPr>
          <w:bCs/>
          <w:b/>
        </w:rPr>
        <w:t xml:space="preserve">What changes between versions:</w:t>
      </w:r>
      <w:r>
        <w:t xml:space="preserve"> </w:t>
      </w:r>
      <w:r>
        <w:t xml:space="preserve">Arithmetic constraints, shifts, finite decision bounds, helper factors, rounding, and denominator estimates</w:t>
      </w:r>
    </w:p>
    <w:p>
      <w:pPr>
        <w:pStyle w:val="BodyText"/>
      </w:pPr>
      <w:r>
        <w:rPr>
          <w:bCs/>
          <w:b/>
        </w:rPr>
        <w:t xml:space="preserve">Recurrent mechanism:</w:t>
      </w:r>
      <w:r>
        <w:t xml:space="preserve"> </w:t>
      </w:r>
      <w:r>
        <w:t xml:space="preserve">Gibbs and information weighting</w:t>
      </w:r>
      <w:r>
        <w:t xml:space="preserve"> </w:t>
      </w:r>
      <w:r>
        <w:rPr>
          <w:bCs/>
          <w:b/>
        </w:rPr>
        <w:t xml:space="preserve">Representative branches:</w:t>
      </w:r>
      <w:r>
        <w:t xml:space="preserve"> </w:t>
      </w:r>
      <w:r>
        <w:t xml:space="preserve">03, 17, 35, 46, 63, 66, 82, 87, 88</w:t>
      </w:r>
      <w:r>
        <w:t xml:space="preserve"> </w:t>
      </w:r>
      <w:r>
        <w:rPr>
          <w:bCs/>
          <w:b/>
        </w:rPr>
        <w:t xml:space="preserve">What changes between versions:</w:t>
      </w:r>
      <w:r>
        <w:t xml:space="preserve"> </w:t>
      </w:r>
      <w:r>
        <w:t xml:space="preserve">Proposed zero information, inverse problems, choice of weight, entropy budget, and saturation</w:t>
      </w:r>
    </w:p>
    <w:p>
      <w:pPr>
        <w:pStyle w:val="BodyText"/>
      </w:pPr>
      <w:r>
        <w:rPr>
          <w:bCs/>
          <w:b/>
        </w:rPr>
        <w:t xml:space="preserve">Recurrent mechanism:</w:t>
      </w:r>
      <w:r>
        <w:t xml:space="preserve"> </w:t>
      </w:r>
      <w:r>
        <w:t xml:space="preserve">Spectral and graph language</w:t>
      </w:r>
      <w:r>
        <w:t xml:space="preserve"> </w:t>
      </w:r>
      <w:r>
        <w:rPr>
          <w:bCs/>
          <w:b/>
        </w:rPr>
        <w:t xml:space="preserve">Representative branches:</w:t>
      </w:r>
      <w:r>
        <w:t xml:space="preserve"> </w:t>
      </w:r>
      <w:r>
        <w:t xml:space="preserve">01, 02, 14, 61, 78–83, 90</w:t>
      </w:r>
      <w:r>
        <w:t xml:space="preserve"> </w:t>
      </w:r>
      <w:r>
        <w:rPr>
          <w:bCs/>
          <w:b/>
        </w:rPr>
        <w:t xml:space="preserve">What changes between versions:</w:t>
      </w:r>
      <w:r>
        <w:t xml:space="preserve"> </w:t>
      </w:r>
      <w:r>
        <w:t xml:space="preserve">Commuting versus free operators, finite compression, boundary conditions, and lower-edge filters</w:t>
      </w:r>
    </w:p>
    <w:p>
      <w:pPr>
        <w:pStyle w:val="BodyText"/>
      </w:pPr>
      <w:r>
        <w:rPr>
          <w:bCs/>
          <w:b/>
        </w:rPr>
        <w:t xml:space="preserve">Recurrent mechanism:</w:t>
      </w:r>
      <w:r>
        <w:t xml:space="preserve"> </w:t>
      </w:r>
      <w:r>
        <w:t xml:space="preserve">Phase information and averaging</w:t>
      </w:r>
      <w:r>
        <w:t xml:space="preserve"> </w:t>
      </w:r>
      <w:r>
        <w:rPr>
          <w:bCs/>
          <w:b/>
        </w:rPr>
        <w:t xml:space="preserve">Representative branches:</w:t>
      </w:r>
      <w:r>
        <w:t xml:space="preserve"> </w:t>
      </w:r>
      <w:r>
        <w:t xml:space="preserve">09, 12, 41, 45, 68, 72–74, 86</w:t>
      </w:r>
      <w:r>
        <w:t xml:space="preserve"> </w:t>
      </w:r>
      <w:r>
        <w:rPr>
          <w:bCs/>
          <w:b/>
        </w:rPr>
        <w:t xml:space="preserve">What changes between versions:</w:t>
      </w:r>
      <w:r>
        <w:t xml:space="preserve"> </w:t>
      </w:r>
      <w:r>
        <w:t xml:space="preserve">Whether the original common-time orbit and signed mean are preserved</w:t>
      </w:r>
    </w:p>
    <w:p>
      <w:pPr>
        <w:pStyle w:val="BodyText"/>
      </w:pPr>
      <w:r>
        <w:rPr>
          <w:bCs/>
          <w:b/>
        </w:rPr>
        <w:t xml:space="preserve">Recurrent mechanism:</w:t>
      </w:r>
      <w:r>
        <w:t xml:space="preserve"> </w:t>
      </w:r>
      <w:r>
        <w:t xml:space="preserve">Positive weighted profiles</w:t>
      </w:r>
      <w:r>
        <w:t xml:space="preserve"> </w:t>
      </w:r>
      <w:r>
        <w:rPr>
          <w:bCs/>
          <w:b/>
        </w:rPr>
        <w:t xml:space="preserve">Representative branches:</w:t>
      </w:r>
      <w:r>
        <w:t xml:space="preserve"> </w:t>
      </w:r>
      <w:r>
        <w:t xml:space="preserve">11, 16, 25, 27–29, 44, 70, 89</w:t>
      </w:r>
      <w:r>
        <w:t xml:space="preserve"> </w:t>
      </w:r>
      <w:r>
        <w:rPr>
          <w:bCs/>
          <w:b/>
        </w:rPr>
        <w:t xml:space="preserve">What changes between versions:</w:t>
      </w:r>
      <w:r>
        <w:t xml:space="preserve"> </w:t>
      </w:r>
      <w:r>
        <w:t xml:space="preserve">Attempts to transfer weighted positivity to distinct equal-amplitude frequencies</w:t>
      </w:r>
    </w:p>
    <w:p>
      <w:pPr>
        <w:pStyle w:val="BodyText"/>
      </w:pPr>
      <w:r>
        <w:t xml:space="preserve">The same counterexample can legitimately illuminate two different physical descriptions, but should not be counted twice as a new mathematical discovery. The identical-intensity example in 72 and 86 is an explicit instance. Standard constructions such as Fejér kernels, Chebyshev polynomials, Riesz products, and tight-binding operators are attributed in the full articles rather than being renamed as original methods.</w:t>
      </w:r>
    </w:p>
    <w:bookmarkEnd w:id="285"/>
    <w:bookmarkStart w:id="286" w:name="X538c2938efe10016bc4c6aba8fe3a26995e095e"/>
    <w:p>
      <w:pPr>
        <w:pStyle w:val="Heading2"/>
      </w:pPr>
      <w:r>
        <w:t xml:space="preserve">6. Mathematical proof, exact arithmetic, and numerical exploration</w:t>
      </w:r>
    </w:p>
    <w:p>
      <w:pPr>
        <w:pStyle w:val="FirstParagraph"/>
      </w:pPr>
      <w:r>
        <w:t xml:space="preserve">The historical code contains more than one evidence type:</w:t>
      </w:r>
    </w:p>
    <w:p>
      <w:pPr>
        <w:numPr>
          <w:ilvl w:val="0"/>
          <w:numId w:val="1006"/>
        </w:numPr>
        <w:pStyle w:val="Compact"/>
      </w:pPr>
      <w:r>
        <w:rPr>
          <w:bCs/>
          <w:b/>
        </w:rPr>
        <w:t xml:space="preserve">General mathematical arguments</w:t>
      </w:r>
      <w:r>
        <w:t xml:space="preserve"> </w:t>
      </w:r>
      <w:r>
        <w:t xml:space="preserve">establish claims for infinite families or every set satisfying stated hypotheses.</w:t>
      </w:r>
    </w:p>
    <w:p>
      <w:pPr>
        <w:numPr>
          <w:ilvl w:val="0"/>
          <w:numId w:val="1006"/>
        </w:numPr>
        <w:pStyle w:val="Compact"/>
      </w:pPr>
      <w:r>
        <w:rPr>
          <w:bCs/>
          <w:b/>
        </w:rPr>
        <w:t xml:space="preserve">Exact certificates</w:t>
      </w:r>
      <w:r>
        <w:t xml:space="preserve"> </w:t>
      </w:r>
      <w:r>
        <w:t xml:space="preserve">use integer identities, rational intervals, or polynomial positivity decompositions to certify specified finite statements.</w:t>
      </w:r>
    </w:p>
    <w:p>
      <w:pPr>
        <w:numPr>
          <w:ilvl w:val="0"/>
          <w:numId w:val="1006"/>
        </w:numPr>
        <w:pStyle w:val="Compact"/>
      </w:pPr>
      <w:r>
        <w:rPr>
          <w:bCs/>
          <w:b/>
        </w:rPr>
        <w:t xml:space="preserve">Exhaustive finite searches</w:t>
      </w:r>
      <w:r>
        <w:t xml:space="preserve"> </w:t>
      </w:r>
      <w:r>
        <w:t xml:space="preserve">establish claims only in the enumerated universe, with their correctness depending on the enumeration and certificate logic.</w:t>
      </w:r>
    </w:p>
    <w:p>
      <w:pPr>
        <w:numPr>
          <w:ilvl w:val="0"/>
          <w:numId w:val="1006"/>
        </w:numPr>
        <w:pStyle w:val="Compact"/>
      </w:pPr>
      <w:r>
        <w:rPr>
          <w:bCs/>
          <w:b/>
        </w:rPr>
        <w:t xml:space="preserve">Floating-point searches and plots</w:t>
      </w:r>
      <w:r>
        <w:t xml:space="preserve"> </w:t>
      </w:r>
      <w:r>
        <w:t xml:space="preserve">locate candidates or illustrate behavior; they do not themselves certify unrestricted conclusions.</w:t>
      </w:r>
    </w:p>
    <w:p>
      <w:pPr>
        <w:pStyle w:val="FirstParagraph"/>
        <w:keepLines/>
      </w:pPr>
      <w:r>
        <w:t xml:space="preserve">An exact negative value is a valid lower bound for</w:t>
      </w:r>
      <w:r>
        <w:t xml:space="preserve"> </w:t>
      </w:r>
      <m:oMath>
        <m:r>
          <m:t>K</m:t>
        </m:r>
      </m:oMath>
      <w:r>
        <w:t xml:space="preserve">, even if no global minimum was computed. Conversely, showing positivity of</w:t>
      </w:r>
      <w:r>
        <w:t xml:space="preserve"> </w:t>
      </w:r>
      <m:oMath>
        <m:r>
          <m:t>k</m:t>
        </m:r>
        <m:r>
          <m:rPr>
            <m:sty m:val="p"/>
          </m:rPr>
          <m:t>+</m:t>
        </m:r>
        <m:sSub>
          <m:e>
            <m:r>
              <m:t>f</m:t>
            </m:r>
          </m:e>
          <m:sub>
            <m:r>
              <m:t>A</m:t>
            </m:r>
          </m:sub>
        </m:sSub>
      </m:oMath>
      <w:r>
        <w:t xml:space="preserve"> </w:t>
      </w:r>
      <w:r>
        <w:t xml:space="preserve">on the entire circle gives an upper bound for</w:t>
      </w:r>
      <w:r>
        <w:t xml:space="preserve"> </w:t>
      </w:r>
      <m:oMath>
        <m:r>
          <m:t>K</m:t>
        </m:r>
      </m:oMath>
      <w:r>
        <w:t xml:space="preserve">. Both directions must be kept distinct. A proof using a rationally certified value found first by a numerical search is valid because the final certificate no longer depends on the numerical optimizer’s correctness.</w:t>
      </w:r>
    </w:p>
    <w:p>
      <w:pPr>
        <w:pStyle w:val="BodyText"/>
      </w:pPr>
      <w:r>
        <w:t xml:space="preserve">A separate publication verification report records the selected scripts actually rerun while assembling the English material. It should be consulted for current environment details and execution results. This provenance note deliberately does not claim that all original experiments were rerun. Re-running a program in a disposable copy is preferable to overwriting an archival result file whose earlier hash and date are part of the evidence.</w:t>
      </w:r>
    </w:p>
    <w:bookmarkEnd w:id="286"/>
    <w:bookmarkStart w:id="287" w:name="physical-and-product-scope"/>
    <w:p>
      <w:pPr>
        <w:pStyle w:val="Heading2"/>
      </w:pPr>
      <w:r>
        <w:t xml:space="preserve">7. Physical and product scope</w:t>
      </w:r>
    </w:p>
    <w:p>
      <w:pPr>
        <w:pStyle w:val="FirstParagraph"/>
      </w:pPr>
      <w:r>
        <w:t xml:space="preserve">The negative crest factor is an exact identity for the stated equal-amplitude signal. The lattice operator is an exact auxiliary mathematical model. Quantum oscillator examples show what mean motion and measurement variance do or do not constrain. None of these facts alone demonstrates a new law of acoustics, negative physical energy, a quantum behavior of the Bass Plus application, or improved audible output.</w:t>
      </w:r>
    </w:p>
    <w:p>
      <w:pPr>
        <w:pStyle w:val="BodyText"/>
      </w:pPr>
      <w:r>
        <w:t xml:space="preserve">The publication may explain why sound motivates the investigation and why missed peaks or lost phase information matter conceptually. Any future product claim needs its own implemented method, applicable signal assumptions, and relevant measurements. Arbitrary equalizer gains, phases, transient recordings, and noninteger frequencies are not automatically covered by the equal-unit-amplitude, full-period conjecture studied here.</w:t>
      </w:r>
    </w:p>
    <w:bookmarkEnd w:id="287"/>
    <w:bookmarkStart w:id="288" w:name="X1584fe7e2a8102dcc028855c4ad557e4190b3f3"/>
    <w:p>
      <w:pPr>
        <w:pStyle w:val="Heading2"/>
      </w:pPr>
      <w:r>
        <w:t xml:space="preserve">8. Recommended language for future citations</w:t>
      </w:r>
    </w:p>
    <w:p>
      <w:pPr>
        <w:pStyle w:val="FirstParagraph"/>
      </w:pPr>
      <w:r>
        <w:t xml:space="preserve">Suitable:</w:t>
      </w:r>
      <w:r>
        <w:t xml:space="preserve"> </w:t>
      </w:r>
      <w:r>
        <w:t xml:space="preserve">“</w:t>
      </w:r>
      <w:r>
        <w:t xml:space="preserve">The report records ninety tested research branches, including explicit counterexamples to proposed shortcuts and frequency-independent approximation bounds under stated assumptions.</w:t>
      </w:r>
      <w:r>
        <w:t xml:space="preserve">”</w:t>
      </w:r>
    </w:p>
    <w:p>
      <w:pPr>
        <w:pStyle w:val="BodyText"/>
      </w:pPr>
      <w:r>
        <w:t xml:space="preserve">Suitable:</w:t>
      </w:r>
      <w:r>
        <w:t xml:space="preserve"> </w:t>
      </w:r>
      <w:r>
        <w:t xml:space="preserve">“</w:t>
      </w:r>
      <w:r>
        <w:t xml:space="preserve">An AI-assisted internal check found no remaining error in the documented scope; no external peer review or formal verification is claimed.</w:t>
      </w:r>
      <w:r>
        <w:t xml:space="preserve">”</w:t>
      </w:r>
    </w:p>
    <w:p>
      <w:pPr>
        <w:pStyle w:val="BodyText"/>
      </w:pPr>
      <w:r>
        <w:t xml:space="preserve">Unsuitable:</w:t>
      </w:r>
      <w:r>
        <w:t xml:space="preserve"> </w:t>
      </w:r>
      <w:r>
        <w:t xml:space="preserve">“</w:t>
      </w:r>
      <w:r>
        <w:t xml:space="preserve">Ninety new mathematical discoveries,</w:t>
      </w:r>
      <w:r>
        <w:t xml:space="preserve">”</w:t>
      </w:r>
      <w:r>
        <w:t xml:space="preserve"> </w:t>
      </w:r>
      <w:r>
        <w:t xml:space="preserve">“</w:t>
      </w:r>
      <w:r>
        <w:t xml:space="preserve">Chowla’s conjecture was solved,</w:t>
      </w:r>
      <w:r>
        <w:t xml:space="preserve">”</w:t>
      </w:r>
      <w:r>
        <w:t xml:space="preserve"> </w:t>
      </w:r>
      <w:r>
        <w:t xml:space="preserve">“</w:t>
      </w:r>
      <w:r>
        <w:t xml:space="preserve">the best-known algorithm was improved,</w:t>
      </w:r>
      <w:r>
        <w:t xml:space="preserve">”</w:t>
      </w:r>
      <w:r>
        <w:t xml:space="preserve"> </w:t>
      </w:r>
      <w:r>
        <w:t xml:space="preserve">or</w:t>
      </w:r>
      <w:r>
        <w:t xml:space="preserve"> </w:t>
      </w:r>
      <w:r>
        <w:t xml:space="preserve">“</w:t>
      </w:r>
      <w:r>
        <w:t xml:space="preserve">quantum physics now improves the app’s sound.</w:t>
      </w:r>
      <w:r>
        <w:t xml:space="preserve">”</w:t>
      </w:r>
      <w:r>
        <w:t xml:space="preserve"> </w:t>
      </w:r>
      <w:r>
        <w:t xml:space="preserve">Those stronger statements have not been established by this collection.</w:t>
      </w:r>
    </w:p>
    <w:p>
      <w:pPr>
        <w:pStyle w:val="BodyText"/>
      </w:pPr>
      <w:r>
        <w:t xml:space="preserve">The corrected catalogue and full appendices should be cited for current claims. Historical hypotheses should be quoted as historical hypotheses, with their later correction or rejection attached.</w:t>
      </w:r>
    </w:p>
    <w:bookmarkEnd w:id="288"/>
    <w:bookmarkEnd w:id="289"/>
    <w:bookmarkStart w:id="296" w:name="publication-status-and-claim-boundaries"/>
    <w:p>
      <w:pPr>
        <w:pStyle w:val="Heading1"/>
        <w:pageBreakBefore/>
      </w:pPr>
      <w:r>
        <w:t xml:space="preserve">Publication Status and Claim Boundaries</w:t>
      </w:r>
    </w:p>
    <w:p>
      <w:pPr>
        <w:pStyle w:val="FirstParagraph"/>
      </w:pPr>
      <w:r>
        <w:t xml:space="preserve">Version 1.0, 18 October 2026. This is an illustrated mathematical research report and a reproducibility collection prepared for the Mathematics of Sound section of the Bass Plus website.</w:t>
      </w:r>
    </w:p>
    <w:bookmarkStart w:id="290" w:name="what-the-package-establishes"/>
    <w:p>
      <w:pPr>
        <w:pStyle w:val="Heading2"/>
        <w:spacing w:before="160"/>
      </w:pPr>
      <w:r>
        <w:t xml:space="preserve">What the package establishes</w:t>
      </w:r>
    </w:p>
    <w:p>
      <w:pPr>
        <w:pStyle w:val="FirstParagraph"/>
      </w:pPr>
      <w:r>
        <w:t xml:space="preserve">The mathematical appendix supplies full proofs for the results promoted in the current report, including the normalization, phase-mass estimate, fixed-size attainment, moment hierarchy specialization, explicit Chebyshev sufficient degree, spectral identities, finite-box error, grid counterexample, grid discretization bounds, weighted-amplitude obstruction, and several limitations of proposed detector functionals. Exact certificates and finite enumeration records support the stated examples on their declared domains.</w:t>
      </w:r>
    </w:p>
    <w:bookmarkEnd w:id="290"/>
    <w:bookmarkStart w:id="291" w:name="what-remains-open"/>
    <w:p>
      <w:pPr>
        <w:pStyle w:val="Heading2"/>
        <w:spacing w:before="160"/>
      </w:pPr>
      <w:r>
        <w:t xml:space="preserve">What remains open</w:t>
      </w:r>
    </w:p>
    <w:p>
      <w:pPr>
        <w:pStyle w:val="FirstParagraph"/>
      </w:pPr>
      <w:r>
        <w:t xml:space="preserve">The package neither proves nor disproves the existence of an absolute positive constant in Chowla’s square-root lower bound. It does not identify the best universal constant. Values from finite searches, including 7/20 for a specific Riesz-product quotient on subsets of {1,…,18}, are not promoted to universal theorems.</w:t>
      </w:r>
    </w:p>
    <w:bookmarkEnd w:id="291"/>
    <w:bookmarkStart w:id="292" w:name="attribution-and-priority"/>
    <w:p>
      <w:pPr>
        <w:pStyle w:val="Heading2"/>
        <w:spacing w:before="160"/>
      </w:pPr>
      <w:r>
        <w:t xml:space="preserve">Attribution and priority</w:t>
      </w:r>
    </w:p>
    <w:p>
      <w:pPr>
        <w:pStyle w:val="FirstParagraph"/>
      </w:pPr>
      <w:r>
        <w:t xml:space="preserve">The polynomial quotient hierarchy is a specialization of Lasserre’s established pushforward measure hierarchy. Chebyshev and needle-polynomial concentration methods are established prior art, including work by Slot and Laurent. The appendix proves explicit constants for a specialization uniform in the largest frequency, but priority for that specialization has not been established. No result is marketed as a newly proved famous conjecture or as an independently verified OpenAI discovery.</w:t>
      </w:r>
    </w:p>
    <w:bookmarkEnd w:id="292"/>
    <w:bookmarkStart w:id="293" w:name="review-status"/>
    <w:p>
      <w:pPr>
        <w:pStyle w:val="Heading2"/>
        <w:spacing w:before="160"/>
      </w:pPr>
      <w:r>
        <w:t xml:space="preserve">Review status</w:t>
      </w:r>
    </w:p>
    <w:p>
      <w:pPr>
        <w:pStyle w:val="FirstParagraph"/>
      </w:pPr>
      <w:r>
        <w:t xml:space="preserve">The materials were checked through derivations, exact arithmetic, selected repeated computations, and review within the same ChatGPT-assisted workflow. They have not received external peer review and were not formally verified in Lean, Coq, or another proof assistant. Code checks certify their specified computations, not every mathematical sentence in the research history.</w:t>
      </w:r>
    </w:p>
    <w:bookmarkEnd w:id="293"/>
    <w:bookmarkStart w:id="294" w:name="historical-completeness"/>
    <w:p>
      <w:pPr>
        <w:pStyle w:val="Heading2"/>
        <w:spacing w:before="160"/>
      </w:pPr>
      <w:r>
        <w:t xml:space="preserve">Historical completeness</w:t>
      </w:r>
    </w:p>
    <w:p>
      <w:pPr>
        <w:pStyle w:val="FirstParagraph"/>
      </w:pPr>
      <w:r>
        <w:t xml:space="preserve">All currently available research source files are included. The original bytes of approaches 41–50 were not available; explicit reconstructions are supplied. In particular, the earlier set of 1,980 certificates associated with approach 42 is missing. Historical notes are preserved for traceability and can contain superseded statements. The curated English report, catalogue, and corrections take precedence over those older statements.</w:t>
      </w:r>
    </w:p>
    <w:bookmarkEnd w:id="294"/>
    <w:bookmarkStart w:id="295" w:name="authorship-and-publication"/>
    <w:p>
      <w:pPr>
        <w:pStyle w:val="Heading2"/>
        <w:spacing w:before="160"/>
      </w:pPr>
      <w:r>
        <w:t xml:space="preserve">Authorship and publication</w:t>
      </w:r>
    </w:p>
    <w:p>
      <w:pPr>
        <w:pStyle w:val="FirstParagraph"/>
      </w:pPr>
      <w:r>
        <w:t xml:space="preserve">Prepared as CliDeck Research Notes, initiated by the Bass Plus project owner with ChatGPT assistance for research, writing, calculations, and code. No unprovided personal name, institutional affiliation, or third-party endorsement is assigned. This package is a publication handoff: preparing it has not changed the live Bass Plus website. The accompanying Codex instructions specify the website publication task.</w:t>
      </w:r>
    </w:p>
    <w:bookmarkEnd w:id="295"/>
    <w:bookmarkEnd w:id="296"/>
    <w:sectPr w:rsidR="00FC693F" w:rsidRPr="0006063C" w:rsidSect="00034616">
      <w:headerReference r:id="rId9" w:type="default"/>
      <w:footerReference r:id="rId10" w:type="default"/>
      <w:pgSz w:h="15840" w:w="12240"/>
      <w:pgMar w:bottom="1123" w:footer="461" w:gutter="0" w:header="461" w:left="1224" w:right="1224" w:top="1123"/>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Pr>
    <w:r>
      <w:rPr>
        <w:sz w:val="16"/>
      </w:rPr>
      <w:t>CliDeck Research Notes · 2026</w:t>
    </w:r>
    <w:r>
      <w:tab/>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BASS PLUS  /  MATHEMATICS OF SOUND</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140" w:line="264" w:lineRule="auto"/>
    </w:pPr>
    <w:rPr>
      <w:rFonts w:ascii="Liberation Serif" w:hAnsi="Liberation Serif"/>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60" w:before="320"/>
      <w:outlineLvl w:val="0"/>
    </w:pPr>
    <w:rPr>
      <w:rFonts w:ascii="Liberation Sans" w:asciiTheme="majorHAnsi" w:cstheme="majorBidi" w:eastAsiaTheme="majorEastAsia" w:hAnsi="Liberation Sans" w:hAnsiTheme="majorHAnsi"/>
      <w:b/>
      <w:bCs/>
      <w:color w:val="000000"/>
      <w:sz w:val="40"/>
      <w:szCs w:val="28"/>
    </w:rPr>
  </w:style>
  <w:style w:styleId="Heading2" w:type="paragraph">
    <w:name w:val="heading 2"/>
    <w:basedOn w:val="Normal"/>
    <w:next w:val="Normal"/>
    <w:link w:val="Heading2Char"/>
    <w:uiPriority w:val="9"/>
    <w:unhideWhenUsed/>
    <w:qFormat/>
    <w:rsid w:val="00FC693F"/>
    <w:pPr>
      <w:keepNext/>
      <w:keepLines/>
      <w:spacing w:after="160" w:before="320"/>
      <w:outlineLvl w:val="1"/>
    </w:pPr>
    <w:rPr>
      <w:rFonts w:ascii="Liberation Sans" w:asciiTheme="majorHAnsi" w:cstheme="majorBidi" w:eastAsiaTheme="majorEastAsia" w:hAnsi="Liberation Sans" w:hAnsiTheme="majorHAnsi"/>
      <w:b/>
      <w:bCs/>
      <w:color w:val="000000"/>
      <w:sz w:val="30"/>
      <w:szCs w:val="26"/>
    </w:rPr>
  </w:style>
  <w:style w:styleId="Heading3" w:type="paragraph">
    <w:name w:val="heading 3"/>
    <w:basedOn w:val="Normal"/>
    <w:next w:val="Normal"/>
    <w:link w:val="Heading3Char"/>
    <w:uiPriority w:val="9"/>
    <w:unhideWhenUsed/>
    <w:qFormat/>
    <w:rsid w:val="00FC693F"/>
    <w:pPr>
      <w:keepNext/>
      <w:keepLines/>
      <w:spacing w:after="160" w:before="320"/>
      <w:outlineLvl w:val="2"/>
    </w:pPr>
    <w:rPr>
      <w:rFonts w:ascii="Liberation Sans" w:asciiTheme="majorHAnsi" w:cstheme="majorBidi" w:eastAsiaTheme="majorEastAsia" w:hAnsi="Liberation Sans" w:hAnsiTheme="majorHAnsi"/>
      <w:b/>
      <w:bCs/>
      <w:color w:val="000000"/>
      <w:sz w:val="24"/>
    </w:rPr>
  </w:style>
  <w:style w:styleId="Heading4" w:type="paragraph">
    <w:name w:val="heading 4"/>
    <w:basedOn w:val="Normal"/>
    <w:next w:val="Normal"/>
    <w:link w:val="Heading4Char"/>
    <w:uiPriority w:val="9"/>
    <w:semiHidden/>
    <w:unhideWhenUsed/>
    <w:qFormat/>
    <w:rsid w:val="00FC693F"/>
    <w:pPr>
      <w:keepNext/>
      <w:keepLines/>
      <w:spacing w:after="160" w:before="320"/>
      <w:outlineLvl w:val="3"/>
    </w:pPr>
    <w:rPr>
      <w:rFonts w:ascii="Liberation Sans" w:asciiTheme="majorHAnsi" w:cstheme="majorBidi" w:eastAsiaTheme="majorEastAsia" w:hAnsi="Liberation Sans" w:hAnsiTheme="majorHAnsi"/>
      <w:b/>
      <w:bCs/>
      <w:i/>
      <w:iCs/>
      <w:color w:val="000000"/>
      <w:sz w:val="22"/>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60" w:before="0" w:line="240" w:lineRule="auto"/>
      <w:contextualSpacing/>
    </w:pPr>
    <w:rPr>
      <w:rFonts w:ascii="Liberation Sans" w:asciiTheme="majorHAnsi" w:cstheme="majorBidi" w:eastAsiaTheme="majorEastAsia" w:hAnsi="Liberation Sans" w:hAnsiTheme="majorHAnsi"/>
      <w:b w:val="0"/>
      <w:color w:val="000000"/>
      <w:spacing w:val="5"/>
      <w:kern w:val="28"/>
      <w:sz w:val="5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keepNext/>
      <w:numPr>
        <w:ilvl w:val="1"/>
      </w:numPr>
      <w:spacing w:after="160" w:before="320"/>
    </w:pPr>
    <w:rPr>
      <w:rFonts w:ascii="Liberation Sans" w:asciiTheme="majorHAnsi" w:cstheme="majorBidi" w:eastAsiaTheme="majorEastAsia" w:hAnsi="Liberation Sans" w:hAnsiTheme="majorHAnsi"/>
      <w:b w:val="0"/>
      <w:i/>
      <w:iCs/>
      <w:color w:val="000000"/>
      <w:spacing w:val="15"/>
      <w:sz w:val="26"/>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widowControl/>
      <w:spacing w:after="140" w:line="264" w:lineRule="auto"/>
    </w:pPr>
    <w:rPr>
      <w:rFonts w:ascii="Liberation Serif" w:hAnsi="Liberation Serif"/>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rFonts w:ascii="Liberation Sans" w:hAnsi="Liberation Sans"/>
      <w:b/>
      <w:bCs/>
      <w:color w:val="404850"/>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FirstParagraph" w:type="paragraph">
    <w:name w:val="First Paragraph"/>
    <w:pPr>
      <w:widowControl/>
      <w:spacing w:after="140" w:line="264" w:lineRule="auto"/>
    </w:pPr>
    <w:rPr>
      <w:rFonts w:ascii="Liberation Serif" w:hAnsi="Liberation Serif"/>
      <w:sz w:val="22"/>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36" Type="http://schemas.openxmlformats.org/officeDocument/2006/relationships/image" Target="media/rId36.png"/><Relationship Id="rId25" Type="http://schemas.openxmlformats.org/officeDocument/2006/relationships/image" Target="media/rId25.png"/><Relationship Id="rId48" Type="http://schemas.openxmlformats.org/officeDocument/2006/relationships/image" Target="media/rId48.png"/><Relationship Id="rId44" Type="http://schemas.openxmlformats.org/officeDocument/2006/relationships/image" Target="media/rId44.png"/><Relationship Id="rId40" Type="http://schemas.openxmlformats.org/officeDocument/2006/relationships/image" Target="media/rId40.png"/><Relationship Id="rId29" Type="http://schemas.openxmlformats.org/officeDocument/2006/relationships/image" Target="media/rId29.png"/><Relationship Id="rId53" Type="http://schemas.openxmlformats.org/officeDocument/2006/relationships/image" Target="media/rId53.png"/><Relationship Id="rId32" Type="http://schemas.openxmlformats.org/officeDocument/2006/relationships/image" Target="media/rId32.png"/><Relationship Id="rId129" Type="http://schemas.openxmlformats.org/officeDocument/2006/relationships/hyperlink" Target="../../evidence/groundwork_reproduction.md" TargetMode="External"/><Relationship Id="rId259" Type="http://schemas.openxmlformats.org/officeDocument/2006/relationships/hyperlink" Target="catalogue_sources.json" TargetMode="External"/><Relationship Id="rId268" Type="http://schemas.openxmlformats.org/officeDocument/2006/relationships/hyperlink" Target="history/previous_sources/round2/audit_21_23.md" TargetMode="External"/><Relationship Id="rId270" Type="http://schemas.openxmlformats.org/officeDocument/2006/relationships/hyperlink" Target="history/previous_sources/round2/geometry_24_26.md" TargetMode="External"/><Relationship Id="rId266" Type="http://schemas.openxmlformats.org/officeDocument/2006/relationships/hyperlink" Target="history/previous_sources/round3/clarification_game13.md" TargetMode="External"/><Relationship Id="rId281" Type="http://schemas.openxmlformats.org/officeDocument/2006/relationships/hyperlink" Target="history/previous_sources/round3/constructions_37_39.md" TargetMode="External"/><Relationship Id="rId273" Type="http://schemas.openxmlformats.org/officeDocument/2006/relationships/hyperlink" Target="history/previous_sources/round3/phase_dilation_40.md" TargetMode="External"/><Relationship Id="rId262" Type="http://schemas.openxmlformats.org/officeDocument/2006/relationships/hyperlink" Target="history/recovered/README_RECOVERY.txt" TargetMode="External"/><Relationship Id="rId263" Type="http://schemas.openxmlformats.org/officeDocument/2006/relationships/hyperlink" Target="history/recovered/biology_41_43_reconstructed.txt" TargetMode="External"/><Relationship Id="rId264" Type="http://schemas.openxmlformats.org/officeDocument/2006/relationships/hyperlink" Target="history/recovered/quantization_50_reconstructed.txt" TargetMode="External"/><Relationship Id="rId277" Type="http://schemas.openxmlformats.org/officeDocument/2006/relationships/hyperlink" Target="history/round5/62_moment_hankel_hierarchy.txt" TargetMode="External"/><Relationship Id="rId271" Type="http://schemas.openxmlformats.org/officeDocument/2006/relationships/hyperlink" Target="history/round5/67_denominator_function.txt" TargetMode="External"/><Relationship Id="rId278" Type="http://schemas.openxmlformats.org/officeDocument/2006/relationships/hyperlink" Target="history/round6/83_chebyshev_ground_edge_filter.txt" TargetMode="External"/><Relationship Id="rId275" Type="http://schemas.openxmlformats.org/officeDocument/2006/relationships/hyperlink" Target="history/round6/87_positive_riesz_product.txt" TargetMode="External"/><Relationship Id="rId282" Type="http://schemas.openxmlformats.org/officeDocument/2006/relationships/hyperlink" Target="history/round6/90_quantized_phase_and_boundary_twist.txt" TargetMode="External"/><Relationship Id="rId279" Type="http://schemas.openxmlformats.org/officeDocument/2006/relationships/hyperlink" Target="history/round6/AUDIT_83_QUANTUM.txt" TargetMode="External"/><Relationship Id="rId260" Type="http://schemas.openxmlformats.org/officeDocument/2006/relationships/hyperlink" Target="history_inventory.json" TargetMode="External"/></Relationships>
</file>

<file path=word/_rels/footnotes.xml.rels><?xml version='1.0' encoding='UTF-8' standalone='yes'?>
<Relationships xmlns="http://schemas.openxmlformats.org/package/2006/relationships"><Relationship Id="rId129" Type="http://schemas.openxmlformats.org/officeDocument/2006/relationships/hyperlink" Target="../../evidence/groundwork_reproduction.md" TargetMode="External"/><Relationship Id="rId259" Type="http://schemas.openxmlformats.org/officeDocument/2006/relationships/hyperlink" Target="catalogue_sources.json" TargetMode="External"/><Relationship Id="rId268" Type="http://schemas.openxmlformats.org/officeDocument/2006/relationships/hyperlink" Target="history/previous_sources/round2/audit_21_23.md" TargetMode="External"/><Relationship Id="rId270" Type="http://schemas.openxmlformats.org/officeDocument/2006/relationships/hyperlink" Target="history/previous_sources/round2/geometry_24_26.md" TargetMode="External"/><Relationship Id="rId266" Type="http://schemas.openxmlformats.org/officeDocument/2006/relationships/hyperlink" Target="history/previous_sources/round3/clarification_game13.md" TargetMode="External"/><Relationship Id="rId281" Type="http://schemas.openxmlformats.org/officeDocument/2006/relationships/hyperlink" Target="history/previous_sources/round3/constructions_37_39.md" TargetMode="External"/><Relationship Id="rId273" Type="http://schemas.openxmlformats.org/officeDocument/2006/relationships/hyperlink" Target="history/previous_sources/round3/phase_dilation_40.md" TargetMode="External"/><Relationship Id="rId262" Type="http://schemas.openxmlformats.org/officeDocument/2006/relationships/hyperlink" Target="history/recovered/README_RECOVERY.txt" TargetMode="External"/><Relationship Id="rId263" Type="http://schemas.openxmlformats.org/officeDocument/2006/relationships/hyperlink" Target="history/recovered/biology_41_43_reconstructed.txt" TargetMode="External"/><Relationship Id="rId264" Type="http://schemas.openxmlformats.org/officeDocument/2006/relationships/hyperlink" Target="history/recovered/quantization_50_reconstructed.txt" TargetMode="External"/><Relationship Id="rId277" Type="http://schemas.openxmlformats.org/officeDocument/2006/relationships/hyperlink" Target="history/round5/62_moment_hankel_hierarchy.txt" TargetMode="External"/><Relationship Id="rId271" Type="http://schemas.openxmlformats.org/officeDocument/2006/relationships/hyperlink" Target="history/round5/67_denominator_function.txt" TargetMode="External"/><Relationship Id="rId278" Type="http://schemas.openxmlformats.org/officeDocument/2006/relationships/hyperlink" Target="history/round6/83_chebyshev_ground_edge_filter.txt" TargetMode="External"/><Relationship Id="rId275" Type="http://schemas.openxmlformats.org/officeDocument/2006/relationships/hyperlink" Target="history/round6/87_positive_riesz_product.txt" TargetMode="External"/><Relationship Id="rId282" Type="http://schemas.openxmlformats.org/officeDocument/2006/relationships/hyperlink" Target="history/round6/90_quantized_phase_and_boundary_twist.txt" TargetMode="External"/><Relationship Id="rId279" Type="http://schemas.openxmlformats.org/officeDocument/2006/relationships/hyperlink" Target="history/round6/AUDIT_83_QUANTUM.txt" TargetMode="External"/><Relationship Id="rId260" Type="http://schemas.openxmlformats.org/officeDocument/2006/relationships/hyperlink" Target="history_inventory.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Mathematics of Sound and the Search for Negative Peaks</dc:title>
  <dc:creator>CliDeck Research Notes</dc:creator>
  <cp:keywords>Bass Plus, sound, cosine sums, Chowla, mathematics</cp:keywords>
  <dcterms:created xsi:type="dcterms:W3CDTF">2026-10-18T16:54:51Z</dcterms:created>
  <dcterms:modified xsi:type="dcterms:W3CDTF">2026-10-18T16:54:51Z</dcterms:modified>
  <dc:subject>Chowla cosine sums; illustrated research report and verification</dc:subject>
</cp:coreProperties>
</file>

<file path=docProps/custom.xml><?xml version="1.0" encoding="utf-8"?>
<Properties xmlns="http://schemas.openxmlformats.org/officeDocument/2006/custom-properties" xmlns:vt="http://schemas.openxmlformats.org/officeDocument/2006/docPropsVTypes"/>
</file>